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spacing w:before="0" w:after="640" w:line="276" w:lineRule="auto"/>
        <w:ind w:left="0"/>
      </w:pPr>
      <w:r>
        <w:rPr>
          <w:rFonts w:ascii="Arial" w:hAnsi="Arial"/>
          <w:b/>
          <w:color w:val="000000"/>
          <w:sz w:val="21"/>
        </w:rPr>
        <w:t>ОҚУ ЖИНАҒЫ</w:t>
      </w:r>
    </w:p>
    <w:p>
      <w:pPr>
        <w:pStyle w:val="Title"/>
        <w:widowControl/>
        <w:spacing w:before="0" w:after="320" w:line="276" w:lineRule="auto"/>
        <w:ind w:left="0"/>
      </w:pPr>
      <w:r>
        <w:rPr>
          <w:rFonts w:ascii="Arial" w:hAnsi="Arial"/>
          <w:b/>
          <w:color w:val="000000"/>
          <w:sz w:val="68"/>
        </w:rPr>
        <w:t>НЗМ-ге дайындық</w:t>
      </w:r>
    </w:p>
    <w:p>
      <w:pPr>
        <w:widowControl/>
        <w:spacing w:before="0" w:after="400" w:line="276" w:lineRule="auto"/>
        <w:ind w:left="0"/>
      </w:pPr>
      <w:r>
        <w:rPr>
          <w:rFonts w:ascii="Arial" w:hAnsi="Arial"/>
          <w:b w:val="0"/>
          <w:color w:val="000000"/>
          <w:sz w:val="40"/>
        </w:rPr>
        <w:t>Математика</w:t>
        <w:br/>
        <w:t>және сандық сипаттамалар</w:t>
      </w:r>
    </w:p>
    <w:p>
      <w:pPr>
        <w:widowControl/>
        <w:spacing w:before="0" w:after="520" w:line="276" w:lineRule="auto"/>
        <w:ind w:left="0"/>
      </w:pPr>
      <w:r>
        <w:rPr>
          <w:rFonts w:ascii="Arial" w:hAnsi="Arial"/>
          <w:b w:val="0"/>
          <w:color w:val="000000"/>
          <w:sz w:val="24"/>
        </w:rPr>
        <w:t>7-сыныпқа түсуге дайындық</w:t>
      </w:r>
    </w:p>
    <w:p>
      <w:pPr>
        <w:spacing w:after="480"/>
      </w:pPr>
      <w:r>
        <w:drawing>
          <wp:inline xmlns:a="http://schemas.openxmlformats.org/drawingml/2006/main" xmlns:pic="http://schemas.openxmlformats.org/drawingml/2006/picture">
            <wp:extent cx="6315405" cy="2641600"/>
            <wp:docPr id="1" name="Picture 1"/>
            <wp:cNvGraphicFramePr>
              <a:graphicFrameLocks noChangeAspect="1"/>
            </wp:cNvGraphicFramePr>
            <a:graphic>
              <a:graphicData uri="http://schemas.openxmlformats.org/drawingml/2006/picture">
                <pic:pic>
                  <pic:nvPicPr>
                    <pic:cNvPr id="0" name="cover_geometry.png"/>
                    <pic:cNvPicPr/>
                  </pic:nvPicPr>
                  <pic:blipFill>
                    <a:blip r:embed="rId11"/>
                    <a:stretch>
                      <a:fillRect/>
                    </a:stretch>
                  </pic:blipFill>
                  <pic:spPr>
                    <a:xfrm>
                      <a:off x="0" y="0"/>
                      <a:ext cx="6315405" cy="2641600"/>
                    </a:xfrm>
                    <a:prstGeom prst="rect"/>
                  </pic:spPr>
                </pic:pic>
              </a:graphicData>
            </a:graphic>
          </wp:inline>
        </w:drawing>
      </w:r>
    </w:p>
    <w:p>
      <w:pPr>
        <w:widowControl/>
        <w:spacing w:before="0" w:after="240" w:line="276" w:lineRule="auto"/>
        <w:ind w:left="0"/>
      </w:pPr>
      <w:r>
        <w:rPr>
          <w:rFonts w:ascii="Arial" w:hAnsi="Arial"/>
          <w:b/>
          <w:color w:val="000000"/>
          <w:sz w:val="32"/>
        </w:rPr>
        <w:t>520 тапсырма · 3 сынақ нұсқасы</w:t>
      </w:r>
    </w:p>
    <w:p>
      <w:pPr>
        <w:widowControl/>
        <w:spacing w:before="0" w:after="760" w:line="276" w:lineRule="auto"/>
        <w:ind w:left="0"/>
      </w:pPr>
      <w:r>
        <w:rPr>
          <w:rFonts w:ascii="Arial" w:hAnsi="Arial"/>
          <w:b w:val="0"/>
          <w:color w:val="000000"/>
          <w:sz w:val="24"/>
        </w:rPr>
        <w:t>Теория графикалық жаттығулар және шешімдер</w:t>
      </w:r>
    </w:p>
    <w:p>
      <w:pPr>
        <w:widowControl/>
        <w:spacing w:before="0" w:after="240" w:line="276" w:lineRule="auto"/>
        <w:ind w:left="0"/>
      </w:pPr>
      <w:r>
        <w:rPr>
          <w:rFonts w:ascii="Arial" w:hAnsi="Arial"/>
          <w:b w:val="0"/>
          <w:color w:val="000000"/>
          <w:sz w:val="24"/>
        </w:rPr>
        <w:t>5–6-сынып оқушыларына арналған</w:t>
      </w:r>
    </w:p>
    <w:p>
      <w:pPr>
        <w:widowControl/>
        <w:spacing w:before="0" w:after="360" w:line="276" w:lineRule="auto"/>
        <w:ind w:left="0"/>
      </w:pPr>
      <w:r>
        <w:rPr>
          <w:rFonts w:ascii="Arial" w:hAnsi="Arial"/>
          <w:b w:val="0"/>
          <w:color w:val="000000"/>
          <w:sz w:val="21"/>
        </w:rPr>
        <w:t>Қазақ тілінде · 2026 жылғы басылым</w:t>
      </w:r>
    </w:p>
    <w:p>
      <w:pPr>
        <w:widowControl/>
        <w:spacing w:before="0" w:after="0" w:line="276" w:lineRule="auto"/>
        <w:ind w:left="0"/>
      </w:pPr>
      <w:r>
        <w:rPr>
          <w:rFonts w:ascii="Arial" w:hAnsi="Arial"/>
          <w:b w:val="0"/>
          <w:color w:val="000000"/>
          <w:sz w:val="18"/>
        </w:rPr>
        <w:t>Тәуелсіз оқу басылымы. НЗМ-нің ресми жинағы емес.</w:t>
      </w:r>
    </w:p>
    <w:p>
      <w:pPr>
        <w:pStyle w:val="Heading1"/>
        <w:pageBreakBefore/>
        <w:widowControl/>
        <w:spacing w:before="0" w:after="160" w:line="276" w:lineRule="auto"/>
        <w:ind w:left="0"/>
      </w:pPr>
      <w:r>
        <w:rPr>
          <w:rFonts w:ascii="Arial" w:hAnsi="Arial"/>
          <w:b/>
          <w:color w:val="000000"/>
          <w:sz w:val="42"/>
        </w:rPr>
        <w:t>Кітапты пайдалану жолы</w:t>
      </w:r>
    </w:p>
    <w:p>
      <w:pPr>
        <w:widowControl/>
        <w:spacing w:before="0" w:after="420" w:line="276" w:lineRule="auto"/>
        <w:ind w:left="0"/>
      </w:pPr>
      <w:r>
        <w:rPr>
          <w:rFonts w:ascii="Arial" w:hAnsi="Arial"/>
          <w:b w:val="0"/>
          <w:color w:val="000000"/>
          <w:sz w:val="20"/>
        </w:rPr>
        <w:t>Алдымен түсіну содан кейін жылдамдық</w:t>
      </w:r>
    </w:p>
    <w:p>
      <w:pPr>
        <w:widowControl/>
        <w:spacing w:before="0" w:after="300" w:line="276" w:lineRule="auto"/>
        <w:ind w:left="0"/>
      </w:pPr>
      <w:r>
        <w:rPr>
          <w:rFonts w:ascii="Arial" w:hAnsi="Arial"/>
          <w:b w:val="0"/>
          <w:color w:val="000000"/>
          <w:sz w:val="21"/>
        </w:rPr>
        <w:t>Кітап НЗМ-нің 7-сыныбына іріктеудің екі бөліміне — математика мен сандық сипаттамаларға дайындалуға көмектеседі. Мұнда 520 тапсырма, қысқаша теория, суреттер және барлық есептің түсіндірмесі бар.</w:t>
      </w:r>
    </w:p>
    <w:p>
      <w:pPr>
        <w:widowControl/>
        <w:spacing w:before="0" w:after="300" w:line="276" w:lineRule="auto"/>
        <w:ind w:left="0"/>
      </w:pPr>
      <w:r>
        <w:rPr>
          <w:rFonts w:ascii="Arial" w:hAnsi="Arial"/>
          <w:b w:val="0"/>
          <w:color w:val="000000"/>
          <w:sz w:val="21"/>
        </w:rPr>
        <w:t>Тақырыптық жаттығулар 1–220 деп ретімен нөмірленген. Әр математикалық тарауда он негізгі есептен кейін үш тереңдетілген есеп беріледі. Одан кейін 60 салыстыру және 16 графикалық тапсырма орналасқан. Жаңа 181–220 блогында толық шешімдерімен күрделірек 24 математикалық есеп пен 16 салыстыру бар.</w:t>
      </w:r>
    </w:p>
    <w:p>
      <w:pPr>
        <w:widowControl/>
        <w:spacing w:before="0" w:after="300" w:line="276" w:lineRule="auto"/>
        <w:ind w:left="0"/>
      </w:pPr>
      <w:r>
        <w:rPr>
          <w:rFonts w:ascii="Arial" w:hAnsi="Arial"/>
          <w:b w:val="0"/>
          <w:color w:val="000000"/>
          <w:sz w:val="21"/>
        </w:rPr>
        <w:t>Үш сынақтың әрқайсысында нөмірлеу жаңадан басталады: математика — 1–40, сандық сипаттамалар — 1–60. Бланкілерде де сол нөмірлер қолданылады. Сілтеме үшін сынақты, бөлімді және нөмірді көрсету жеткілікті: мысалы, «2-сынақ, математика, 16-есеп».</w:t>
      </w:r>
    </w:p>
    <w:p>
      <w:pPr>
        <w:widowControl/>
        <w:spacing w:before="0" w:after="300" w:line="276" w:lineRule="auto"/>
        <w:ind w:left="0"/>
      </w:pPr>
      <w:r>
        <w:rPr>
          <w:rFonts w:ascii="Arial" w:hAnsi="Arial"/>
          <w:b w:val="0"/>
          <w:color w:val="000000"/>
          <w:sz w:val="21"/>
        </w:rPr>
        <w:t>Әдістің түсіндірмесін оқып, тапсырманы дәптерге немесе берілген жолдарға орындаңыз. Жауаппен салыстырған соң қате себебін анықтап, бұрынғы шешімді жауып, 2–3 күннен кейін есепті қайта шығарыңыз.</w:t>
      </w:r>
    </w:p>
    <w:p>
      <w:pPr>
        <w:widowControl/>
        <w:spacing w:before="0" w:after="300" w:line="276" w:lineRule="auto"/>
        <w:ind w:left="0"/>
      </w:pPr>
      <w:r>
        <w:rPr>
          <w:rFonts w:ascii="Arial" w:hAnsi="Arial"/>
          <w:b w:val="0"/>
          <w:color w:val="000000"/>
          <w:sz w:val="21"/>
        </w:rPr>
        <w:t>1-сынақ негізгі тәсілдерді тексереді. 2 және 3-сынақтарға аралас есептер, графика және күрделірек шектеулер кірген. Математикаға 60 минут, салыстыруларға 30 минут бөліңіз [1]. Жауаптарды алдын ала ашпаңыз.</w:t>
      </w:r>
    </w:p>
    <w:p>
      <w:pPr>
        <w:widowControl/>
        <w:spacing w:before="0" w:after="300" w:line="276" w:lineRule="auto"/>
        <w:ind w:left="0"/>
      </w:pPr>
      <w:r>
        <w:rPr>
          <w:rFonts w:ascii="Arial" w:hAnsi="Arial"/>
          <w:b w:val="0"/>
          <w:color w:val="000000"/>
          <w:sz w:val="21"/>
        </w:rPr>
        <w:t>Оқу нәтижесі — 40 және 60 тапсырманың ішіндегі дұрыс жауаптар саны. Ол ресми балға не түсу ықтималдығына айналдырылмайды: тапсырмалар емтихандық калибрлеуден өтпеген. Жаратылыстану және тіл бөлімдері кітапқа кірмейді.</w:t>
      </w:r>
    </w:p>
    <w:p>
      <w:pPr>
        <w:widowControl/>
        <w:spacing w:before="0" w:after="300" w:line="276" w:lineRule="auto"/>
        <w:ind w:left="0"/>
      </w:pPr>
      <w:r>
        <w:rPr>
          <w:rFonts w:ascii="Arial" w:hAnsi="Arial"/>
          <w:b w:val="0"/>
          <w:color w:val="000000"/>
          <w:sz w:val="21"/>
        </w:rPr>
        <w:t>Соңында тақырыптық жаттығулар мен әр сынақтың жеке жауаптары және шешімдері бар. PDF ішінде бетбелгілер мен мазмұн сілтемелері жұмыс істейді. Word файлын өзгерткенде бет нөмірлері жылжуы мүмкін.</w:t>
      </w:r>
    </w:p>
    <w:p>
      <w:pPr>
        <w:pStyle w:val="Heading1"/>
        <w:pageBreakBefore/>
        <w:widowControl/>
        <w:spacing w:before="0" w:after="160" w:line="276" w:lineRule="auto"/>
        <w:ind w:left="0"/>
      </w:pPr>
      <w:r>
        <w:rPr>
          <w:rFonts w:ascii="Arial" w:hAnsi="Arial"/>
          <w:b/>
          <w:color w:val="000000"/>
          <w:sz w:val="42"/>
        </w:rPr>
        <w:t>Мазмұны</w:t>
      </w:r>
    </w:p>
    <w:p>
      <w:pPr>
        <w:widowControl/>
        <w:spacing w:before="0" w:after="420" w:line="276" w:lineRule="auto"/>
        <w:ind w:left="0"/>
      </w:pPr>
      <w:r>
        <w:rPr>
          <w:rFonts w:ascii="Arial" w:hAnsi="Arial"/>
          <w:b w:val="0"/>
          <w:color w:val="000000"/>
          <w:sz w:val="20"/>
        </w:rPr>
        <w:t>Бірінші бөлім</w:t>
      </w:r>
    </w:p>
    <w:p>
      <w:pPr>
        <w:widowControl/>
        <w:tabs>
          <w:tab w:pos="9946" w:val="right" w:leader="dot"/>
        </w:tabs>
        <w:spacing w:before="0" w:after="200" w:line="276" w:lineRule="auto"/>
        <w:ind w:left="0"/>
      </w:pPr>
      <w:r>
        <w:rPr>
          <w:rFonts w:ascii="Arial" w:hAnsi="Arial"/>
          <w:b w:val="0"/>
          <w:color w:val="000000"/>
          <w:sz w:val="20"/>
        </w:rPr>
        <w:t>Кітапты пайдалану жолы</w:t>
        <w:tab/>
        <w:t>2</w:t>
      </w:r>
    </w:p>
    <w:p>
      <w:pPr>
        <w:widowControl/>
        <w:tabs>
          <w:tab w:pos="9946" w:val="right" w:leader="dot"/>
        </w:tabs>
        <w:spacing w:before="0" w:after="200" w:line="276" w:lineRule="auto"/>
        <w:ind w:left="0"/>
      </w:pPr>
      <w:r>
        <w:rPr>
          <w:rFonts w:ascii="Arial" w:hAnsi="Arial"/>
          <w:b w:val="0"/>
          <w:color w:val="000000"/>
          <w:sz w:val="20"/>
        </w:rPr>
        <w:t>Дайындық жоспары</w:t>
        <w:tab/>
        <w:t>5</w:t>
      </w:r>
    </w:p>
    <w:p>
      <w:pPr>
        <w:widowControl/>
        <w:tabs>
          <w:tab w:pos="9946" w:val="right" w:leader="dot"/>
        </w:tabs>
        <w:spacing w:before="0" w:after="200" w:line="276" w:lineRule="auto"/>
        <w:ind w:left="0"/>
      </w:pPr>
      <w:r>
        <w:rPr>
          <w:rFonts w:ascii="Arial" w:hAnsi="Arial"/>
          <w:b w:val="0"/>
          <w:color w:val="000000"/>
          <w:sz w:val="20"/>
        </w:rPr>
        <w:t>Қысқаша анықтамалық</w:t>
        <w:tab/>
        <w:t>6</w:t>
      </w:r>
    </w:p>
    <w:p>
      <w:pPr>
        <w:widowControl/>
        <w:tabs>
          <w:tab w:pos="9946" w:val="right" w:leader="dot"/>
        </w:tabs>
        <w:spacing w:before="0" w:after="200" w:line="276" w:lineRule="auto"/>
        <w:ind w:left="0"/>
      </w:pPr>
      <w:r>
        <w:rPr>
          <w:rFonts w:ascii="Arial" w:hAnsi="Arial"/>
          <w:b w:val="0"/>
          <w:color w:val="000000"/>
          <w:sz w:val="20"/>
        </w:rPr>
        <w:t>Математика 1 · Натурал сандар және бөлінгіштік</w:t>
        <w:tab/>
        <w:t>7</w:t>
      </w:r>
    </w:p>
    <w:p>
      <w:pPr>
        <w:widowControl/>
        <w:tabs>
          <w:tab w:pos="9946" w:val="right" w:leader="dot"/>
        </w:tabs>
        <w:spacing w:before="0" w:after="200" w:line="276" w:lineRule="auto"/>
        <w:ind w:left="0"/>
      </w:pPr>
      <w:r>
        <w:rPr>
          <w:rFonts w:ascii="Arial" w:hAnsi="Arial"/>
          <w:b w:val="0"/>
          <w:color w:val="000000"/>
          <w:sz w:val="20"/>
        </w:rPr>
        <w:t>Математика 2 · Жай және ондық бөлшектер</w:t>
        <w:tab/>
        <w:t>11</w:t>
      </w:r>
    </w:p>
    <w:p>
      <w:pPr>
        <w:widowControl/>
        <w:tabs>
          <w:tab w:pos="9946" w:val="right" w:leader="dot"/>
        </w:tabs>
        <w:spacing w:before="0" w:after="200" w:line="276" w:lineRule="auto"/>
        <w:ind w:left="0"/>
      </w:pPr>
      <w:r>
        <w:rPr>
          <w:rFonts w:ascii="Arial" w:hAnsi="Arial"/>
          <w:b w:val="0"/>
          <w:color w:val="000000"/>
          <w:sz w:val="20"/>
        </w:rPr>
        <w:t>Математика 3 · Қатынастар пропорциялар және пайыздар</w:t>
        <w:tab/>
        <w:t>15</w:t>
      </w:r>
    </w:p>
    <w:p>
      <w:pPr>
        <w:widowControl/>
        <w:tabs>
          <w:tab w:pos="9946" w:val="right" w:leader="dot"/>
        </w:tabs>
        <w:spacing w:before="0" w:after="200" w:line="276" w:lineRule="auto"/>
        <w:ind w:left="0"/>
      </w:pPr>
      <w:r>
        <w:rPr>
          <w:rFonts w:ascii="Arial" w:hAnsi="Arial"/>
          <w:b w:val="0"/>
          <w:color w:val="000000"/>
          <w:sz w:val="20"/>
        </w:rPr>
        <w:t>Математика 4 · Өрнектер теңдеулер және теңсіздіктер</w:t>
        <w:tab/>
        <w:t>19</w:t>
      </w:r>
    </w:p>
    <w:p>
      <w:pPr>
        <w:widowControl/>
        <w:tabs>
          <w:tab w:pos="9946" w:val="right" w:leader="dot"/>
        </w:tabs>
        <w:spacing w:before="0" w:after="200" w:line="276" w:lineRule="auto"/>
        <w:ind w:left="0"/>
      </w:pPr>
      <w:r>
        <w:rPr>
          <w:rFonts w:ascii="Arial" w:hAnsi="Arial"/>
          <w:b w:val="0"/>
          <w:color w:val="000000"/>
          <w:sz w:val="20"/>
        </w:rPr>
        <w:t>Математика 5 · Қозғалыс жұмыс және өнімділік</w:t>
        <w:tab/>
        <w:t>23</w:t>
      </w:r>
    </w:p>
    <w:p>
      <w:pPr>
        <w:widowControl/>
        <w:tabs>
          <w:tab w:pos="9946" w:val="right" w:leader="dot"/>
        </w:tabs>
        <w:spacing w:before="0" w:after="200" w:line="276" w:lineRule="auto"/>
        <w:ind w:left="0"/>
      </w:pPr>
      <w:r>
        <w:rPr>
          <w:rFonts w:ascii="Arial" w:hAnsi="Arial"/>
          <w:b w:val="0"/>
          <w:color w:val="000000"/>
          <w:sz w:val="20"/>
        </w:rPr>
        <w:t>Математика 6 · Геометрия және өлшеулер</w:t>
        <w:tab/>
        <w:t>27</w:t>
      </w:r>
    </w:p>
    <w:p>
      <w:pPr>
        <w:widowControl/>
        <w:tabs>
          <w:tab w:pos="9946" w:val="right" w:leader="dot"/>
        </w:tabs>
        <w:spacing w:before="0" w:after="200" w:line="276" w:lineRule="auto"/>
        <w:ind w:left="0"/>
      </w:pPr>
      <w:r>
        <w:rPr>
          <w:rFonts w:ascii="Arial" w:hAnsi="Arial"/>
          <w:b w:val="0"/>
          <w:color w:val="000000"/>
          <w:sz w:val="20"/>
        </w:rPr>
        <w:t>Математика 7 · Деректер орташа мәндер және санау</w:t>
        <w:tab/>
        <w:t>31</w:t>
      </w:r>
    </w:p>
    <w:p>
      <w:pPr>
        <w:widowControl/>
        <w:tabs>
          <w:tab w:pos="9946" w:val="right" w:leader="dot"/>
        </w:tabs>
        <w:spacing w:before="0" w:after="200" w:line="276" w:lineRule="auto"/>
        <w:ind w:left="0"/>
      </w:pPr>
      <w:r>
        <w:rPr>
          <w:rFonts w:ascii="Arial" w:hAnsi="Arial"/>
          <w:b w:val="0"/>
          <w:color w:val="000000"/>
          <w:sz w:val="20"/>
        </w:rPr>
        <w:t>Математика 8 · Логикалық және көпқадамды есептер</w:t>
        <w:tab/>
        <w:t>35</w:t>
      </w:r>
    </w:p>
    <w:p>
      <w:pPr>
        <w:widowControl/>
        <w:tabs>
          <w:tab w:pos="9946" w:val="right" w:leader="dot"/>
        </w:tabs>
        <w:spacing w:before="0" w:after="200" w:line="276" w:lineRule="auto"/>
        <w:ind w:left="0"/>
      </w:pPr>
      <w:r>
        <w:rPr>
          <w:rFonts w:ascii="Arial" w:hAnsi="Arial"/>
          <w:b w:val="0"/>
          <w:color w:val="000000"/>
          <w:sz w:val="20"/>
        </w:rPr>
        <w:t>Салыстырулар 1 · Сандық өрнектерді салыстыру</w:t>
        <w:tab/>
        <w:t>39</w:t>
      </w:r>
    </w:p>
    <w:p>
      <w:pPr>
        <w:widowControl/>
        <w:tabs>
          <w:tab w:pos="9946" w:val="right" w:leader="dot"/>
        </w:tabs>
        <w:spacing w:before="0" w:after="200" w:line="276" w:lineRule="auto"/>
        <w:ind w:left="0"/>
      </w:pPr>
      <w:r>
        <w:rPr>
          <w:rFonts w:ascii="Arial" w:hAnsi="Arial"/>
          <w:b w:val="0"/>
          <w:color w:val="000000"/>
          <w:sz w:val="20"/>
        </w:rPr>
        <w:t>Салыстырулар 2 · Айнымалылар және шарттардың жеткіліктілігі</w:t>
        <w:tab/>
        <w:t>42</w:t>
      </w:r>
    </w:p>
    <w:p>
      <w:pPr>
        <w:widowControl/>
        <w:tabs>
          <w:tab w:pos="9946" w:val="right" w:leader="dot"/>
        </w:tabs>
        <w:spacing w:before="0" w:after="200" w:line="276" w:lineRule="auto"/>
        <w:ind w:left="0"/>
      </w:pPr>
      <w:r>
        <w:rPr>
          <w:rFonts w:ascii="Arial" w:hAnsi="Arial"/>
          <w:b w:val="0"/>
          <w:color w:val="000000"/>
          <w:sz w:val="20"/>
        </w:rPr>
        <w:t>Салыстырулар 3 · Үлестер қатынастар және пайыздар</w:t>
        <w:tab/>
        <w:t>45</w:t>
      </w:r>
    </w:p>
    <w:p>
      <w:pPr>
        <w:widowControl/>
        <w:tabs>
          <w:tab w:pos="9946" w:val="right" w:leader="dot"/>
        </w:tabs>
        <w:spacing w:before="0" w:after="200" w:line="276" w:lineRule="auto"/>
        <w:ind w:left="0"/>
      </w:pPr>
      <w:r>
        <w:rPr>
          <w:rFonts w:ascii="Arial" w:hAnsi="Arial"/>
          <w:b w:val="0"/>
          <w:color w:val="000000"/>
          <w:sz w:val="20"/>
        </w:rPr>
        <w:t>Салыстырулар 4 · Шамалар бірліктер және жылдамдық</w:t>
        <w:tab/>
        <w:t>48</w:t>
      </w:r>
    </w:p>
    <w:p>
      <w:pPr>
        <w:widowControl/>
        <w:tabs>
          <w:tab w:pos="9946" w:val="right" w:leader="dot"/>
        </w:tabs>
        <w:spacing w:before="0" w:after="200" w:line="276" w:lineRule="auto"/>
        <w:ind w:left="0"/>
      </w:pPr>
      <w:r>
        <w:rPr>
          <w:rFonts w:ascii="Arial" w:hAnsi="Arial"/>
          <w:b w:val="0"/>
          <w:color w:val="000000"/>
          <w:sz w:val="20"/>
        </w:rPr>
        <w:t>Салыстырулар 5 · Геометриялық салыстырулар</w:t>
        <w:tab/>
        <w:t>51</w:t>
      </w:r>
    </w:p>
    <w:p>
      <w:pPr>
        <w:widowControl/>
        <w:tabs>
          <w:tab w:pos="9946" w:val="right" w:leader="dot"/>
        </w:tabs>
        <w:spacing w:before="0" w:after="200" w:line="276" w:lineRule="auto"/>
        <w:ind w:left="0"/>
      </w:pPr>
      <w:r>
        <w:rPr>
          <w:rFonts w:ascii="Arial" w:hAnsi="Arial"/>
          <w:b w:val="0"/>
          <w:color w:val="000000"/>
          <w:sz w:val="20"/>
        </w:rPr>
        <w:t>Салыстырулар 6 · Деректер шекаралар және бүтін сандар</w:t>
        <w:tab/>
        <w:t>54</w:t>
      </w:r>
    </w:p>
    <w:p>
      <w:pPr>
        <w:widowControl/>
        <w:tabs>
          <w:tab w:pos="9946" w:val="right" w:leader="dot"/>
        </w:tabs>
        <w:spacing w:before="0" w:after="200" w:line="276" w:lineRule="auto"/>
        <w:ind w:left="0"/>
      </w:pPr>
      <w:r>
        <w:rPr>
          <w:rFonts w:ascii="Arial" w:hAnsi="Arial"/>
          <w:b w:val="0"/>
          <w:color w:val="000000"/>
          <w:sz w:val="20"/>
        </w:rPr>
        <w:t>Графикалық жаттығулар</w:t>
        <w:tab/>
        <w:t>57</w:t>
      </w:r>
    </w:p>
    <w:p>
      <w:pPr>
        <w:widowControl/>
        <w:tabs>
          <w:tab w:pos="9946" w:val="right" w:leader="dot"/>
        </w:tabs>
        <w:spacing w:before="0" w:after="200" w:line="276" w:lineRule="auto"/>
        <w:ind w:left="0"/>
      </w:pPr>
      <w:r>
        <w:rPr>
          <w:rFonts w:ascii="Arial" w:hAnsi="Arial"/>
          <w:b w:val="0"/>
          <w:color w:val="000000"/>
          <w:sz w:val="20"/>
        </w:rPr>
        <w:t>Жоғары күрделілік</w:t>
        <w:tab/>
        <w:t>65</w:t>
      </w:r>
    </w:p>
    <w:p>
      <w:pPr>
        <w:widowControl/>
        <w:tabs>
          <w:tab w:pos="9946" w:val="right" w:leader="dot"/>
        </w:tabs>
        <w:spacing w:before="0" w:after="200" w:line="276" w:lineRule="auto"/>
        <w:ind w:left="0"/>
      </w:pPr>
      <w:r>
        <w:rPr>
          <w:rFonts w:ascii="Arial" w:hAnsi="Arial"/>
          <w:b w:val="0"/>
          <w:color w:val="000000"/>
          <w:sz w:val="20"/>
        </w:rPr>
        <w:t>Күрделі математикалық есептер</w:t>
        <w:tab/>
        <w:t>66</w:t>
      </w:r>
    </w:p>
    <w:p>
      <w:pPr>
        <w:pStyle w:val="Heading1"/>
        <w:pageBreakBefore/>
        <w:widowControl/>
        <w:spacing w:before="0" w:after="160" w:line="276" w:lineRule="auto"/>
        <w:ind w:left="0"/>
      </w:pPr>
      <w:r>
        <w:rPr>
          <w:rFonts w:ascii="Arial" w:hAnsi="Arial"/>
          <w:b/>
          <w:color w:val="000000"/>
          <w:sz w:val="42"/>
        </w:rPr>
        <w:t>Мазмұны</w:t>
      </w:r>
    </w:p>
    <w:p>
      <w:pPr>
        <w:widowControl/>
        <w:spacing w:before="0" w:after="420" w:line="276" w:lineRule="auto"/>
        <w:ind w:left="0"/>
      </w:pPr>
      <w:r>
        <w:rPr>
          <w:rFonts w:ascii="Arial" w:hAnsi="Arial"/>
          <w:b w:val="0"/>
          <w:color w:val="000000"/>
          <w:sz w:val="20"/>
        </w:rPr>
        <w:t>Екінші бөлім</w:t>
      </w:r>
    </w:p>
    <w:p>
      <w:pPr>
        <w:widowControl/>
        <w:tabs>
          <w:tab w:pos="9946" w:val="right" w:leader="dot"/>
        </w:tabs>
        <w:spacing w:before="0" w:after="200" w:line="276" w:lineRule="auto"/>
        <w:ind w:left="0"/>
      </w:pPr>
      <w:r>
        <w:rPr>
          <w:rFonts w:ascii="Arial" w:hAnsi="Arial"/>
          <w:b w:val="0"/>
          <w:color w:val="000000"/>
          <w:sz w:val="20"/>
        </w:rPr>
        <w:t>Шамаларды күрделі салыстыру</w:t>
        <w:tab/>
        <w:t>74</w:t>
      </w:r>
    </w:p>
    <w:p>
      <w:pPr>
        <w:widowControl/>
        <w:tabs>
          <w:tab w:pos="9946" w:val="right" w:leader="dot"/>
        </w:tabs>
        <w:spacing w:before="0" w:after="200" w:line="276" w:lineRule="auto"/>
        <w:ind w:left="0"/>
      </w:pPr>
      <w:r>
        <w:rPr>
          <w:rFonts w:ascii="Arial" w:hAnsi="Arial"/>
          <w:b w:val="0"/>
          <w:color w:val="000000"/>
          <w:sz w:val="20"/>
        </w:rPr>
        <w:t>1-сынақ · Негізгі білімді тексеру</w:t>
        <w:tab/>
        <w:t>78</w:t>
      </w:r>
    </w:p>
    <w:p>
      <w:pPr>
        <w:widowControl/>
        <w:tabs>
          <w:tab w:pos="9946" w:val="right" w:leader="dot"/>
        </w:tabs>
        <w:spacing w:before="0" w:after="200" w:line="276" w:lineRule="auto"/>
        <w:ind w:left="0"/>
      </w:pPr>
      <w:r>
        <w:rPr>
          <w:rFonts w:ascii="Arial" w:hAnsi="Arial"/>
          <w:b w:val="0"/>
          <w:color w:val="000000"/>
          <w:sz w:val="20"/>
        </w:rPr>
        <w:t>2-сынақ · Аралас есептер және графика</w:t>
        <w:tab/>
        <w:t>101</w:t>
      </w:r>
    </w:p>
    <w:p>
      <w:pPr>
        <w:widowControl/>
        <w:tabs>
          <w:tab w:pos="9946" w:val="right" w:leader="dot"/>
        </w:tabs>
        <w:spacing w:before="0" w:after="200" w:line="276" w:lineRule="auto"/>
        <w:ind w:left="0"/>
      </w:pPr>
      <w:r>
        <w:rPr>
          <w:rFonts w:ascii="Arial" w:hAnsi="Arial"/>
          <w:b w:val="0"/>
          <w:color w:val="000000"/>
          <w:sz w:val="20"/>
        </w:rPr>
        <w:t>3-сынақ · Жоғары күрделілік</w:t>
        <w:tab/>
        <w:t>129</w:t>
      </w:r>
    </w:p>
    <w:p>
      <w:pPr>
        <w:widowControl/>
        <w:tabs>
          <w:tab w:pos="9946" w:val="right" w:leader="dot"/>
        </w:tabs>
        <w:spacing w:before="0" w:after="200" w:line="276" w:lineRule="auto"/>
        <w:ind w:left="0"/>
      </w:pPr>
      <w:r>
        <w:rPr>
          <w:rFonts w:ascii="Arial" w:hAnsi="Arial"/>
          <w:b w:val="0"/>
          <w:color w:val="000000"/>
          <w:sz w:val="20"/>
        </w:rPr>
        <w:t>Жауаптар · Тақырыптық жаттығулар</w:t>
        <w:tab/>
        <w:t>157</w:t>
      </w:r>
    </w:p>
    <w:p>
      <w:pPr>
        <w:widowControl/>
        <w:tabs>
          <w:tab w:pos="9946" w:val="right" w:leader="dot"/>
        </w:tabs>
        <w:spacing w:before="0" w:after="200" w:line="276" w:lineRule="auto"/>
        <w:ind w:left="0"/>
      </w:pPr>
      <w:r>
        <w:rPr>
          <w:rFonts w:ascii="Arial" w:hAnsi="Arial"/>
          <w:b w:val="0"/>
          <w:color w:val="000000"/>
          <w:sz w:val="20"/>
        </w:rPr>
        <w:t>Жауаптар · Жоғары күрделілік</w:t>
        <w:tab/>
        <w:t>159</w:t>
      </w:r>
    </w:p>
    <w:p>
      <w:pPr>
        <w:widowControl/>
        <w:tabs>
          <w:tab w:pos="9946" w:val="right" w:leader="dot"/>
        </w:tabs>
        <w:spacing w:before="0" w:after="200" w:line="276" w:lineRule="auto"/>
        <w:ind w:left="0"/>
      </w:pPr>
      <w:r>
        <w:rPr>
          <w:rFonts w:ascii="Arial" w:hAnsi="Arial"/>
          <w:b w:val="0"/>
          <w:color w:val="000000"/>
          <w:sz w:val="20"/>
        </w:rPr>
        <w:t>Жауаптар · 1-сынақ</w:t>
        <w:tab/>
        <w:t>160</w:t>
      </w:r>
    </w:p>
    <w:p>
      <w:pPr>
        <w:widowControl/>
        <w:tabs>
          <w:tab w:pos="9946" w:val="right" w:leader="dot"/>
        </w:tabs>
        <w:spacing w:before="0" w:after="200" w:line="276" w:lineRule="auto"/>
        <w:ind w:left="0"/>
      </w:pPr>
      <w:r>
        <w:rPr>
          <w:rFonts w:ascii="Arial" w:hAnsi="Arial"/>
          <w:b w:val="0"/>
          <w:color w:val="000000"/>
          <w:sz w:val="20"/>
        </w:rPr>
        <w:t>Жауаптар · 2-сынақ</w:t>
        <w:tab/>
        <w:t>161</w:t>
      </w:r>
    </w:p>
    <w:p>
      <w:pPr>
        <w:widowControl/>
        <w:tabs>
          <w:tab w:pos="9946" w:val="right" w:leader="dot"/>
        </w:tabs>
        <w:spacing w:before="0" w:after="200" w:line="276" w:lineRule="auto"/>
        <w:ind w:left="0"/>
      </w:pPr>
      <w:r>
        <w:rPr>
          <w:rFonts w:ascii="Arial" w:hAnsi="Arial"/>
          <w:b w:val="0"/>
          <w:color w:val="000000"/>
          <w:sz w:val="20"/>
        </w:rPr>
        <w:t>Жауаптар · 3-сынақ</w:t>
        <w:tab/>
        <w:t>162</w:t>
      </w:r>
    </w:p>
    <w:p>
      <w:pPr>
        <w:widowControl/>
        <w:tabs>
          <w:tab w:pos="9946" w:val="right" w:leader="dot"/>
        </w:tabs>
        <w:spacing w:before="0" w:after="200" w:line="276" w:lineRule="auto"/>
        <w:ind w:left="0"/>
      </w:pPr>
      <w:r>
        <w:rPr>
          <w:rFonts w:ascii="Arial" w:hAnsi="Arial"/>
          <w:b w:val="0"/>
          <w:color w:val="000000"/>
          <w:sz w:val="20"/>
        </w:rPr>
        <w:t>Шешімдер · Тақырыптық жаттығулар</w:t>
        <w:tab/>
        <w:t>163</w:t>
      </w:r>
    </w:p>
    <w:p>
      <w:pPr>
        <w:widowControl/>
        <w:tabs>
          <w:tab w:pos="9946" w:val="right" w:leader="dot"/>
        </w:tabs>
        <w:spacing w:before="0" w:after="200" w:line="276" w:lineRule="auto"/>
        <w:ind w:left="0"/>
      </w:pPr>
      <w:r>
        <w:rPr>
          <w:rFonts w:ascii="Arial" w:hAnsi="Arial"/>
          <w:b w:val="0"/>
          <w:color w:val="000000"/>
          <w:sz w:val="20"/>
        </w:rPr>
        <w:t>Шешімдер · Жоғары күрделілік</w:t>
        <w:tab/>
        <w:t>181</w:t>
      </w:r>
    </w:p>
    <w:p>
      <w:pPr>
        <w:widowControl/>
        <w:tabs>
          <w:tab w:pos="9946" w:val="right" w:leader="dot"/>
        </w:tabs>
        <w:spacing w:before="0" w:after="200" w:line="276" w:lineRule="auto"/>
        <w:ind w:left="0"/>
      </w:pPr>
      <w:r>
        <w:rPr>
          <w:rFonts w:ascii="Arial" w:hAnsi="Arial"/>
          <w:b w:val="0"/>
          <w:color w:val="000000"/>
          <w:sz w:val="20"/>
        </w:rPr>
        <w:t>Шешімдер · 1-сынақ · Математика</w:t>
        <w:tab/>
        <w:t>191</w:t>
      </w:r>
    </w:p>
    <w:p>
      <w:pPr>
        <w:widowControl/>
        <w:tabs>
          <w:tab w:pos="9946" w:val="right" w:leader="dot"/>
        </w:tabs>
        <w:spacing w:before="0" w:after="200" w:line="276" w:lineRule="auto"/>
        <w:ind w:left="0"/>
      </w:pPr>
      <w:r>
        <w:rPr>
          <w:rFonts w:ascii="Arial" w:hAnsi="Arial"/>
          <w:b w:val="0"/>
          <w:color w:val="000000"/>
          <w:sz w:val="20"/>
        </w:rPr>
        <w:t>Шешімдер · 1-сынақ · Салыстырулар</w:t>
        <w:tab/>
        <w:t>195</w:t>
      </w:r>
    </w:p>
    <w:p>
      <w:pPr>
        <w:widowControl/>
        <w:tabs>
          <w:tab w:pos="9946" w:val="right" w:leader="dot"/>
        </w:tabs>
        <w:spacing w:before="0" w:after="200" w:line="276" w:lineRule="auto"/>
        <w:ind w:left="0"/>
      </w:pPr>
      <w:r>
        <w:rPr>
          <w:rFonts w:ascii="Arial" w:hAnsi="Arial"/>
          <w:b w:val="0"/>
          <w:color w:val="000000"/>
          <w:sz w:val="20"/>
        </w:rPr>
        <w:t>Шешімдер · 2-сынақ · Математика</w:t>
        <w:tab/>
        <w:t>201</w:t>
      </w:r>
    </w:p>
    <w:p>
      <w:pPr>
        <w:widowControl/>
        <w:tabs>
          <w:tab w:pos="9946" w:val="right" w:leader="dot"/>
        </w:tabs>
        <w:spacing w:before="0" w:after="200" w:line="276" w:lineRule="auto"/>
        <w:ind w:left="0"/>
      </w:pPr>
      <w:r>
        <w:rPr>
          <w:rFonts w:ascii="Arial" w:hAnsi="Arial"/>
          <w:b w:val="0"/>
          <w:color w:val="000000"/>
          <w:sz w:val="20"/>
        </w:rPr>
        <w:t>Шешімдер · 2-сынақ · Салыстырулар</w:t>
        <w:tab/>
        <w:t>205</w:t>
      </w:r>
    </w:p>
    <w:p>
      <w:pPr>
        <w:widowControl/>
        <w:tabs>
          <w:tab w:pos="9946" w:val="right" w:leader="dot"/>
        </w:tabs>
        <w:spacing w:before="0" w:after="200" w:line="276" w:lineRule="auto"/>
        <w:ind w:left="0"/>
      </w:pPr>
      <w:r>
        <w:rPr>
          <w:rFonts w:ascii="Arial" w:hAnsi="Arial"/>
          <w:b w:val="0"/>
          <w:color w:val="000000"/>
          <w:sz w:val="20"/>
        </w:rPr>
        <w:t>Шешімдер · 3-сынақ · Математика</w:t>
        <w:tab/>
        <w:t>211</w:t>
      </w:r>
    </w:p>
    <w:p>
      <w:pPr>
        <w:widowControl/>
        <w:tabs>
          <w:tab w:pos="9946" w:val="right" w:leader="dot"/>
        </w:tabs>
        <w:spacing w:before="0" w:after="200" w:line="276" w:lineRule="auto"/>
        <w:ind w:left="0"/>
      </w:pPr>
      <w:r>
        <w:rPr>
          <w:rFonts w:ascii="Arial" w:hAnsi="Arial"/>
          <w:b w:val="0"/>
          <w:color w:val="000000"/>
          <w:sz w:val="20"/>
        </w:rPr>
        <w:t>Шешімдер · 3-сынақ · Салыстырулар</w:t>
        <w:tab/>
        <w:t>215</w:t>
      </w:r>
    </w:p>
    <w:p>
      <w:pPr>
        <w:widowControl/>
        <w:tabs>
          <w:tab w:pos="9946" w:val="right" w:leader="dot"/>
        </w:tabs>
        <w:spacing w:before="0" w:after="200" w:line="276" w:lineRule="auto"/>
        <w:ind w:left="0"/>
      </w:pPr>
      <w:r>
        <w:rPr>
          <w:rFonts w:ascii="Arial" w:hAnsi="Arial"/>
          <w:b w:val="0"/>
          <w:color w:val="000000"/>
          <w:sz w:val="20"/>
        </w:rPr>
        <w:t>Қателер журналы</w:t>
        <w:tab/>
        <w:t>221</w:t>
      </w:r>
    </w:p>
    <w:p>
      <w:pPr>
        <w:widowControl/>
        <w:tabs>
          <w:tab w:pos="9946" w:val="right" w:leader="dot"/>
        </w:tabs>
        <w:spacing w:before="0" w:after="200" w:line="276" w:lineRule="auto"/>
        <w:ind w:left="0"/>
      </w:pPr>
      <w:r>
        <w:rPr>
          <w:rFonts w:ascii="Arial" w:hAnsi="Arial"/>
          <w:b w:val="0"/>
          <w:color w:val="000000"/>
          <w:sz w:val="20"/>
        </w:rPr>
        <w:t>Дереккөздер</w:t>
        <w:tab/>
        <w:t>222</w:t>
      </w:r>
    </w:p>
    <w:p>
      <w:pPr>
        <w:pStyle w:val="Heading1"/>
        <w:pageBreakBefore/>
        <w:widowControl/>
        <w:spacing w:before="0" w:after="160" w:line="276" w:lineRule="auto"/>
        <w:ind w:left="0"/>
      </w:pPr>
      <w:r>
        <w:rPr>
          <w:rFonts w:ascii="Arial" w:hAnsi="Arial"/>
          <w:b/>
          <w:color w:val="000000"/>
          <w:sz w:val="42"/>
        </w:rPr>
        <w:t>Дайындық жоспары</w:t>
      </w:r>
    </w:p>
    <w:p>
      <w:pPr>
        <w:widowControl/>
        <w:spacing w:before="0" w:after="420" w:line="276" w:lineRule="auto"/>
        <w:ind w:left="0"/>
      </w:pPr>
      <w:r>
        <w:rPr>
          <w:rFonts w:ascii="Arial" w:hAnsi="Arial"/>
          <w:b w:val="0"/>
          <w:color w:val="000000"/>
          <w:sz w:val="20"/>
        </w:rPr>
        <w:t>Дағдыны тексеруге арналған сегіз апта</w:t>
      </w:r>
    </w:p>
    <w:p>
      <w:pPr>
        <w:widowControl/>
        <w:spacing w:before="0" w:after="140" w:line="276" w:lineRule="auto"/>
        <w:ind w:left="0"/>
      </w:pPr>
      <w:r>
        <w:rPr>
          <w:rFonts w:ascii="Arial" w:hAnsi="Arial"/>
          <w:b/>
          <w:color w:val="000000"/>
          <w:sz w:val="24"/>
        </w:rPr>
        <w:t>1 және 2-апталар</w:t>
      </w:r>
    </w:p>
    <w:p>
      <w:pPr>
        <w:widowControl/>
        <w:spacing w:before="0" w:after="400" w:line="276" w:lineRule="auto"/>
        <w:ind w:left="0"/>
      </w:pPr>
      <w:r>
        <w:rPr>
          <w:rFonts w:ascii="Arial" w:hAnsi="Arial"/>
          <w:b w:val="0"/>
          <w:color w:val="000000"/>
          <w:sz w:val="22"/>
        </w:rPr>
        <w:t>Натурал сандар, бөлшектер, қатынастар және пайыздар: 1–39 тапсырмалар. Әр сабақта түсіндірмені оқып, 3–5 негізгі есеп шығарып, қатені талдаңыз. Меңгерген соң тараудың тереңдетілген есептеріне көшіңіз. 105–134 салыстырулардағы әр жауапты дәлелдеңіз.</w:t>
      </w:r>
    </w:p>
    <w:p>
      <w:pPr>
        <w:widowControl/>
        <w:spacing w:before="0" w:after="140" w:line="276" w:lineRule="auto"/>
        <w:ind w:left="0"/>
      </w:pPr>
      <w:r>
        <w:rPr>
          <w:rFonts w:ascii="Arial" w:hAnsi="Arial"/>
          <w:b/>
          <w:color w:val="000000"/>
          <w:sz w:val="24"/>
        </w:rPr>
        <w:t>3 және 4-апталар</w:t>
      </w:r>
    </w:p>
    <w:p>
      <w:pPr>
        <w:widowControl/>
        <w:spacing w:before="0" w:after="400" w:line="276" w:lineRule="auto"/>
        <w:ind w:left="0"/>
      </w:pPr>
      <w:r>
        <w:rPr>
          <w:rFonts w:ascii="Arial" w:hAnsi="Arial"/>
          <w:b w:val="0"/>
          <w:color w:val="000000"/>
          <w:sz w:val="22"/>
        </w:rPr>
        <w:t>Теңдеулер, қозғалыс және жұмыс: 40–65 тапсырмалар. Бірнеше қадамды әр шарт үшін белгісізді және өлшем бірліктерін жазыңыз. 135–144 салыстыруларды және қозғалыс графиктеріне арналған тапсырмаларды орындаңыз.</w:t>
      </w:r>
    </w:p>
    <w:p>
      <w:pPr>
        <w:widowControl/>
        <w:spacing w:before="0" w:after="140" w:line="276" w:lineRule="auto"/>
        <w:ind w:left="0"/>
      </w:pPr>
      <w:r>
        <w:rPr>
          <w:rFonts w:ascii="Arial" w:hAnsi="Arial"/>
          <w:b/>
          <w:color w:val="000000"/>
          <w:sz w:val="24"/>
        </w:rPr>
        <w:t>5 және 6-апталар</w:t>
      </w:r>
    </w:p>
    <w:p>
      <w:pPr>
        <w:widowControl/>
        <w:spacing w:before="0" w:after="400" w:line="276" w:lineRule="auto"/>
        <w:ind w:left="0"/>
      </w:pPr>
      <w:r>
        <w:rPr>
          <w:rFonts w:ascii="Arial" w:hAnsi="Arial"/>
          <w:b w:val="0"/>
          <w:color w:val="000000"/>
          <w:sz w:val="22"/>
        </w:rPr>
        <w:t>Геометрия, деректер және логика: 66–104 тапсырмалар және 145–164 салыстырулар. Кейін 165–180 графикалық тапсырмаларды орындаңыз. Суреттерді сызғышсыз оқыңыз. Алтыншы апта соңында негізді тексеру үшін 1-сынақты орындаңыз.</w:t>
      </w:r>
    </w:p>
    <w:p>
      <w:pPr>
        <w:widowControl/>
        <w:spacing w:before="0" w:after="140" w:line="276" w:lineRule="auto"/>
        <w:ind w:left="0"/>
      </w:pPr>
      <w:r>
        <w:rPr>
          <w:rFonts w:ascii="Arial" w:hAnsi="Arial"/>
          <w:b/>
          <w:color w:val="000000"/>
          <w:sz w:val="24"/>
        </w:rPr>
        <w:t>7-апта</w:t>
      </w:r>
    </w:p>
    <w:p>
      <w:pPr>
        <w:widowControl/>
        <w:spacing w:before="0" w:after="400" w:line="276" w:lineRule="auto"/>
        <w:ind w:left="0"/>
      </w:pPr>
      <w:r>
        <w:rPr>
          <w:rFonts w:ascii="Arial" w:hAnsi="Arial"/>
          <w:b w:val="0"/>
          <w:color w:val="000000"/>
          <w:sz w:val="22"/>
        </w:rPr>
        <w:t>1-сынақты талдап, әлсіз екі тақырыпты қайталаңыз. Кейін 2-сынақты таймермен орындаңыз. Үздіксіз 90 минуттық жұмысты жаттықтырсаңыз, екі бөлімнің арасында шешімдерді талқыламаңыз.</w:t>
      </w:r>
    </w:p>
    <w:p>
      <w:pPr>
        <w:widowControl/>
        <w:spacing w:before="0" w:after="140" w:line="276" w:lineRule="auto"/>
        <w:ind w:left="0"/>
      </w:pPr>
      <w:r>
        <w:rPr>
          <w:rFonts w:ascii="Arial" w:hAnsi="Arial"/>
          <w:b/>
          <w:color w:val="000000"/>
          <w:sz w:val="24"/>
        </w:rPr>
        <w:t>8-апта</w:t>
      </w:r>
    </w:p>
    <w:p>
      <w:pPr>
        <w:widowControl/>
        <w:spacing w:before="0" w:after="400" w:line="276" w:lineRule="auto"/>
        <w:ind w:left="0"/>
      </w:pPr>
      <w:r>
        <w:rPr>
          <w:rFonts w:ascii="Arial" w:hAnsi="Arial"/>
          <w:b w:val="0"/>
          <w:color w:val="000000"/>
          <w:sz w:val="22"/>
        </w:rPr>
        <w:t>2-сынақ қателеріне оралып, ұқсас есептерді таймерсіз шығарыңыз. Бірнеше күннен кейін 3-сынақты орындаңыз. Қате себептері мен бос жауаптар санын салыстырыңыз; оқу нәтижесінің айырмасы өздігінен емтихан балының өскенін дәлелдемейді.</w:t>
      </w:r>
    </w:p>
    <w:p>
      <w:pPr>
        <w:widowControl/>
        <w:spacing w:before="0" w:after="180" w:line="276" w:lineRule="auto"/>
        <w:ind w:left="0"/>
      </w:pPr>
      <w:r>
        <w:rPr>
          <w:rFonts w:ascii="Arial" w:hAnsi="Arial"/>
          <w:b w:val="0"/>
          <w:color w:val="000000"/>
          <w:sz w:val="21"/>
        </w:rPr>
        <w:t>Бұрын орындалған сынақты қайталау бекітуге пайдалы, бірақ нәтижені қайталау деп белгілеңіз. Жылдамдықты дұрыс бағалау үшін жаңа сынақты жауаптарын оқымай тұрып орындаңыз.</w:t>
      </w:r>
    </w:p>
    <w:p>
      <w:pPr>
        <w:widowControl/>
        <w:spacing w:before="0" w:after="220" w:line="276" w:lineRule="auto"/>
        <w:ind w:left="0"/>
      </w:pPr>
      <w:r>
        <w:rPr>
          <w:rFonts w:ascii="Arial" w:hAnsi="Arial"/>
          <w:b w:val="0"/>
          <w:color w:val="000000"/>
          <w:sz w:val="21"/>
        </w:rPr>
        <w:t>Қосымша жаттығу: негізгі тақырыптан кейін 181–220 блогынан 3–5 есеп қосыңыз. Есеп шықпаса, талдауын оқып, бірнеше күннен кейін қайта шығарыңыз. Бұл блокты 1-сынақтан кейін де өтуге болады.</w:t>
      </w:r>
    </w:p>
    <w:p>
      <w:pPr>
        <w:pStyle w:val="Heading1"/>
        <w:pageBreakBefore/>
        <w:widowControl/>
        <w:spacing w:before="0" w:after="160" w:line="276" w:lineRule="auto"/>
        <w:ind w:left="0"/>
      </w:pPr>
      <w:r>
        <w:rPr>
          <w:rFonts w:ascii="Arial" w:hAnsi="Arial"/>
          <w:b/>
          <w:color w:val="000000"/>
          <w:sz w:val="42"/>
        </w:rPr>
        <w:t>Қысқаша анықтамалық</w:t>
      </w:r>
    </w:p>
    <w:p>
      <w:pPr>
        <w:widowControl/>
        <w:spacing w:before="0" w:after="420" w:line="276" w:lineRule="auto"/>
        <w:ind w:left="0"/>
      </w:pPr>
      <w:r>
        <w:rPr>
          <w:rFonts w:ascii="Arial" w:hAnsi="Arial"/>
          <w:b w:val="0"/>
          <w:color w:val="000000"/>
          <w:sz w:val="20"/>
        </w:rPr>
        <w:t>Негізгі формулалар</w:t>
      </w:r>
    </w:p>
    <w:p>
      <w:pPr>
        <w:widowControl/>
        <w:spacing w:before="0" w:after="120" w:line="276" w:lineRule="auto"/>
        <w:ind w:left="0"/>
      </w:pPr>
      <w:r>
        <w:rPr>
          <w:rFonts w:ascii="Arial" w:hAnsi="Arial"/>
          <w:b/>
          <w:color w:val="000000"/>
          <w:sz w:val="23"/>
        </w:rPr>
        <w:t>Бөлшектер</w:t>
      </w:r>
    </w:p>
    <w:p>
      <w:pPr>
        <w:widowControl/>
        <w:spacing w:before="0" w:after="300" w:line="276" w:lineRule="auto"/>
        <w:ind w:left="0"/>
      </w:pPr>
      <w:r>
        <w:rPr>
          <w:rFonts w:ascii="Arial" w:hAnsi="Arial"/>
          <w:b w:val="0"/>
          <w:color w:val="000000"/>
          <w:sz w:val="21"/>
        </w:rPr>
        <w:t>a/b + c/d = (ad + bc)/(bd); бөлімдер нөл емес. (a/b) : (c/d) = ad/(bc), мұндағы c мен d нөл емес. Соңғы дөңгелектеуге дейін дәл бөлшектерді сақтаңыз.</w:t>
      </w:r>
    </w:p>
    <w:p>
      <w:pPr>
        <w:widowControl/>
        <w:spacing w:before="0" w:after="120" w:line="276" w:lineRule="auto"/>
        <w:ind w:left="0"/>
      </w:pPr>
      <w:r>
        <w:rPr>
          <w:rFonts w:ascii="Arial" w:hAnsi="Arial"/>
          <w:b/>
          <w:color w:val="000000"/>
          <w:sz w:val="23"/>
        </w:rPr>
        <w:t>Пайыздар</w:t>
      </w:r>
    </w:p>
    <w:p>
      <w:pPr>
        <w:widowControl/>
        <w:spacing w:before="0" w:after="300" w:line="276" w:lineRule="auto"/>
        <w:ind w:left="0"/>
      </w:pPr>
      <w:r>
        <w:rPr>
          <w:rFonts w:ascii="Arial" w:hAnsi="Arial"/>
          <w:b w:val="0"/>
          <w:color w:val="000000"/>
          <w:sz w:val="21"/>
        </w:rPr>
        <w:t>x санының p%-ы = xp/100. p% өзгеріс 1 ± p/100 көбейткішімен беріледі. Өзгеріс пайызы бастапқы мәнге қатысты есептеледі. Бірізді коэффициенттер көбейтіледі.</w:t>
      </w:r>
    </w:p>
    <w:p>
      <w:pPr>
        <w:widowControl/>
        <w:spacing w:before="0" w:after="120" w:line="276" w:lineRule="auto"/>
        <w:ind w:left="0"/>
      </w:pPr>
      <w:r>
        <w:rPr>
          <w:rFonts w:ascii="Arial" w:hAnsi="Arial"/>
          <w:b/>
          <w:color w:val="000000"/>
          <w:sz w:val="23"/>
        </w:rPr>
        <w:t>Қозғалыс және жұмыс</w:t>
      </w:r>
    </w:p>
    <w:p>
      <w:pPr>
        <w:widowControl/>
        <w:spacing w:before="0" w:after="300" w:line="276" w:lineRule="auto"/>
        <w:ind w:left="0"/>
      </w:pPr>
      <w:r>
        <w:rPr>
          <w:rFonts w:ascii="Arial" w:hAnsi="Arial"/>
          <w:b w:val="0"/>
          <w:color w:val="000000"/>
          <w:sz w:val="21"/>
        </w:rPr>
        <w:t>s = vt. Орташа жылдамдық = бүкіл жол / бүкіл уақыт. Бірлескен өнімділік — өнімділіктер қосындысы; ағызу теріс үлес қосады. Толық жұмысты T уақытта орындайтын адам t сағатта оның t/T бөлігін орындайды.</w:t>
      </w:r>
    </w:p>
    <w:p>
      <w:pPr>
        <w:widowControl/>
        <w:spacing w:before="0" w:after="120" w:line="276" w:lineRule="auto"/>
        <w:ind w:left="0"/>
      </w:pPr>
      <w:r>
        <w:rPr>
          <w:rFonts w:ascii="Arial" w:hAnsi="Arial"/>
          <w:b/>
          <w:color w:val="000000"/>
          <w:sz w:val="23"/>
        </w:rPr>
        <w:t>Геометрия</w:t>
      </w:r>
    </w:p>
    <w:p>
      <w:pPr>
        <w:widowControl/>
        <w:spacing w:before="0" w:after="300" w:line="276" w:lineRule="auto"/>
        <w:ind w:left="0"/>
      </w:pPr>
      <w:r>
        <w:rPr>
          <w:rFonts w:ascii="Arial" w:hAnsi="Arial"/>
          <w:b w:val="0"/>
          <w:color w:val="000000"/>
          <w:sz w:val="21"/>
        </w:rPr>
        <w:t>Тіктөртбұрыш: P = 2(a + b), S = ab. Үшбұрыш: S = ah/2. Дөңгелек: S = πr², шеңбер: L = 2πr. Қорап: V = abc. Текше: V = a³, бет ауданы 6a². Ұзындық k есе өзгерсе, аудан k² есе өзгереді.</w:t>
      </w:r>
    </w:p>
    <w:p>
      <w:pPr>
        <w:widowControl/>
        <w:spacing w:before="0" w:after="120" w:line="276" w:lineRule="auto"/>
        <w:ind w:left="0"/>
      </w:pPr>
      <w:r>
        <w:rPr>
          <w:rFonts w:ascii="Arial" w:hAnsi="Arial"/>
          <w:b/>
          <w:color w:val="000000"/>
          <w:sz w:val="23"/>
        </w:rPr>
        <w:t>Деректер</w:t>
      </w:r>
    </w:p>
    <w:p>
      <w:pPr>
        <w:widowControl/>
        <w:spacing w:before="0" w:after="300" w:line="276" w:lineRule="auto"/>
        <w:ind w:left="0"/>
      </w:pPr>
      <w:r>
        <w:rPr>
          <w:rFonts w:ascii="Arial" w:hAnsi="Arial"/>
          <w:b w:val="0"/>
          <w:color w:val="000000"/>
          <w:sz w:val="21"/>
        </w:rPr>
        <w:t>Арифметикалық орта = қосынды / сан. Екі топтың бірігуі топтар санының қосындысынан қиылысуды азайтқанға тең. Үш топ үшін сандарын қосып, жұптық қиылысуларды азайтып, үштік қиылысуды қосыңыз. Реті ескерілмейтін жұптар саны: n(n − 1)/2.</w:t>
      </w:r>
    </w:p>
    <w:p>
      <w:pPr>
        <w:widowControl/>
        <w:spacing w:before="0" w:after="120" w:line="276" w:lineRule="auto"/>
        <w:ind w:left="0"/>
      </w:pPr>
      <w:r>
        <w:rPr>
          <w:rFonts w:ascii="Arial" w:hAnsi="Arial"/>
          <w:b/>
          <w:color w:val="000000"/>
          <w:sz w:val="23"/>
        </w:rPr>
        <w:t>Өлшем бірліктері</w:t>
      </w:r>
    </w:p>
    <w:p>
      <w:pPr>
        <w:widowControl/>
        <w:spacing w:before="0" w:after="300" w:line="276" w:lineRule="auto"/>
        <w:ind w:left="0"/>
      </w:pPr>
      <w:r>
        <w:rPr>
          <w:rFonts w:ascii="Arial" w:hAnsi="Arial"/>
          <w:b w:val="0"/>
          <w:color w:val="000000"/>
          <w:sz w:val="21"/>
        </w:rPr>
        <w:t>1 м² = 10 000 см²; 1 м³ = 1 000 000 см³ = 1000 л; 1 л = 1000 см³. 1 сағ = 60 мин. м/с-ті км/сағ-қа айналдыру үшін 3,6-ға көбейтіңіз.</w:t>
      </w:r>
    </w:p>
    <w:p>
      <w:pPr>
        <w:widowControl/>
        <w:spacing w:before="0" w:after="120" w:line="276" w:lineRule="auto"/>
        <w:ind w:left="0"/>
      </w:pPr>
      <w:r>
        <w:rPr>
          <w:rFonts w:ascii="Arial" w:hAnsi="Arial"/>
          <w:b/>
          <w:color w:val="000000"/>
          <w:sz w:val="23"/>
        </w:rPr>
        <w:t>Сандық сипаттамалар</w:t>
      </w:r>
    </w:p>
    <w:p>
      <w:pPr>
        <w:widowControl/>
        <w:spacing w:before="0" w:after="300" w:line="276" w:lineRule="auto"/>
        <w:ind w:left="0"/>
      </w:pPr>
      <w:r>
        <w:rPr>
          <w:rFonts w:ascii="Arial" w:hAnsi="Arial"/>
          <w:b w:val="0"/>
          <w:color w:val="000000"/>
          <w:sz w:val="21"/>
        </w:rPr>
        <w:t>A — A үлкен; B — B үлкен; C — барлық рұқсат етілген деректе теңдік; D — салыстырудың әртүрлі нәтижелері мүмкін. Бірдей әріп бір санды білдіреді. Суретте көрсетілмеген ұзындықтарды оның көрінісінен анықтауға болмайды.</w:t>
      </w:r>
    </w:p>
    <w:p>
      <w:pPr>
        <w:pStyle w:val="Heading1"/>
        <w:pageBreakBefore/>
        <w:widowControl/>
        <w:spacing w:before="0" w:after="160" w:line="276" w:lineRule="auto"/>
        <w:ind w:left="0"/>
      </w:pPr>
      <w:r>
        <w:rPr>
          <w:rFonts w:ascii="Arial" w:hAnsi="Arial"/>
          <w:b/>
          <w:color w:val="000000"/>
          <w:sz w:val="42"/>
        </w:rPr>
        <w:t>Натурал сандар және бөлінгіштік</w:t>
      </w:r>
    </w:p>
    <w:p>
      <w:pPr>
        <w:widowControl/>
        <w:spacing w:before="0" w:after="420" w:line="276" w:lineRule="auto"/>
        <w:ind w:left="0"/>
      </w:pPr>
      <w:r>
        <w:rPr>
          <w:rFonts w:ascii="Arial" w:hAnsi="Arial"/>
          <w:b w:val="0"/>
          <w:color w:val="000000"/>
          <w:sz w:val="20"/>
        </w:rPr>
        <w:t>Математика · 1-тарау · Негізгі және тереңдетілген талдау</w:t>
      </w:r>
    </w:p>
    <w:p>
      <w:pPr>
        <w:widowControl/>
        <w:spacing w:before="0" w:after="240" w:line="276" w:lineRule="auto"/>
        <w:ind w:left="0"/>
      </w:pPr>
      <w:r>
        <w:rPr>
          <w:rFonts w:ascii="Arial" w:hAnsi="Arial"/>
          <w:b w:val="0"/>
          <w:color w:val="000000"/>
          <w:sz w:val="21"/>
        </w:rPr>
        <w:t>Жай көбейткіштерге жіктеу ЕҮОБ пен ЕКОЕ табуға көмектеседі. Заттарды бірдей топтарға қалдықсыз бөлгенде ЕҮОБ қолданылады. Оқиғалардың ең жақын қайталама сәйкестігін ЕКОЕ табады. Бұл кітапта 1, 2, 3 және әрі қарайғы сандар натурал деп есептеледі.</w:t>
      </w:r>
    </w:p>
    <w:p>
      <w:pPr>
        <w:widowControl/>
        <w:spacing w:before="0" w:after="280" w:line="276" w:lineRule="auto"/>
        <w:ind w:left="0"/>
      </w:pPr>
      <w:r>
        <w:rPr>
          <w:rFonts w:ascii="Arial" w:hAnsi="Arial"/>
          <w:b w:val="0"/>
          <w:color w:val="000000"/>
          <w:sz w:val="21"/>
        </w:rPr>
        <w:t>Мысал. Екі белгі әр 12 және 18 минут сайын қайталанады. Ортақ белгіден кейін келесі ортақ белгі ЕКОЕ(12; 18) = 36 минуттан соң беріледі: 12 = 2² · 3, 18 = 2 · 3².</w:t>
      </w:r>
    </w:p>
    <w:p>
      <w:pPr>
        <w:widowControl/>
        <w:spacing w:before="0" w:after="160" w:line="276" w:lineRule="auto"/>
        <w:ind w:left="0"/>
      </w:pPr>
      <w:r>
        <w:rPr>
          <w:rFonts w:ascii="Arial" w:hAnsi="Arial"/>
          <w:b/>
          <w:color w:val="000000"/>
          <w:sz w:val="24"/>
        </w:rPr>
        <w:t>Бөлгіштер және қалдықтар</w:t>
      </w:r>
    </w:p>
    <w:p>
      <w:pPr>
        <w:widowControl/>
        <w:spacing w:before="0" w:after="280" w:line="276" w:lineRule="auto"/>
        <w:ind w:left="0"/>
      </w:pPr>
      <w:r>
        <w:rPr>
          <w:rFonts w:ascii="Arial" w:hAnsi="Arial"/>
          <w:b w:val="0"/>
          <w:color w:val="000000"/>
          <w:sz w:val="21"/>
        </w:rPr>
        <w:t>Санды m-ге бөлгенде r қалдық қалса, оны mt + r деп жазу ыңғайлы. Бұл сөзбен берілген шартты теңдікке айналдырады. Бірнеше шарт болса, сәйкес мәндері азырақ шарттан бастаңыз. Қалдықпен бірге «ең кіші» талабын, шекараларды және натуралдықты тексеріңіз.</w:t>
      </w:r>
    </w:p>
    <w:p>
      <w:pPr>
        <w:widowControl/>
        <w:spacing w:before="0" w:after="280" w:line="276" w:lineRule="auto"/>
        <w:ind w:left="0"/>
      </w:pPr>
      <w:r>
        <w:rPr>
          <w:rFonts w:ascii="Arial" w:hAnsi="Arial"/>
          <w:b w:val="0"/>
          <w:color w:val="000000"/>
          <w:sz w:val="21"/>
        </w:rPr>
        <w:t>1-мысал. 6-ға да, 10-ға да бөлгенде 1 қалдық беретін, 40-тан үлкен ең кіші санды табыңыз. Саннан 1-ді азайтқанда ЕКОЕ(6; 10) = 30 санына еселік шығады. Сәйкес сандар: 31, 61, 91. 40-тан үлкен алғашқысы — 61. Тексеру: 61-ді 6-ға да, 10-ға да бөлгенде қалдық 1.</w:t>
      </w:r>
    </w:p>
    <w:p>
      <w:pPr>
        <w:widowControl/>
        <w:spacing w:before="0" w:after="280" w:line="276" w:lineRule="auto"/>
        <w:ind w:left="0"/>
      </w:pPr>
      <w:r>
        <w:rPr>
          <w:rFonts w:ascii="Arial" w:hAnsi="Arial"/>
          <w:b w:val="0"/>
          <w:color w:val="000000"/>
          <w:sz w:val="21"/>
        </w:rPr>
        <w:t>2-мысал. 180 санының неше бөлгіші бар? 180 = 2² · 3² · 5. Бөлгіш 2^a · 3^b · 5^c түрінде, a мен b мәндері 0, 1, 2; c мәндері 0 не 1. Нұсқалар саны 3 · 3 · 2 = 18. Нөлдік дәреже осы жай көбейткішті алмауға мүмкіндік береді.</w:t>
      </w:r>
    </w:p>
    <w:p>
      <w:pPr>
        <w:widowControl/>
        <w:spacing w:before="0" w:after="280" w:line="276" w:lineRule="auto"/>
        <w:ind w:left="0"/>
      </w:pPr>
      <w:r>
        <w:rPr>
          <w:rFonts w:ascii="Arial" w:hAnsi="Arial"/>
          <w:b w:val="0"/>
          <w:color w:val="000000"/>
          <w:sz w:val="21"/>
        </w:rPr>
        <w:t>Топтар туралы есепте ненің тең екенін анықтаңыз: топтағы заттар саны ма, әлде топтар саны ма? Қайталану есебінде ЕКОЕ-ді тексеру үшін алғашқы екі сәйкестік сәтін жазыңыз.</w:t>
      </w:r>
    </w:p>
    <w:p>
      <w:pPr>
        <w:widowControl/>
        <w:spacing w:before="0" w:after="200" w:line="276" w:lineRule="auto"/>
        <w:ind w:left="0"/>
      </w:pPr>
      <w:r>
        <w:rPr>
          <w:rFonts w:ascii="Arial" w:hAnsi="Arial"/>
          <w:b w:val="0"/>
          <w:color w:val="000000"/>
          <w:sz w:val="21"/>
        </w:rPr>
        <w:t>Әдісті тексеру. «Ең үлкен» сөзі әрдайым ЕҮОБ дегенді білдірмейді. Алдымен не қажет екенін анықтаңыз: топтарға бөлу ме, әлде ортақ еселік іздеу ме?</w:t>
      </w:r>
    </w:p>
    <w:p>
      <w:pPr>
        <w:pStyle w:val="Heading1"/>
        <w:pageBreakBefore/>
        <w:widowControl/>
        <w:spacing w:before="0" w:after="160" w:line="276" w:lineRule="auto"/>
        <w:ind w:left="0"/>
      </w:pPr>
      <w:r>
        <w:rPr>
          <w:rFonts w:ascii="Arial" w:hAnsi="Arial"/>
          <w:b/>
          <w:color w:val="000000"/>
          <w:sz w:val="42"/>
        </w:rPr>
        <w:t>Натурал сандар және бөлінгіштік</w:t>
      </w:r>
    </w:p>
    <w:p>
      <w:pPr>
        <w:widowControl/>
        <w:spacing w:before="0" w:after="420" w:line="276" w:lineRule="auto"/>
        <w:ind w:left="0"/>
      </w:pPr>
      <w:r>
        <w:rPr>
          <w:rFonts w:ascii="Arial" w:hAnsi="Arial"/>
          <w:b w:val="0"/>
          <w:color w:val="000000"/>
          <w:sz w:val="20"/>
        </w:rPr>
        <w:t>Жаттығулар · Тапсырмалар 1–5</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w:t>
        <w:tab/>
      </w:r>
      <w:r>
        <w:rPr>
          <w:rFonts w:ascii="Arial" w:hAnsi="Arial"/>
          <w:sz w:val="21"/>
        </w:rPr>
        <w:t>720 : (18 + 6) · 5 өрнегінің мәнін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6</w:t>
        <w:tab/>
        <w:t>B)  600</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30</w:t>
        <w:tab/>
        <w:t>D)  150</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w:t>
        <w:tab/>
      </w:r>
      <w:r>
        <w:rPr>
          <w:rFonts w:ascii="Arial" w:hAnsi="Arial"/>
          <w:sz w:val="21"/>
        </w:rPr>
        <w:t>84 және 126 сандарының ЕҮОБ-ын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21</w:t>
        <w:tab/>
        <w:t>B)  42</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252</w:t>
        <w:tab/>
        <w:t>D)  14</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3.</w:t>
        <w:tab/>
      </w:r>
      <w:r>
        <w:rPr>
          <w:rFonts w:ascii="Arial" w:hAnsi="Arial"/>
          <w:sz w:val="21"/>
        </w:rPr>
        <w:t>Екі жарық белгісі сағат 09:00-де қатар жанды. Бірі әр 14 минут сайын, екіншісі әр 21 минут сайын жанады. Олар келесі рет қашан қатар жанады?</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10:24</w:t>
        <w:tab/>
        <w:t>B)  09:35</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09:42</w:t>
        <w:tab/>
        <w:t>D)  09:21</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4.</w:t>
        <w:tab/>
      </w:r>
      <w:r>
        <w:rPr>
          <w:rFonts w:ascii="Arial" w:hAnsi="Arial"/>
          <w:sz w:val="21"/>
        </w:rPr>
        <w:t>25-ке бөлінетін неше үш таңбалы сан бар?</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40</w:t>
        <w:tab/>
        <w:t>B)  35</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36</w:t>
        <w:tab/>
        <w:t>D)  37</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5.</w:t>
        <w:tab/>
      </w:r>
      <w:r>
        <w:rPr>
          <w:rFonts w:ascii="Arial" w:hAnsi="Arial"/>
          <w:sz w:val="21"/>
        </w:rPr>
        <w:t>53a2 саны 9-ға бөлінеді. a цифрын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9</w:t>
        <w:tab/>
        <w:t>B)  1</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4</w:t>
        <w:tab/>
        <w:t>D)  8</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Натурал сандар және бөлінгіштік</w:t>
      </w:r>
    </w:p>
    <w:p>
      <w:pPr>
        <w:widowControl/>
        <w:spacing w:before="0" w:after="420" w:line="276" w:lineRule="auto"/>
        <w:ind w:left="0"/>
      </w:pPr>
      <w:r>
        <w:rPr>
          <w:rFonts w:ascii="Arial" w:hAnsi="Arial"/>
          <w:b w:val="0"/>
          <w:color w:val="000000"/>
          <w:sz w:val="20"/>
        </w:rPr>
        <w:t>Жаттығулар · Тапсырмалар 6–10</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6.</w:t>
        <w:tab/>
      </w:r>
      <w:r>
        <w:rPr>
          <w:rFonts w:ascii="Arial" w:hAnsi="Arial"/>
          <w:sz w:val="21"/>
        </w:rPr>
        <w:t>96 ақ және 72 көк моншақтан бірдей жиынтықтар жасалады. Жиынтықтар саны барынша көп болуы керек. Әр жиынтықтағы ақ моншақтар саны өзара тең, көк моншақтар саны да өзара тең. Барлық моншақ пайдаланылды. Бір жиынтықта неше моншақ бар?</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24</w:t>
        <w:tab/>
        <w:t>B)  7</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14</w:t>
        <w:tab/>
        <w:t>D)  12</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7.</w:t>
        <w:tab/>
      </w:r>
      <w:r>
        <w:rPr>
          <w:rFonts w:ascii="Arial" w:hAnsi="Arial"/>
          <w:sz w:val="21"/>
        </w:rPr>
        <w:t>30-дан үлкен натурал санды 6-ға да, 8-ге де бөлгенде 3 қалдық қалады. Осындай ең кіші санды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43</w:t>
        <w:tab/>
        <w:t>B)  75</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35</w:t>
        <w:tab/>
        <w:t>D)  51</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8.</w:t>
        <w:tab/>
      </w:r>
      <w:r>
        <w:rPr>
          <w:rFonts w:ascii="Arial" w:hAnsi="Arial"/>
          <w:sz w:val="21"/>
        </w:rPr>
        <w:t>Натурал санның дәл үш оң бөлгіші бар. Ол берілген сандардың қайсысы болуы мүмкін?</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35</w:t>
        <w:tab/>
        <w:t>B)  27</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21</w:t>
        <w:tab/>
        <w:t>D)  49</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9.</w:t>
        <w:tab/>
      </w:r>
      <w:r>
        <w:rPr>
          <w:rFonts w:ascii="Arial" w:hAnsi="Arial"/>
          <w:sz w:val="21"/>
        </w:rPr>
        <w:t>1 + 2 + … + 50 қосындысын 7-ге бөлгендегі қалдықты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1</w:t>
        <w:tab/>
        <w:t>B)  6</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0</w:t>
        <w:tab/>
        <w:t>D)  2</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10.</w:t>
        <w:tab/>
      </w:r>
      <w:r>
        <w:rPr>
          <w:rFonts w:ascii="Arial" w:hAnsi="Arial"/>
          <w:sz w:val="21"/>
        </w:rPr>
        <w:t>4-ке бөлінетін, бірақ 6-ға бөлінбейтін неше екі таңбалы сан бар?</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15</w:t>
        <w:tab/>
        <w:t>B)  7</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14</w:t>
        <w:tab/>
        <w:t>D)  22</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Натурал сандар және бөлінгіштік</w:t>
      </w:r>
    </w:p>
    <w:p>
      <w:pPr>
        <w:widowControl/>
        <w:spacing w:before="0" w:after="420" w:line="276" w:lineRule="auto"/>
        <w:ind w:left="0"/>
      </w:pPr>
      <w:r>
        <w:rPr>
          <w:rFonts w:ascii="Arial" w:hAnsi="Arial"/>
          <w:b w:val="0"/>
          <w:color w:val="000000"/>
          <w:sz w:val="20"/>
        </w:rPr>
        <w:t>Тереңдетілген жаттығулар · Тапсырмалар 11–13</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11.</w:t>
        <w:tab/>
      </w:r>
      <w:r>
        <w:rPr>
          <w:rFonts w:ascii="Arial" w:hAnsi="Arial"/>
          <w:sz w:val="21"/>
        </w:rPr>
        <w:t>5-ке бөлгенде 2, ал 7-ге бөлгенде 4 қалдық беретін ең кіші натурал санды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37</w:t>
        <w:tab/>
        <w:t>B)  18</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67</w:t>
        <w:tab/>
        <w:t>D)  32</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12.</w:t>
        <w:tab/>
      </w:r>
      <w:r>
        <w:rPr>
          <w:rFonts w:ascii="Arial" w:hAnsi="Arial"/>
          <w:sz w:val="21"/>
        </w:rPr>
        <w:t>360 санының неше натурал бөлгіші бар?</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12</w:t>
        <w:tab/>
        <w:t>B)  18</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24</w:t>
        <w:tab/>
        <w:t>D)  36</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13.</w:t>
        <w:tab/>
      </w:r>
      <w:r>
        <w:rPr>
          <w:rFonts w:ascii="Arial" w:hAnsi="Arial"/>
          <w:sz w:val="21"/>
        </w:rPr>
        <w:t>Екі таңбалы санның цифрларының қосындысы 11. Цифрларының орнын ауыстырғанда сан 27-ге артты. Бастапқы санды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74</w:t>
        <w:tab/>
        <w:t>B)  47</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56</w:t>
        <w:tab/>
        <w:t>D)  38</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widowControl/>
        <w:spacing w:before="0" w:after="180" w:line="276" w:lineRule="auto"/>
        <w:ind w:left="0"/>
      </w:pPr>
      <w:r>
        <w:rPr>
          <w:rFonts w:ascii="Arial" w:hAnsi="Arial"/>
          <w:b w:val="0"/>
          <w:color w:val="000000"/>
          <w:sz w:val="21"/>
        </w:rPr>
        <w:t>Әр есепте оны негізгі есептен ажырататын қадамды жазыңыз. Шектеулерді негіздеп, жауапты шартқа қойып тексеріңіз.</w:t>
      </w:r>
    </w:p>
    <w:p>
      <w:pPr>
        <w:pStyle w:val="Heading1"/>
        <w:pageBreakBefore/>
        <w:widowControl/>
        <w:spacing w:before="0" w:after="160" w:line="276" w:lineRule="auto"/>
        <w:ind w:left="0"/>
      </w:pPr>
      <w:r>
        <w:rPr>
          <w:rFonts w:ascii="Arial" w:hAnsi="Arial"/>
          <w:b/>
          <w:color w:val="000000"/>
          <w:sz w:val="42"/>
        </w:rPr>
        <w:t>Жай және ондық бөлшектер</w:t>
      </w:r>
    </w:p>
    <w:p>
      <w:pPr>
        <w:widowControl/>
        <w:spacing w:before="0" w:after="420" w:line="276" w:lineRule="auto"/>
        <w:ind w:left="0"/>
      </w:pPr>
      <w:r>
        <w:rPr>
          <w:rFonts w:ascii="Arial" w:hAnsi="Arial"/>
          <w:b w:val="0"/>
          <w:color w:val="000000"/>
          <w:sz w:val="20"/>
        </w:rPr>
        <w:t>Математика · 2-тарау · Негізгі және тереңдетілген талдау</w:t>
      </w:r>
    </w:p>
    <w:p>
      <w:pPr>
        <w:widowControl/>
        <w:spacing w:before="0" w:after="240" w:line="276" w:lineRule="auto"/>
        <w:ind w:left="0"/>
      </w:pPr>
      <w:r>
        <w:rPr>
          <w:rFonts w:ascii="Arial" w:hAnsi="Arial"/>
          <w:b w:val="0"/>
          <w:color w:val="000000"/>
          <w:sz w:val="21"/>
        </w:rPr>
        <w:t>Бөлшектерді қосу үшін ортақ бөлім керек. Көбейткенде көбейткіштерді алдын ала қысқартуға болады. Нөлден өзге бөлшекке бөлуді кері бөлшекке көбейтумен алмастырады. a/b бөлшегі a : b дегенді, 2 1/3 аралас саны 2 + 1/3 дегенді білдіреді.</w:t>
      </w:r>
    </w:p>
    <w:p>
      <w:pPr>
        <w:widowControl/>
        <w:spacing w:before="0" w:after="280" w:line="276" w:lineRule="auto"/>
        <w:ind w:left="0"/>
      </w:pPr>
      <w:r>
        <w:rPr>
          <w:rFonts w:ascii="Arial" w:hAnsi="Arial"/>
          <w:b w:val="0"/>
          <w:color w:val="000000"/>
          <w:sz w:val="21"/>
        </w:rPr>
        <w:t>Мысал. (5/6 − 1/4) : (7/12) = (10/12 − 3/12) : (7/12) = 1. Жақшаларды жазыңыз: олар амалдың бүкіл алымға қатысты екенін көрсетеді.</w:t>
      </w:r>
    </w:p>
    <w:p>
      <w:pPr>
        <w:widowControl/>
        <w:spacing w:before="0" w:after="160" w:line="276" w:lineRule="auto"/>
        <w:ind w:left="0"/>
      </w:pPr>
      <w:r>
        <w:rPr>
          <w:rFonts w:ascii="Arial" w:hAnsi="Arial"/>
          <w:b/>
          <w:color w:val="000000"/>
          <w:sz w:val="24"/>
        </w:rPr>
        <w:t>Қалдықпен амалдар және қосындыны ықшамдау</w:t>
      </w:r>
    </w:p>
    <w:p>
      <w:pPr>
        <w:widowControl/>
        <w:spacing w:before="0" w:after="280" w:line="276" w:lineRule="auto"/>
        <w:ind w:left="0"/>
      </w:pPr>
      <w:r>
        <w:rPr>
          <w:rFonts w:ascii="Arial" w:hAnsi="Arial"/>
          <w:b w:val="0"/>
          <w:color w:val="000000"/>
          <w:sz w:val="21"/>
        </w:rPr>
        <w:t>Қалғанның үлесін алғанда негіз өзгереді. Сенімді тәсіл — әр қадамнан кейін қалған үлесті есептеп, үлестерді көбейту. Кері есеп көбіне соңынан оңай шешіледі: алдымен заттардың тұрақты санын қайтарып, кейін қалған үлес бойынша бүтінді табады.</w:t>
      </w:r>
    </w:p>
    <w:p>
      <w:pPr>
        <w:widowControl/>
        <w:spacing w:before="0" w:after="280" w:line="276" w:lineRule="auto"/>
        <w:ind w:left="0"/>
      </w:pPr>
      <w:r>
        <w:rPr>
          <w:rFonts w:ascii="Arial" w:hAnsi="Arial"/>
          <w:b w:val="0"/>
          <w:color w:val="000000"/>
          <w:sz w:val="21"/>
        </w:rPr>
        <w:t>1-мысал. Ақшаның 1/3 бөлігін, кейін қалғанының 1/4 бөлігін жұмсады. 4500 теңге қалды. Бастапқы соманың қалған үлесі (2/3) · (3/4) = 1/2. Демек 9000 теңге болған. Тексеру: бірінші сатып алудан кейін 6000, екіншісінен кейін 4500.</w:t>
      </w:r>
    </w:p>
    <w:p>
      <w:pPr>
        <w:widowControl/>
        <w:spacing w:before="0" w:after="280" w:line="276" w:lineRule="auto"/>
        <w:ind w:left="0"/>
      </w:pPr>
      <w:r>
        <w:rPr>
          <w:rFonts w:ascii="Arial" w:hAnsi="Arial"/>
          <w:b w:val="0"/>
          <w:color w:val="000000"/>
          <w:sz w:val="21"/>
        </w:rPr>
        <w:t>2-мысал. 1/(1 · 2) + 1/(2 · 3) + 1/(3 · 4) + 1/(4 · 5) қосындысы. Әр бөлшекті айырма түрінде жазайық: 1 − 1/2 + 1/2 − 1/3 + 1/3 − 1/4 + 1/4 − 1/5. 1 − 1/5 = 4/5 қалады. Бұл тәсіл көршілес мүшелер шынымен қысқарғанда жұмыс істейді.</w:t>
      </w:r>
    </w:p>
    <w:p>
      <w:pPr>
        <w:widowControl/>
        <w:spacing w:before="0" w:after="280" w:line="276" w:lineRule="auto"/>
        <w:ind w:left="0"/>
      </w:pPr>
      <w:r>
        <w:rPr>
          <w:rFonts w:ascii="Arial" w:hAnsi="Arial"/>
          <w:b w:val="0"/>
          <w:color w:val="000000"/>
          <w:sz w:val="21"/>
        </w:rPr>
        <w:t>Алдымен өрнекті әріптік түрде ықшамдаңыз. Ондық жазба шексіз болса, соңына дейін дәл бөлшекті сақтаңыз; ерте дөңгелектеу салыстыруды өзгертуі мүмкін.</w:t>
      </w:r>
    </w:p>
    <w:p>
      <w:pPr>
        <w:widowControl/>
        <w:spacing w:before="0" w:after="200" w:line="276" w:lineRule="auto"/>
        <w:ind w:left="0"/>
      </w:pPr>
      <w:r>
        <w:rPr>
          <w:rFonts w:ascii="Arial" w:hAnsi="Arial"/>
          <w:b w:val="0"/>
          <w:color w:val="000000"/>
          <w:sz w:val="21"/>
        </w:rPr>
        <w:t>Әдісті тексеру. 0,2-ге бөлгенде сан бес есе өседі. «Бөлу кішірейтеді» ережесін барлық оң сандарға қолданбаңыз.</w:t>
      </w:r>
    </w:p>
    <w:p>
      <w:pPr>
        <w:pStyle w:val="Heading1"/>
        <w:pageBreakBefore/>
        <w:widowControl/>
        <w:spacing w:before="0" w:after="160" w:line="276" w:lineRule="auto"/>
        <w:ind w:left="0"/>
      </w:pPr>
      <w:r>
        <w:rPr>
          <w:rFonts w:ascii="Arial" w:hAnsi="Arial"/>
          <w:b/>
          <w:color w:val="000000"/>
          <w:sz w:val="42"/>
        </w:rPr>
        <w:t>Жай және ондық бөлшектер</w:t>
      </w:r>
    </w:p>
    <w:p>
      <w:pPr>
        <w:widowControl/>
        <w:spacing w:before="0" w:after="420" w:line="276" w:lineRule="auto"/>
        <w:ind w:left="0"/>
      </w:pPr>
      <w:r>
        <w:rPr>
          <w:rFonts w:ascii="Arial" w:hAnsi="Arial"/>
          <w:b w:val="0"/>
          <w:color w:val="000000"/>
          <w:sz w:val="20"/>
        </w:rPr>
        <w:t>Жаттығулар · Тапсырмалар 14–18</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14.</w:t>
        <w:tab/>
      </w:r>
      <w:r>
        <w:rPr>
          <w:rFonts w:ascii="Arial" w:hAnsi="Arial"/>
          <w:sz w:val="21"/>
        </w:rPr>
        <w:t>5/8 + 7/12 өрнегінің мәнін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12/20</w:t>
        <w:tab/>
        <w:t>B)  29/24</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19/24</w:t>
        <w:tab/>
        <w:t>D)  1</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15.</w:t>
        <w:tab/>
      </w:r>
      <w:r>
        <w:rPr>
          <w:rFonts w:ascii="Arial" w:hAnsi="Arial"/>
          <w:sz w:val="21"/>
        </w:rPr>
        <w:t>(3/4 − 1/6) : (7/12) өрнегінің мәнін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2</w:t>
        <w:tab/>
        <w:t>B)  7/12</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w:t>
        <w:tab/>
        <w:t>D)  49/144</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16.</w:t>
        <w:tab/>
      </w:r>
      <w:r>
        <w:rPr>
          <w:rFonts w:ascii="Arial" w:hAnsi="Arial"/>
          <w:sz w:val="21"/>
        </w:rPr>
        <w:t>2,4 · 0,35 + 0,16 өрнегінің мәнін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1</w:t>
        <w:tab/>
        <w:t>B)  0,84</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10</w:t>
        <w:tab/>
        <w:t>D)  0,244</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17.</w:t>
        <w:tab/>
      </w:r>
      <w:r>
        <w:rPr>
          <w:rFonts w:ascii="Arial" w:hAnsi="Arial"/>
          <w:sz w:val="21"/>
        </w:rPr>
        <w:t>0,62; 5/8; 0,6 сандарын өсу ретімен орналастырыңыз.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0,6 &lt; 0,62 &lt; 5/8</w:t>
        <w:tab/>
        <w:t>B)  0,6 &lt; 5/8 &lt; 0,62</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0,62 &lt; 0,6 &lt; 5/8</w:t>
        <w:tab/>
        <w:t>D)  5/8 &lt; 0,62 &lt; 0,6</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18.</w:t>
        <w:tab/>
      </w:r>
      <w:r>
        <w:rPr>
          <w:rFonts w:ascii="Arial" w:hAnsi="Arial"/>
          <w:sz w:val="21"/>
        </w:rPr>
        <w:t>Оқушы кітаптың 2/5 бөлігін, содан кейін бүкіл кітаптың тағы 1/3 бөлігін оқыды. Оқылмаған 48 бет қалды. Кітапта неше бет бар?</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240</w:t>
        <w:tab/>
        <w:t>B)  120</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144</w:t>
        <w:tab/>
        <w:t>D)  180</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Жай және ондық бөлшектер</w:t>
      </w:r>
    </w:p>
    <w:p>
      <w:pPr>
        <w:widowControl/>
        <w:spacing w:before="0" w:after="420" w:line="276" w:lineRule="auto"/>
        <w:ind w:left="0"/>
      </w:pPr>
      <w:r>
        <w:rPr>
          <w:rFonts w:ascii="Arial" w:hAnsi="Arial"/>
          <w:b w:val="0"/>
          <w:color w:val="000000"/>
          <w:sz w:val="20"/>
        </w:rPr>
        <w:t>Жаттығулар · Тапсырмалар 19–23</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19.</w:t>
        <w:tab/>
      </w:r>
      <w:r>
        <w:rPr>
          <w:rFonts w:ascii="Arial" w:hAnsi="Arial"/>
          <w:sz w:val="21"/>
        </w:rPr>
        <w:t>2 1/3 санының 3/7 бөлігін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3</w:t>
        <w:tab/>
        <w:t>B)  1/3</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7/9</w:t>
        <w:tab/>
        <w:t>D)  1</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20.</w:t>
        <w:tab/>
      </w:r>
      <w:r>
        <w:rPr>
          <w:rFonts w:ascii="Arial" w:hAnsi="Arial"/>
          <w:sz w:val="21"/>
        </w:rPr>
        <w:t>Алдымен қағаз қорының 0,25 бөлігі, содан кейін қалған қордың 0,4 бөлігі жұмсалды. Бастапқы қордың қандай бөлігі қалды?</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0,30</w:t>
        <w:tab/>
        <w:t>B)  0,45</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0,60</w:t>
        <w:tab/>
        <w:t>D)  0,35</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21.</w:t>
        <w:tab/>
      </w:r>
      <w:r>
        <w:rPr>
          <w:rFonts w:ascii="Arial" w:hAnsi="Arial"/>
          <w:sz w:val="21"/>
        </w:rPr>
        <w:t>47/6 саны қандай көршілес бүтін сандардың арасында орналасқан?</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8 және 9</w:t>
        <w:tab/>
        <w:t>B)  7 және 8</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9 және 10</w:t>
        <w:tab/>
        <w:t>D)  6 және 7</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22.</w:t>
        <w:tab/>
      </w:r>
      <w:r>
        <w:rPr>
          <w:rFonts w:ascii="Arial" w:hAnsi="Arial"/>
          <w:sz w:val="21"/>
        </w:rPr>
        <w:t>(1,2 + 0,8) : 0,05 өрнегінің мәнін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100</w:t>
        <w:tab/>
        <w:t>B)  4</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10</w:t>
        <w:tab/>
        <w:t>D)  40</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23.</w:t>
        <w:tab/>
      </w:r>
      <w:r>
        <w:rPr>
          <w:rFonts w:ascii="Arial" w:hAnsi="Arial"/>
          <w:sz w:val="21"/>
        </w:rPr>
        <w:t>Екі санның қосындысы 5/6. Бірі екіншісінен 1/6-ға артық. Үлкен санды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2/3</w:t>
        <w:tab/>
        <w:t>B)  5/12</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1/3</w:t>
        <w:tab/>
        <w:t>D)  1/2</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Жай және ондық бөлшектер</w:t>
      </w:r>
    </w:p>
    <w:p>
      <w:pPr>
        <w:widowControl/>
        <w:spacing w:before="0" w:after="420" w:line="276" w:lineRule="auto"/>
        <w:ind w:left="0"/>
      </w:pPr>
      <w:r>
        <w:rPr>
          <w:rFonts w:ascii="Arial" w:hAnsi="Arial"/>
          <w:b w:val="0"/>
          <w:color w:val="000000"/>
          <w:sz w:val="20"/>
        </w:rPr>
        <w:t>Тереңдетілген жаттығулар · Тапсырмалар 24–26</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24.</w:t>
        <w:tab/>
      </w:r>
      <w:r>
        <w:rPr>
          <w:rFonts w:ascii="Arial" w:hAnsi="Arial"/>
          <w:sz w:val="21"/>
        </w:rPr>
        <w:t>Бірінші қатысушы барлық жапсырманың 1/4 бөлігін және тағы 6 жапсырма алды, екіншісі қалғанының 1/3 бөлігін және тағы 4 жапсырма алды. Содан кейін 20 жапсырма қалды. Бастапқыда неше жапсырма болған?</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56</w:t>
        <w:tab/>
        <w:t>B)  72</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64</w:t>
        <w:tab/>
        <w:t>D)  48</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25.</w:t>
        <w:tab/>
      </w:r>
      <w:r>
        <w:rPr>
          <w:rFonts w:ascii="Arial" w:hAnsi="Arial"/>
          <w:sz w:val="21"/>
        </w:rPr>
        <w:t>1/(1 · 2) + 1/(2 · 3) + … + 1/(19 · 20) қосындысын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9/10</w:t>
        <w:tab/>
        <w:t>B)  19/20</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1/20</w:t>
        <w:tab/>
        <w:t>D)  1</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26.</w:t>
        <w:tab/>
      </w:r>
      <w:r>
        <w:rPr>
          <w:rFonts w:ascii="Arial" w:hAnsi="Arial"/>
          <w:sz w:val="21"/>
        </w:rPr>
        <w:t>0 мен 1-дің арасында қатаң орналасқан, бөлімі 12 болатын барлық қысқармайтын бөлшектердің қосындысын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1</w:t>
        <w:tab/>
        <w:t>B)  11/2</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5/2</w:t>
        <w:tab/>
        <w:t>D)  2</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widowControl/>
        <w:spacing w:before="0" w:after="180" w:line="276" w:lineRule="auto"/>
        <w:ind w:left="0"/>
      </w:pPr>
      <w:r>
        <w:rPr>
          <w:rFonts w:ascii="Arial" w:hAnsi="Arial"/>
          <w:b w:val="0"/>
          <w:color w:val="000000"/>
          <w:sz w:val="21"/>
        </w:rPr>
        <w:t>Әр есепте оны негізгі есептен ажырататын қадамды жазыңыз. Шектеулерді негіздеп, жауапты шартқа қойып тексеріңіз.</w:t>
      </w:r>
    </w:p>
    <w:p>
      <w:pPr>
        <w:pStyle w:val="Heading1"/>
        <w:pageBreakBefore/>
        <w:widowControl/>
        <w:spacing w:before="0" w:after="160" w:line="276" w:lineRule="auto"/>
        <w:ind w:left="0"/>
      </w:pPr>
      <w:r>
        <w:rPr>
          <w:rFonts w:ascii="Arial" w:hAnsi="Arial"/>
          <w:b/>
          <w:color w:val="000000"/>
          <w:sz w:val="42"/>
        </w:rPr>
        <w:t>Қатынастар пропорциялар және пайыздар</w:t>
      </w:r>
    </w:p>
    <w:p>
      <w:pPr>
        <w:widowControl/>
        <w:spacing w:before="0" w:after="420" w:line="276" w:lineRule="auto"/>
        <w:ind w:left="0"/>
      </w:pPr>
      <w:r>
        <w:rPr>
          <w:rFonts w:ascii="Arial" w:hAnsi="Arial"/>
          <w:b w:val="0"/>
          <w:color w:val="000000"/>
          <w:sz w:val="20"/>
        </w:rPr>
        <w:t>Математика · 3-тарау · Негізгі және тереңдетілген талдау</w:t>
      </w:r>
    </w:p>
    <w:p>
      <w:pPr>
        <w:widowControl/>
        <w:spacing w:before="0" w:after="240" w:line="276" w:lineRule="auto"/>
        <w:ind w:left="0"/>
      </w:pPr>
      <w:r>
        <w:rPr>
          <w:rFonts w:ascii="Arial" w:hAnsi="Arial"/>
          <w:b w:val="0"/>
          <w:color w:val="000000"/>
          <w:sz w:val="21"/>
        </w:rPr>
        <w:t>Пайыз — жүзден бір бөлік. x санының p%-ы x · p/100-ге тең. Бірізді өзгерістерде пайыздың негізі ауысады. a : b қатынасында алдымен тең үлестер санын, кейін бір үлестің мәнін табыңыз. Масштабта екі ұзындықты бірдей бірлікке келтіріңіз.</w:t>
      </w:r>
    </w:p>
    <w:p>
      <w:pPr>
        <w:widowControl/>
        <w:spacing w:before="0" w:after="280" w:line="276" w:lineRule="auto"/>
        <w:ind w:left="0"/>
      </w:pPr>
      <w:r>
        <w:rPr>
          <w:rFonts w:ascii="Arial" w:hAnsi="Arial"/>
          <w:b w:val="0"/>
          <w:color w:val="000000"/>
          <w:sz w:val="21"/>
        </w:rPr>
        <w:t>Мысал. 15% жеңілдіктен кейін сөмке 6800 теңге тұрады. Бұл бұрынғы бағаның 85%-ы, демек бұрынғы баға 6800 : 0,85 = 8000 теңге.</w:t>
      </w:r>
    </w:p>
    <w:p>
      <w:pPr>
        <w:widowControl/>
        <w:spacing w:before="0" w:after="160" w:line="276" w:lineRule="auto"/>
        <w:ind w:left="0"/>
      </w:pPr>
      <w:r>
        <w:rPr>
          <w:rFonts w:ascii="Arial" w:hAnsi="Arial"/>
          <w:b/>
          <w:color w:val="000000"/>
          <w:sz w:val="24"/>
        </w:rPr>
        <w:t>Пайыздар және қоспа құрамы</w:t>
      </w:r>
    </w:p>
    <w:p>
      <w:pPr>
        <w:widowControl/>
        <w:spacing w:before="0" w:after="280" w:line="276" w:lineRule="auto"/>
        <w:ind w:left="0"/>
      </w:pPr>
      <w:r>
        <w:rPr>
          <w:rFonts w:ascii="Arial" w:hAnsi="Arial"/>
          <w:b w:val="0"/>
          <w:color w:val="000000"/>
          <w:sz w:val="21"/>
        </w:rPr>
        <w:t>Затты арнайы қоспаса не алып тастамаса, араластырғанда оның мөлшері сақталады. Массалық үлес үшін зат массасын тауып, жаңа жалпы массаға бөліңіз. Көлемдік үлес үшін көлемдерді және олардың қосылуына қатысты анық берілген жорамалдарды қолданыңыз. Пайыздардың жай ортасы тек сәйкес массалар не көлемдер тең болғанда жарайды.</w:t>
      </w:r>
    </w:p>
    <w:p>
      <w:pPr>
        <w:widowControl/>
        <w:spacing w:before="0" w:after="280" w:line="276" w:lineRule="auto"/>
        <w:ind w:left="0"/>
      </w:pPr>
      <w:r>
        <w:rPr>
          <w:rFonts w:ascii="Arial" w:hAnsi="Arial"/>
          <w:b w:val="0"/>
          <w:color w:val="000000"/>
          <w:sz w:val="21"/>
        </w:rPr>
        <w:t>1-мысал. 100 г 10%-дық және 300 г 30%-дық ерітіндіні араластырды. Тұз 10 + 90 = 100 г, қоспа 400 г. Тұз үлесі 25%, жай орта 20% емес: ерітінді массалары әртүрлі.</w:t>
      </w:r>
    </w:p>
    <w:p>
      <w:pPr>
        <w:widowControl/>
        <w:spacing w:before="0" w:after="280" w:line="276" w:lineRule="auto"/>
        <w:ind w:left="0"/>
      </w:pPr>
      <w:r>
        <w:rPr>
          <w:rFonts w:ascii="Arial" w:hAnsi="Arial"/>
          <w:b w:val="0"/>
          <w:color w:val="000000"/>
          <w:sz w:val="21"/>
        </w:rPr>
        <w:t>2-мысал. 20% жеңілдіктен кейін баға 9600 теңге. Бұл бұрынғы бағаның 80%-ы: 9600/0,8 = 12 000. 9600-ден 12 000-ға қайту үшін 2400/9600 = 25% өсім керек. Кері пайыз бастапқы жеңілдікке міндетті түрде тең емес.</w:t>
      </w:r>
    </w:p>
    <w:p>
      <w:pPr>
        <w:widowControl/>
        <w:spacing w:before="0" w:after="280" w:line="276" w:lineRule="auto"/>
        <w:ind w:left="0"/>
      </w:pPr>
      <w:r>
        <w:rPr>
          <w:rFonts w:ascii="Arial" w:hAnsi="Arial"/>
          <w:b w:val="0"/>
          <w:color w:val="000000"/>
          <w:sz w:val="21"/>
        </w:rPr>
        <w:t>Әр пайыздың негізін белгілеңіз. Тұз қосқанда ерітінді массасы тұз массасымен бірге артады. Су қосқанда үлестің тек бөлімі артады.</w:t>
      </w:r>
    </w:p>
    <w:p>
      <w:pPr>
        <w:widowControl/>
        <w:spacing w:before="0" w:after="200" w:line="276" w:lineRule="auto"/>
        <w:ind w:left="0"/>
      </w:pPr>
      <w:r>
        <w:rPr>
          <w:rFonts w:ascii="Arial" w:hAnsi="Arial"/>
          <w:b w:val="0"/>
          <w:color w:val="000000"/>
          <w:sz w:val="21"/>
        </w:rPr>
        <w:t>Әдісті тексеру. Өсу және кему пайызы әртүрлі негіздерден есептеледі. 20% өсім мен 20% кему бастапқы бағаны қайтармайды.</w:t>
      </w:r>
    </w:p>
    <w:p>
      <w:pPr>
        <w:pStyle w:val="Heading1"/>
        <w:pageBreakBefore/>
        <w:widowControl/>
        <w:spacing w:before="0" w:after="160" w:line="276" w:lineRule="auto"/>
        <w:ind w:left="0"/>
      </w:pPr>
      <w:r>
        <w:rPr>
          <w:rFonts w:ascii="Arial" w:hAnsi="Arial"/>
          <w:b/>
          <w:color w:val="000000"/>
          <w:sz w:val="42"/>
        </w:rPr>
        <w:t>Қатынастар пропорциялар және пайыздар</w:t>
      </w:r>
    </w:p>
    <w:p>
      <w:pPr>
        <w:widowControl/>
        <w:spacing w:before="0" w:after="420" w:line="276" w:lineRule="auto"/>
        <w:ind w:left="0"/>
      </w:pPr>
      <w:r>
        <w:rPr>
          <w:rFonts w:ascii="Arial" w:hAnsi="Arial"/>
          <w:b w:val="0"/>
          <w:color w:val="000000"/>
          <w:sz w:val="20"/>
        </w:rPr>
        <w:t>Жаттығулар · Тапсырмалар 27–31</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27.</w:t>
        <w:tab/>
      </w:r>
      <w:r>
        <w:rPr>
          <w:rFonts w:ascii="Arial" w:hAnsi="Arial"/>
          <w:sz w:val="21"/>
        </w:rPr>
        <w:t>350 санының 18%-ын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18</w:t>
        <w:tab/>
        <w:t>B)  63</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68</w:t>
        <w:tab/>
        <w:t>D)  53</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28.</w:t>
        <w:tab/>
      </w:r>
      <w:r>
        <w:rPr>
          <w:rFonts w:ascii="Arial" w:hAnsi="Arial"/>
          <w:sz w:val="21"/>
        </w:rPr>
        <w:t>20% жеңілдіктен кейін үстел шамы 6400 теңге тұрады. Жеңілдікке дейінгі бағасы қанша болған?</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7680 теңге</w:t>
        <w:tab/>
        <w:t>B)  8400 теңге</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5120 теңге</w:t>
        <w:tab/>
        <w:t>D)  8000 теңге</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29.</w:t>
        <w:tab/>
      </w:r>
      <w:r>
        <w:rPr>
          <w:rFonts w:ascii="Arial" w:hAnsi="Arial"/>
          <w:sz w:val="21"/>
        </w:rPr>
        <w:t>Қораптағы қызыл, жасыл және ақ фишкалар санының қатынасы 3 : 4 : 5. Барлығы 96 фишка бар. Жасыл фишка нешеу?</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40</w:t>
        <w:tab/>
        <w:t>B)  32</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24</w:t>
        <w:tab/>
        <w:t>D)  36</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30.</w:t>
        <w:tab/>
      </w:r>
      <w:r>
        <w:rPr>
          <w:rFonts w:ascii="Arial" w:hAnsi="Arial"/>
          <w:sz w:val="21"/>
        </w:rPr>
        <w:t>12 000 теңге баға 10%-ға өсті, содан кейін жаңа баға 10%-ға төмендеді. Соңғы бағаны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12 000 теңге</w:t>
        <w:tab/>
        <w:t>B)  11 880 теңге</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10 800 теңге</w:t>
        <w:tab/>
        <w:t>D)  12 120 теңге</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31.</w:t>
        <w:tab/>
      </w:r>
      <w:r>
        <w:rPr>
          <w:rFonts w:ascii="Arial" w:hAnsi="Arial"/>
          <w:sz w:val="21"/>
        </w:rPr>
        <w:t>Бірдей 6 модельге 1,8 м сым керек. Осындай 15 модельге қанша сым қажет?</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4,5 м</w:t>
        <w:tab/>
        <w:t>B)  4 м</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5,4 м</w:t>
        <w:tab/>
        <w:t>D)  3,6 м</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Қатынастар пропорциялар және пайыздар</w:t>
      </w:r>
    </w:p>
    <w:p>
      <w:pPr>
        <w:widowControl/>
        <w:spacing w:before="0" w:after="420" w:line="276" w:lineRule="auto"/>
        <w:ind w:left="0"/>
      </w:pPr>
      <w:r>
        <w:rPr>
          <w:rFonts w:ascii="Arial" w:hAnsi="Arial"/>
          <w:b w:val="0"/>
          <w:color w:val="000000"/>
          <w:sz w:val="20"/>
        </w:rPr>
        <w:t>Жаттығулар · Тапсырмалар 32–36</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32.</w:t>
        <w:tab/>
      </w:r>
      <w:r>
        <w:rPr>
          <w:rFonts w:ascii="Arial" w:hAnsi="Arial"/>
          <w:sz w:val="21"/>
        </w:rPr>
        <w:t>Бірдей 8 станок тапсырысты 15 сағатта орындайды. Өнімділігі сондай 12 станок оны неше сағатта орындайды?</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12</w:t>
        <w:tab/>
        <w:t>B)  22,5</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10</w:t>
        <w:tab/>
        <w:t>D)  18</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33.</w:t>
        <w:tab/>
      </w:r>
      <w:r>
        <w:rPr>
          <w:rFonts w:ascii="Arial" w:hAnsi="Arial"/>
          <w:sz w:val="21"/>
        </w:rPr>
        <w:t>Масштабы 1 : 50 000 картада соқпақтың ұзындығы 7,2 см. Оның нақты ұзындығын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0,36 км</w:t>
        <w:tab/>
        <w:t>B)  3,6 км</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36 км</w:t>
        <w:tab/>
        <w:t>D)  360 км</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34.</w:t>
        <w:tab/>
      </w:r>
      <w:r>
        <w:rPr>
          <w:rFonts w:ascii="Arial" w:hAnsi="Arial"/>
          <w:sz w:val="21"/>
        </w:rPr>
        <w:t>250 г ерітіндіде 12% тұз бар. Оған 50 г су қосылды. Тұздың жаңа массалық үлесі қандай?</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14%</w:t>
        <w:tab/>
        <w:t>B)  12%</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10%</w:t>
        <w:tab/>
        <w:t>D)  8%</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35.</w:t>
        <w:tab/>
      </w:r>
      <w:r>
        <w:rPr>
          <w:rFonts w:ascii="Arial" w:hAnsi="Arial"/>
          <w:sz w:val="21"/>
        </w:rPr>
        <w:t>a саны оң b санынан 25%-ға артық. b саны a-дан неше пайызға кем?</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30%</w:t>
        <w:tab/>
        <w:t>B)  75%</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20%</w:t>
        <w:tab/>
        <w:t>D)  25%</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36.</w:t>
        <w:tab/>
      </w:r>
      <w:r>
        <w:rPr>
          <w:rFonts w:ascii="Arial" w:hAnsi="Arial"/>
          <w:sz w:val="21"/>
        </w:rPr>
        <w:t>Мектепте үйірмелерге 240 оқушы қатысатын. Жаңа секция ашылған соң олардың саны 276 болды. Қатысушылар саны неше пайызға артты?</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15%</w:t>
        <w:tab/>
        <w:t>B)  13%</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115%</w:t>
        <w:tab/>
        <w:t>D)  36%</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Қатынастар пропорциялар және пайыздар</w:t>
      </w:r>
    </w:p>
    <w:p>
      <w:pPr>
        <w:widowControl/>
        <w:spacing w:before="0" w:after="420" w:line="276" w:lineRule="auto"/>
        <w:ind w:left="0"/>
      </w:pPr>
      <w:r>
        <w:rPr>
          <w:rFonts w:ascii="Arial" w:hAnsi="Arial"/>
          <w:b w:val="0"/>
          <w:color w:val="000000"/>
          <w:sz w:val="20"/>
        </w:rPr>
        <w:t>Тереңдетілген жаттығулар · Тапсырмалар 37–39</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37.</w:t>
        <w:tab/>
      </w:r>
      <w:r>
        <w:rPr>
          <w:rFonts w:ascii="Arial" w:hAnsi="Arial"/>
          <w:sz w:val="21"/>
        </w:rPr>
        <w:t>Ыдыста заттың көлемдік үлесі 30% болатын 20 л ерітінді бар. Араластырғанда көлемдер қосылады. Үлес 24% болуы үшін неше литр ерітіндіні төгіп, орнына сонша су құю керек?</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5 л</w:t>
        <w:tab/>
        <w:t>B)  4 л</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2 л</w:t>
        <w:tab/>
        <w:t>D)  6 л</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38.</w:t>
        <w:tab/>
      </w:r>
      <w:r>
        <w:rPr>
          <w:rFonts w:ascii="Arial" w:hAnsi="Arial"/>
          <w:sz w:val="21"/>
        </w:rPr>
        <w:t>10%-дық және 25%-дық тұз ерітінділерін араластырып, 600 г 20%-дық ерітінді алды. 25%-дық ерітіндіден неше грамм алынған?</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500 г</w:t>
        <w:tab/>
        <w:t>B)  400 г</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200 г</w:t>
        <w:tab/>
        <w:t>D)  300 г</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39.</w:t>
        <w:tab/>
      </w:r>
      <w:r>
        <w:rPr>
          <w:rFonts w:ascii="Arial" w:hAnsi="Arial"/>
          <w:sz w:val="21"/>
        </w:rPr>
        <w:t>Бірінші сан екінші санның 60%-ын, екіншісі үшінші санның 75%-ын құрайды. Бірінші сан үшіншісінен 110-ға кем. Үшінші санды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150</w:t>
        <w:tab/>
        <w:t>B)  200</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240</w:t>
        <w:tab/>
        <w:t>D)  180</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widowControl/>
        <w:spacing w:before="0" w:after="180" w:line="276" w:lineRule="auto"/>
        <w:ind w:left="0"/>
      </w:pPr>
      <w:r>
        <w:rPr>
          <w:rFonts w:ascii="Arial" w:hAnsi="Arial"/>
          <w:b w:val="0"/>
          <w:color w:val="000000"/>
          <w:sz w:val="21"/>
        </w:rPr>
        <w:t>Әр есепте оны негізгі есептен ажырататын қадамды жазыңыз. Шектеулерді негіздеп, жауапты шартқа қойып тексеріңіз.</w:t>
      </w:r>
    </w:p>
    <w:p>
      <w:pPr>
        <w:pStyle w:val="Heading1"/>
        <w:pageBreakBefore/>
        <w:widowControl/>
        <w:spacing w:before="0" w:after="160" w:line="276" w:lineRule="auto"/>
        <w:ind w:left="0"/>
      </w:pPr>
      <w:r>
        <w:rPr>
          <w:rFonts w:ascii="Arial" w:hAnsi="Arial"/>
          <w:b/>
          <w:color w:val="000000"/>
          <w:sz w:val="42"/>
        </w:rPr>
        <w:t>Өрнектер теңдеулер және теңсіздіктер</w:t>
      </w:r>
    </w:p>
    <w:p>
      <w:pPr>
        <w:widowControl/>
        <w:spacing w:before="0" w:after="420" w:line="276" w:lineRule="auto"/>
        <w:ind w:left="0"/>
      </w:pPr>
      <w:r>
        <w:rPr>
          <w:rFonts w:ascii="Arial" w:hAnsi="Arial"/>
          <w:b w:val="0"/>
          <w:color w:val="000000"/>
          <w:sz w:val="20"/>
        </w:rPr>
        <w:t>Математика · 4-тарау · Негізгі және тереңдетілген талдау</w:t>
      </w:r>
    </w:p>
    <w:p>
      <w:pPr>
        <w:widowControl/>
        <w:spacing w:before="0" w:after="240" w:line="276" w:lineRule="auto"/>
        <w:ind w:left="0"/>
      </w:pPr>
      <w:r>
        <w:rPr>
          <w:rFonts w:ascii="Arial" w:hAnsi="Arial"/>
          <w:b w:val="0"/>
          <w:color w:val="000000"/>
          <w:sz w:val="21"/>
        </w:rPr>
        <w:t>Теңдеудің екі жағына бір санды қосқанда немесе екі жағын бірдей нөлден өзге санға көбейткенде шешімдері сақталады. Теңсіздікті теріс санға көбейткенде белгі өзгереді. |x| модулі x-тен нөлге дейінгі қашықтыққа тең.</w:t>
      </w:r>
    </w:p>
    <w:p>
      <w:pPr>
        <w:widowControl/>
        <w:spacing w:before="0" w:after="280" w:line="276" w:lineRule="auto"/>
        <w:ind w:left="0"/>
      </w:pPr>
      <w:r>
        <w:rPr>
          <w:rFonts w:ascii="Arial" w:hAnsi="Arial"/>
          <w:b w:val="0"/>
          <w:color w:val="000000"/>
          <w:sz w:val="21"/>
        </w:rPr>
        <w:t>Мысал. 4(x − 2) = 3x + 5. Жақшаны ашамыз: 4x − 8 = 3x + 5; x = 13. Тексеру: бастапқы теңдеудің екі жағы да 44-ке тең.</w:t>
      </w:r>
    </w:p>
    <w:p>
      <w:pPr>
        <w:widowControl/>
        <w:spacing w:before="0" w:after="160" w:line="276" w:lineRule="auto"/>
        <w:ind w:left="0"/>
      </w:pPr>
      <w:r>
        <w:rPr>
          <w:rFonts w:ascii="Arial" w:hAnsi="Arial"/>
          <w:b/>
          <w:color w:val="000000"/>
          <w:sz w:val="24"/>
        </w:rPr>
        <w:t>Шектеулері және модулі бар теңдеулер</w:t>
      </w:r>
    </w:p>
    <w:p>
      <w:pPr>
        <w:widowControl/>
        <w:spacing w:before="0" w:after="280" w:line="276" w:lineRule="auto"/>
        <w:ind w:left="0"/>
      </w:pPr>
      <w:r>
        <w:rPr>
          <w:rFonts w:ascii="Arial" w:hAnsi="Arial"/>
          <w:b w:val="0"/>
          <w:color w:val="000000"/>
          <w:sz w:val="21"/>
        </w:rPr>
        <w:t>Алдымен рұқсат етілген мәндерді жазыңыз. Өрнекке тек ол нөлге тең емес жерде бөлуге болады. Модуль қашықтықты сипаттайды: r &gt; 0 болғанда |x − a| = r екі нүктені, a − r және a + r, береді. Модульдер қосындысы бар теңдеуді таңба өзгеретін нүктелер арқылы аралықтарға бөлу ыңғайлы.</w:t>
      </w:r>
    </w:p>
    <w:p>
      <w:pPr>
        <w:widowControl/>
        <w:spacing w:before="0" w:after="280" w:line="276" w:lineRule="auto"/>
        <w:ind w:left="0"/>
      </w:pPr>
      <w:r>
        <w:rPr>
          <w:rFonts w:ascii="Arial" w:hAnsi="Arial"/>
          <w:b w:val="0"/>
          <w:color w:val="000000"/>
          <w:sz w:val="21"/>
        </w:rPr>
        <w:t>1-мысал. |2x + 1| = 7. 2x + 1 = 7 немесе 2x + 1 = −7, яғни x = 3 немесе x = −4. Екі түбірді бастапқы теңдікке қойғанда 7 шығады.</w:t>
      </w:r>
    </w:p>
    <w:p>
      <w:pPr>
        <w:widowControl/>
        <w:spacing w:before="0" w:after="280" w:line="276" w:lineRule="auto"/>
        <w:ind w:left="0"/>
      </w:pPr>
      <w:r>
        <w:rPr>
          <w:rFonts w:ascii="Arial" w:hAnsi="Arial"/>
          <w:b w:val="0"/>
          <w:color w:val="000000"/>
          <w:sz w:val="21"/>
        </w:rPr>
        <w:t>2-мысал. |x − 1| + |x − 5| = 8. 1 мен 5 арасында қашықтықтар қосындысы 4, онда шешім жоқ. x &lt; 1 болса: (1 − x) + (5 − x) = 8, x = −1. x &gt; 5 болса: (x − 1) + (x − 5) = 8, x = 7. Модуль таңбаларын аралықты ескермей таңдамаңыз.</w:t>
      </w:r>
    </w:p>
    <w:p>
      <w:pPr>
        <w:widowControl/>
        <w:spacing w:before="0" w:after="280" w:line="276" w:lineRule="auto"/>
        <w:ind w:left="0"/>
      </w:pPr>
      <w:r>
        <w:rPr>
          <w:rFonts w:ascii="Arial" w:hAnsi="Arial"/>
          <w:b w:val="0"/>
          <w:color w:val="000000"/>
          <w:sz w:val="21"/>
        </w:rPr>
        <w:t>Шешкен соң рұқсат етілуін және орнына қоюды тексеріңіз. Теңсіздікте шекаралар кіретінін жеке белгілеңіз. Бүтін шешімдердің санын табуда оларды жазып шығу кейде сенімдірек.</w:t>
      </w:r>
    </w:p>
    <w:p>
      <w:pPr>
        <w:widowControl/>
        <w:spacing w:before="0" w:after="200" w:line="276" w:lineRule="auto"/>
        <w:ind w:left="0"/>
      </w:pPr>
      <w:r>
        <w:rPr>
          <w:rFonts w:ascii="Arial" w:hAnsi="Arial"/>
          <w:b w:val="0"/>
          <w:color w:val="000000"/>
          <w:sz w:val="21"/>
        </w:rPr>
        <w:t>Әдісті тексеру. Қосылғыштарды қосу белгісі арқылы қысқартпаңыз. (x + 6)/x өрнегінде x-терді жай сызып тастауға болмайды.</w:t>
      </w:r>
    </w:p>
    <w:p>
      <w:pPr>
        <w:pStyle w:val="Heading1"/>
        <w:pageBreakBefore/>
        <w:widowControl/>
        <w:spacing w:before="0" w:after="160" w:line="276" w:lineRule="auto"/>
        <w:ind w:left="0"/>
      </w:pPr>
      <w:r>
        <w:rPr>
          <w:rFonts w:ascii="Arial" w:hAnsi="Arial"/>
          <w:b/>
          <w:color w:val="000000"/>
          <w:sz w:val="42"/>
        </w:rPr>
        <w:t>Өрнектер теңдеулер және теңсіздіктер</w:t>
      </w:r>
    </w:p>
    <w:p>
      <w:pPr>
        <w:widowControl/>
        <w:spacing w:before="0" w:after="420" w:line="276" w:lineRule="auto"/>
        <w:ind w:left="0"/>
      </w:pPr>
      <w:r>
        <w:rPr>
          <w:rFonts w:ascii="Arial" w:hAnsi="Arial"/>
          <w:b w:val="0"/>
          <w:color w:val="000000"/>
          <w:sz w:val="20"/>
        </w:rPr>
        <w:t>Жаттығулар · Тапсырмалар 40–44</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40.</w:t>
        <w:tab/>
      </w:r>
      <w:r>
        <w:rPr>
          <w:rFonts w:ascii="Arial" w:hAnsi="Arial"/>
          <w:sz w:val="21"/>
        </w:rPr>
        <w:t>5x − 7 = 3x + 19 теңдеуін шешіңіз.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12</w:t>
        <w:tab/>
        <w:t>B)  26</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13</w:t>
        <w:tab/>
        <w:t>D)  6</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41.</w:t>
        <w:tab/>
      </w:r>
      <w:r>
        <w:rPr>
          <w:rFonts w:ascii="Arial" w:hAnsi="Arial"/>
          <w:sz w:val="21"/>
        </w:rPr>
        <w:t>3(x − 4) + 2 = 2x + 9 болса, x-ті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19</w:t>
        <w:tab/>
        <w:t>B)  7</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11</w:t>
        <w:tab/>
        <w:t>D)  23</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42.</w:t>
        <w:tab/>
      </w:r>
      <w:r>
        <w:rPr>
          <w:rFonts w:ascii="Arial" w:hAnsi="Arial"/>
          <w:sz w:val="21"/>
        </w:rPr>
        <w:t>x/4 + x/6 = 10 теңдеуін шешіңіз.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12</w:t>
        <w:tab/>
        <w:t>B)  30</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20</w:t>
        <w:tab/>
        <w:t>D)  24</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43.</w:t>
        <w:tab/>
      </w:r>
      <w:r>
        <w:rPr>
          <w:rFonts w:ascii="Arial" w:hAnsi="Arial"/>
          <w:sz w:val="21"/>
        </w:rPr>
        <w:t>3x + 2 &lt; 20 теңсіздігін қанағаттандыратын ең үлкен бүтін сан қандай?</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5</w:t>
        <w:tab/>
        <w:t>B)  4</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7</w:t>
        <w:tab/>
        <w:t>D)  6</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44.</w:t>
        <w:tab/>
      </w:r>
      <w:r>
        <w:rPr>
          <w:rFonts w:ascii="Arial" w:hAnsi="Arial"/>
          <w:sz w:val="21"/>
        </w:rPr>
        <w:t>−3 &lt; x ≤ 4 шартын қанағаттандыратын барлық бүтін x сандарының қосындысын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10</w:t>
        <w:tab/>
        <w:t>B)  4</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7</w:t>
        <w:tab/>
        <w:t>D)  0</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Өрнектер теңдеулер және теңсіздіктер</w:t>
      </w:r>
    </w:p>
    <w:p>
      <w:pPr>
        <w:widowControl/>
        <w:spacing w:before="0" w:after="420" w:line="276" w:lineRule="auto"/>
        <w:ind w:left="0"/>
      </w:pPr>
      <w:r>
        <w:rPr>
          <w:rFonts w:ascii="Arial" w:hAnsi="Arial"/>
          <w:b w:val="0"/>
          <w:color w:val="000000"/>
          <w:sz w:val="20"/>
        </w:rPr>
        <w:t>Жаттығулар · Тапсырмалар 45–49</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45.</w:t>
        <w:tab/>
      </w:r>
      <w:r>
        <w:rPr>
          <w:rFonts w:ascii="Arial" w:hAnsi="Arial"/>
          <w:sz w:val="21"/>
        </w:rPr>
        <w:t>|x − 3| = 5 теңдеуін шешіп, түбірлерінің қосындысын көрсетіңіз.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2</w:t>
        <w:tab/>
        <w:t>B)  −6</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8</w:t>
        <w:tab/>
        <w:t>D)  6</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46.</w:t>
        <w:tab/>
      </w:r>
      <w:r>
        <w:rPr>
          <w:rFonts w:ascii="Arial" w:hAnsi="Arial"/>
          <w:sz w:val="21"/>
        </w:rPr>
        <w:t>a = −2 болғанда a² − 3a + 1 өрнегінің мәнін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5</w:t>
        <w:tab/>
        <w:t>B)  3</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11</w:t>
        <w:tab/>
        <w:t>D)  −1</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47.</w:t>
        <w:tab/>
      </w:r>
      <w:r>
        <w:rPr>
          <w:rFonts w:ascii="Arial" w:hAnsi="Arial"/>
          <w:sz w:val="21"/>
        </w:rPr>
        <w:t>y = 2x − 5 және x = 7 болса, 3y − x неге тең?</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34</w:t>
        <w:tab/>
        <w:t>B)  21</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20</w:t>
        <w:tab/>
        <w:t>D)  14</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48.</w:t>
        <w:tab/>
      </w:r>
      <w:r>
        <w:rPr>
          <w:rFonts w:ascii="Arial" w:hAnsi="Arial"/>
          <w:sz w:val="21"/>
        </w:rPr>
        <w:t>Екі қорапта 54 қарындаш бар. Біріншісінде екіншісіне қарағанда 8 қарындаш артық. Бірінші қорапта неше қарындаш бар?</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23</w:t>
        <w:tab/>
        <w:t>B)  35</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31</w:t>
        <w:tab/>
        <w:t>D)  27</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49.</w:t>
        <w:tab/>
      </w:r>
      <w:r>
        <w:rPr>
          <w:rFonts w:ascii="Arial" w:hAnsi="Arial"/>
          <w:sz w:val="21"/>
        </w:rPr>
        <w:t>2 &lt; x &lt; 9 екені белгілі. |x − 2| + |x − 9| мәнін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11 − 2x</w:t>
        <w:tab/>
        <w:t>B)  2x − 11</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7</w:t>
        <w:tab/>
        <w:t>D)  11</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Өрнектер теңдеулер және теңсіздіктер</w:t>
      </w:r>
    </w:p>
    <w:p>
      <w:pPr>
        <w:widowControl/>
        <w:spacing w:before="0" w:after="420" w:line="276" w:lineRule="auto"/>
        <w:ind w:left="0"/>
      </w:pPr>
      <w:r>
        <w:rPr>
          <w:rFonts w:ascii="Arial" w:hAnsi="Arial"/>
          <w:b w:val="0"/>
          <w:color w:val="000000"/>
          <w:sz w:val="20"/>
        </w:rPr>
        <w:t>Тереңдетілген жаттығулар · Тапсырмалар 50–52</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50.</w:t>
        <w:tab/>
      </w:r>
      <w:r>
        <w:rPr>
          <w:rFonts w:ascii="Arial" w:hAnsi="Arial"/>
          <w:sz w:val="21"/>
        </w:rPr>
        <w:t>|2x − 1| &lt; 7 теңсіздігін неше бүтін сан қанағаттандырады?</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7</w:t>
        <w:tab/>
        <w:t>B)  8</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5</w:t>
        <w:tab/>
        <w:t>D)  6</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51.</w:t>
        <w:tab/>
      </w:r>
      <w:r>
        <w:rPr>
          <w:rFonts w:ascii="Arial" w:hAnsi="Arial"/>
          <w:sz w:val="21"/>
        </w:rPr>
        <w:t>|x − 2| + |x + 1| = 7 теңдеуінің барлық түбірлерінің қосындысын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1</w:t>
        <w:tab/>
        <w:t>B)  −1</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3</w:t>
        <w:tab/>
        <w:t>D)  7</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52.</w:t>
        <w:tab/>
      </w:r>
      <w:r>
        <w:rPr>
          <w:rFonts w:ascii="Arial" w:hAnsi="Arial"/>
          <w:sz w:val="21"/>
        </w:rPr>
        <w:t>a-ның қандай мәнінде 3(x + 2) = ax + 6 теңдеуінің шексіз көп шешімі бар?</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3</w:t>
        <w:tab/>
        <w:t>B)  0</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6</w:t>
        <w:tab/>
        <w:t>D)  2</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widowControl/>
        <w:spacing w:before="0" w:after="180" w:line="276" w:lineRule="auto"/>
        <w:ind w:left="0"/>
      </w:pPr>
      <w:r>
        <w:rPr>
          <w:rFonts w:ascii="Arial" w:hAnsi="Arial"/>
          <w:b w:val="0"/>
          <w:color w:val="000000"/>
          <w:sz w:val="21"/>
        </w:rPr>
        <w:t>Әр есепте оны негізгі есептен ажырататын қадамды жазыңыз. Шектеулерді негіздеп, жауапты шартқа қойып тексеріңіз.</w:t>
      </w:r>
    </w:p>
    <w:p>
      <w:pPr>
        <w:pStyle w:val="Heading1"/>
        <w:pageBreakBefore/>
        <w:widowControl/>
        <w:spacing w:before="0" w:after="160" w:line="276" w:lineRule="auto"/>
        <w:ind w:left="0"/>
      </w:pPr>
      <w:r>
        <w:rPr>
          <w:rFonts w:ascii="Arial" w:hAnsi="Arial"/>
          <w:b/>
          <w:color w:val="000000"/>
          <w:sz w:val="42"/>
        </w:rPr>
        <w:t>Қозғалыс жұмыс және өнімділік</w:t>
      </w:r>
    </w:p>
    <w:p>
      <w:pPr>
        <w:widowControl/>
        <w:spacing w:before="0" w:after="420" w:line="276" w:lineRule="auto"/>
        <w:ind w:left="0"/>
      </w:pPr>
      <w:r>
        <w:rPr>
          <w:rFonts w:ascii="Arial" w:hAnsi="Arial"/>
          <w:b w:val="0"/>
          <w:color w:val="000000"/>
          <w:sz w:val="20"/>
        </w:rPr>
        <w:t>Математика · 5-тарау · Негізгі және тереңдетілген талдау</w:t>
      </w:r>
    </w:p>
    <w:p>
      <w:pPr>
        <w:widowControl/>
        <w:spacing w:before="0" w:after="240" w:line="276" w:lineRule="auto"/>
        <w:ind w:left="0"/>
      </w:pPr>
      <w:r>
        <w:rPr>
          <w:rFonts w:ascii="Arial" w:hAnsi="Arial"/>
          <w:b w:val="0"/>
          <w:color w:val="000000"/>
          <w:sz w:val="21"/>
        </w:rPr>
        <w:t>Бірқалыпты қозғалыста s = vt. Қарама-қарсы қозғалыста жылдамдықтар қосылады, қуып жетуде азайтылады. Өнімділік — уақыт бірлігіндегі жұмыс үлесі. Орындаушылар бір-біріне кедергі келтірмесе, бірлескен жұмыста өнімділіктер қосылады.</w:t>
      </w:r>
    </w:p>
    <w:p>
      <w:pPr>
        <w:widowControl/>
        <w:spacing w:before="0" w:after="280" w:line="276" w:lineRule="auto"/>
        <w:ind w:left="0"/>
      </w:pPr>
      <w:r>
        <w:rPr>
          <w:rFonts w:ascii="Arial" w:hAnsi="Arial"/>
          <w:b w:val="0"/>
          <w:color w:val="000000"/>
          <w:sz w:val="21"/>
        </w:rPr>
        <w:t>Мысал. Бірінші сорғы ыдысты 6 сағатта, екіншісі 12 сағатта толтырады. Бірге бір сағатта 1/6 + 1/12 = 1/4 бөлігін толтырады, демек 4 сағ керек.</w:t>
      </w:r>
    </w:p>
    <w:p>
      <w:pPr>
        <w:widowControl/>
        <w:spacing w:before="0" w:after="160" w:line="276" w:lineRule="auto"/>
        <w:ind w:left="0"/>
      </w:pPr>
      <w:r>
        <w:rPr>
          <w:rFonts w:ascii="Arial" w:hAnsi="Arial"/>
          <w:b/>
          <w:color w:val="000000"/>
          <w:sz w:val="24"/>
        </w:rPr>
        <w:t>Орташа жылдамдық және жұмыстың өзгеруі</w:t>
      </w:r>
    </w:p>
    <w:p>
      <w:pPr>
        <w:widowControl/>
        <w:spacing w:before="0" w:after="280" w:line="276" w:lineRule="auto"/>
        <w:ind w:left="0"/>
      </w:pPr>
      <w:r>
        <w:rPr>
          <w:rFonts w:ascii="Arial" w:hAnsi="Arial"/>
          <w:b w:val="0"/>
          <w:color w:val="000000"/>
          <w:sz w:val="21"/>
        </w:rPr>
        <w:t>Көрсетілген аялдауларды қоса, бүкіл жол мен бүкіл уақытты пайдаланыңыз. Қашықтықтар тең болса, бөліктердегі уақыттар әртүрлі, сондықтан жылдамдықтардың жай ортасы әдетте қате. Жұмыс үшін шартты бірлік таңдаңыз: бүкіл тапсырыс, бір бөлшек не бір станок-сағат; оларды бір теңдікте араластырмаңыз.</w:t>
      </w:r>
    </w:p>
    <w:p>
      <w:pPr>
        <w:widowControl/>
        <w:spacing w:before="0" w:after="280" w:line="276" w:lineRule="auto"/>
        <w:ind w:left="0"/>
      </w:pPr>
      <w:r>
        <w:rPr>
          <w:rFonts w:ascii="Arial" w:hAnsi="Arial"/>
          <w:b w:val="0"/>
          <w:color w:val="000000"/>
          <w:sz w:val="21"/>
        </w:rPr>
        <w:t>1-мысал. 60 км-лік екі бөлік 30 және 60 км/сағ жылдамдықпен жүрілді. Уақыттар 2 және 1 сағ. Орташа жылдамдық 120/3 = 40 км/сағ. 45 саны уақыттар тең болғанда дұрыс болар еді, қашықтықтар тең болғанда емес.</w:t>
      </w:r>
    </w:p>
    <w:p>
      <w:pPr>
        <w:widowControl/>
        <w:spacing w:before="0" w:after="280" w:line="276" w:lineRule="auto"/>
        <w:ind w:left="0"/>
      </w:pPr>
      <w:r>
        <w:rPr>
          <w:rFonts w:ascii="Arial" w:hAnsi="Arial"/>
          <w:b w:val="0"/>
          <w:color w:val="000000"/>
          <w:sz w:val="21"/>
        </w:rPr>
        <w:t>2-мысал. Бірдей бес станок тапсырысты 6 сағатта орындайды. 2 сағаттан кейін екеуі өшірілді. Барлығы 30 станок-сағат керек, 10-ы орындалды. 20 қалды, үш станок оны 20/3 сағатта орындайды. Жалпы уақыт 2 + 20/3 = 8 2/3 сағ.</w:t>
      </w:r>
    </w:p>
    <w:p>
      <w:pPr>
        <w:widowControl/>
        <w:spacing w:before="0" w:after="280" w:line="276" w:lineRule="auto"/>
        <w:ind w:left="0"/>
      </w:pPr>
      <w:r>
        <w:rPr>
          <w:rFonts w:ascii="Arial" w:hAnsi="Arial"/>
          <w:b w:val="0"/>
          <w:color w:val="000000"/>
          <w:sz w:val="21"/>
        </w:rPr>
        <w:t>Кездесуде жақындасу жылдамдықтары қосылады, қуып жетуде азайтылады. Бастау уақыттары әртүрлі болса, алдымен екінші бастау сәтіндегі алшақтықты табыңыз. Қашықтық графигінде аялдау көлденең бөлікке сәйкес келеді.</w:t>
      </w:r>
    </w:p>
    <w:p>
      <w:pPr>
        <w:widowControl/>
        <w:spacing w:before="0" w:after="200" w:line="276" w:lineRule="auto"/>
        <w:ind w:left="0"/>
      </w:pPr>
      <w:r>
        <w:rPr>
          <w:rFonts w:ascii="Arial" w:hAnsi="Arial"/>
          <w:b w:val="0"/>
          <w:color w:val="000000"/>
          <w:sz w:val="21"/>
        </w:rPr>
        <w:t>Әдісті тексеру. Орташа жылдамдық — бүкіл жолды бүкіл уақытқа бөлген мән. Жылдамдықтардың арифметикалық ортасы кез келген сапарға жарамайды.</w:t>
      </w:r>
    </w:p>
    <w:p>
      <w:pPr>
        <w:pStyle w:val="Heading1"/>
        <w:pageBreakBefore/>
        <w:widowControl/>
        <w:spacing w:before="0" w:after="160" w:line="276" w:lineRule="auto"/>
        <w:ind w:left="0"/>
      </w:pPr>
      <w:r>
        <w:rPr>
          <w:rFonts w:ascii="Arial" w:hAnsi="Arial"/>
          <w:b/>
          <w:color w:val="000000"/>
          <w:sz w:val="42"/>
        </w:rPr>
        <w:t>Қозғалыс жұмыс және өнімділік</w:t>
      </w:r>
    </w:p>
    <w:p>
      <w:pPr>
        <w:widowControl/>
        <w:spacing w:before="0" w:after="420" w:line="276" w:lineRule="auto"/>
        <w:ind w:left="0"/>
      </w:pPr>
      <w:r>
        <w:rPr>
          <w:rFonts w:ascii="Arial" w:hAnsi="Arial"/>
          <w:b w:val="0"/>
          <w:color w:val="000000"/>
          <w:sz w:val="20"/>
        </w:rPr>
        <w:t>Жаттығулар · Тапсырмалар 53–57</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53.</w:t>
        <w:tab/>
      </w:r>
      <w:r>
        <w:rPr>
          <w:rFonts w:ascii="Arial" w:hAnsi="Arial"/>
          <w:sz w:val="21"/>
        </w:rPr>
        <w:t>Арасы 27 км екі пункттен екі турист бір мезгілде бір-біріне қарсы шықты. Жылдамдықтары 4 және 5 км/сағ. Олар неше сағаттан кейін кездеседі?</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2</w:t>
        <w:tab/>
        <w:t>B)  3</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9</w:t>
        <w:tab/>
        <w:t>D)  4</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54.</w:t>
        <w:tab/>
      </w:r>
      <w:r>
        <w:rPr>
          <w:rFonts w:ascii="Arial" w:hAnsi="Arial"/>
          <w:sz w:val="21"/>
        </w:rPr>
        <w:t>18 км/сағ жылдамдықпен жүрген велосипедші 10 км/сағ жылдамдықпен жүгірген адамды қуып шықты. Велосипедші шыққан сәтте жүгіруші 12 км алда болды. Велосипедші оны неше сағаттан кейін қуып жетеді?</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1</w:t>
        <w:tab/>
        <w:t>B)  0,5</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2</w:t>
        <w:tab/>
        <w:t>D)  1,5</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55.</w:t>
        <w:tab/>
      </w:r>
      <w:r>
        <w:rPr>
          <w:rFonts w:ascii="Arial" w:hAnsi="Arial"/>
          <w:sz w:val="21"/>
        </w:rPr>
        <w:t>Автобус алдымен 120 км-ді 2 сағатта, содан кейін 90 км-ді 1 сағатта жүрді. Бүкіл қозғалыстағы орташа жылдамдықты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80 км/сағ</w:t>
        <w:tab/>
        <w:t>B)  75 км/сағ</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60 км/сағ</w:t>
        <w:tab/>
        <w:t>D)  70 км/сағ</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56.</w:t>
        <w:tab/>
      </w:r>
      <w:r>
        <w:rPr>
          <w:rFonts w:ascii="Arial" w:hAnsi="Arial"/>
          <w:sz w:val="21"/>
        </w:rPr>
        <w:t>Қайықтың тынық судағы жылдамдығы 14 км/сағ, ағыс жылдамдығы 2 км/сағ. Қайық ағысқа қарсы 48 км-ді неше сағатта жүреді?</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6</w:t>
        <w:tab/>
        <w:t>B)  3</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4</w:t>
        <w:tab/>
        <w:t>D)  3,5</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57.</w:t>
        <w:tab/>
      </w:r>
      <w:r>
        <w:rPr>
          <w:rFonts w:ascii="Arial" w:hAnsi="Arial"/>
          <w:sz w:val="21"/>
        </w:rPr>
        <w:t>Шебер тапсырысты 8 сағатта, шәкірт 24 сағатта орындайды. Бірге жұмыс істесе, оны неше сағатта бітіреді?</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8</w:t>
        <w:tab/>
        <w:t>B)  6</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16</w:t>
        <w:tab/>
        <w:t>D)  4</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Қозғалыс жұмыс және өнімділік</w:t>
      </w:r>
    </w:p>
    <w:p>
      <w:pPr>
        <w:widowControl/>
        <w:spacing w:before="0" w:after="420" w:line="276" w:lineRule="auto"/>
        <w:ind w:left="0"/>
      </w:pPr>
      <w:r>
        <w:rPr>
          <w:rFonts w:ascii="Arial" w:hAnsi="Arial"/>
          <w:b w:val="0"/>
          <w:color w:val="000000"/>
          <w:sz w:val="20"/>
        </w:rPr>
        <w:t>Жаттығулар · Тапсырмалар 58–62</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58.</w:t>
        <w:tab/>
      </w:r>
      <w:r>
        <w:rPr>
          <w:rFonts w:ascii="Arial" w:hAnsi="Arial"/>
          <w:sz w:val="21"/>
        </w:rPr>
        <w:t>Екі сорғы бірге бакты 5 сағатта толтырады. Біреуі оны жалғыз 15 сағатта толтырады. Екінші сорғы бакты жалғыз неше сағатта толтырады?</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7,5</w:t>
        <w:tab/>
        <w:t>B)  12</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10</w:t>
        <w:tab/>
        <w:t>D)  20</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59.</w:t>
        <w:tab/>
      </w:r>
      <w:r>
        <w:rPr>
          <w:rFonts w:ascii="Arial" w:hAnsi="Arial"/>
          <w:sz w:val="21"/>
        </w:rPr>
        <w:t>Принтер 3 минутта 18 бет басады. Сол жылдамдықпен 8 минутта неше бет басады?</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54</w:t>
        <w:tab/>
        <w:t>B)  24</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42</w:t>
        <w:tab/>
        <w:t>D)  48</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60.</w:t>
        <w:tab/>
      </w:r>
      <w:r>
        <w:rPr>
          <w:rFonts w:ascii="Arial" w:hAnsi="Arial"/>
          <w:sz w:val="21"/>
        </w:rPr>
        <w:t>Ұзындығы 150 м пойыз 54 км/сағ жылдамдықпен жүреді. Ол ұзындығы 300 м платформадан толық неше секундта өтеді?</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45</w:t>
        <w:tab/>
        <w:t>B)  20</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10</w:t>
        <w:tab/>
        <w:t>D)  30</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61.</w:t>
        <w:tab/>
      </w:r>
      <w:r>
        <w:rPr>
          <w:rFonts w:ascii="Arial" w:hAnsi="Arial"/>
          <w:sz w:val="21"/>
        </w:rPr>
        <w:t>Жаяу жүргінші 4,5 км/сағ жылдамдықпен 40 минут жүрді. Ол қандай қашықтықты өтті?</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3 км</w:t>
        <w:tab/>
        <w:t>B)  1,8 км</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2 км</w:t>
        <w:tab/>
        <w:t>D)  30 км</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62.</w:t>
        <w:tab/>
      </w:r>
      <w:r>
        <w:rPr>
          <w:rFonts w:ascii="Arial" w:hAnsi="Arial"/>
          <w:sz w:val="21"/>
        </w:rPr>
        <w:t>5 жұмысшыдан тұратын бригада 6 күнде 450 бірдей бөлшек жасады. Өнімділігі сондай 8 жұмысшы 4 күнде неше бөлшек жасайды?</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540</w:t>
        <w:tab/>
        <w:t>B)  360</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720</w:t>
        <w:tab/>
        <w:t>D)  480</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Қозғалыс жұмыс және өнімділік</w:t>
      </w:r>
    </w:p>
    <w:p>
      <w:pPr>
        <w:widowControl/>
        <w:spacing w:before="0" w:after="420" w:line="276" w:lineRule="auto"/>
        <w:ind w:left="0"/>
      </w:pPr>
      <w:r>
        <w:rPr>
          <w:rFonts w:ascii="Arial" w:hAnsi="Arial"/>
          <w:b w:val="0"/>
          <w:color w:val="000000"/>
          <w:sz w:val="20"/>
        </w:rPr>
        <w:t>Тереңдетілген жаттығулар · Тапсырмалар 63–65</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63.</w:t>
        <w:tab/>
      </w:r>
      <w:r>
        <w:rPr>
          <w:rFonts w:ascii="Arial" w:hAnsi="Arial"/>
          <w:sz w:val="21"/>
        </w:rPr>
        <w:t>Автомобиль жолдың жартысын 40 км/сағ, екінші жартысын 60 км/сағ жылдамдықпен жүрді. Орташа жылдамдығын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52 км/сағ</w:t>
        <w:tab/>
        <w:t>B)  45 км/сағ</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48 км/сағ</w:t>
        <w:tab/>
        <w:t>D)  50 км/сағ</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64.</w:t>
        <w:tab/>
      </w:r>
      <w:r>
        <w:rPr>
          <w:rFonts w:ascii="Arial" w:hAnsi="Arial"/>
          <w:sz w:val="21"/>
        </w:rPr>
        <w:t>Бірінші құбыр бакты 6 сағ, екіншісі 8 сағ ішінде толтырады, ал ағызу тесігі толық бакты 24 сағатта босатады. Үшеуін де ашса, бос бак неше сағатта толады?</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3</w:t>
        <w:tab/>
        <w:t>B)  4</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4,8</w:t>
        <w:tab/>
        <w:t>D)  6</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65.</w:t>
        <w:tab/>
      </w:r>
      <w:r>
        <w:rPr>
          <w:rFonts w:ascii="Arial" w:hAnsi="Arial"/>
          <w:sz w:val="21"/>
        </w:rPr>
        <w:t>Курьер сағат 10:00-де 12 км/сағ жылдамдықпен шықты. Екіншісі сол бағытпен 10:30-да 18 км/сағ жылдамдықпен шықты. Ол біріншісін сағат нешеде қуып жетеді?</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12:00</w:t>
        <w:tab/>
        <w:t>B)  11:30</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12:30</w:t>
        <w:tab/>
        <w:t>D)  11:00</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widowControl/>
        <w:spacing w:before="0" w:after="180" w:line="276" w:lineRule="auto"/>
        <w:ind w:left="0"/>
      </w:pPr>
      <w:r>
        <w:rPr>
          <w:rFonts w:ascii="Arial" w:hAnsi="Arial"/>
          <w:b w:val="0"/>
          <w:color w:val="000000"/>
          <w:sz w:val="21"/>
        </w:rPr>
        <w:t>Әр есепте оны негізгі есептен ажырататын қадамды жазыңыз. Шектеулерді негіздеп, жауапты шартқа қойып тексеріңіз.</w:t>
      </w:r>
    </w:p>
    <w:p>
      <w:pPr>
        <w:pStyle w:val="Heading1"/>
        <w:pageBreakBefore/>
        <w:widowControl/>
        <w:spacing w:before="0" w:after="160" w:line="276" w:lineRule="auto"/>
        <w:ind w:left="0"/>
      </w:pPr>
      <w:r>
        <w:rPr>
          <w:rFonts w:ascii="Arial" w:hAnsi="Arial"/>
          <w:b/>
          <w:color w:val="000000"/>
          <w:sz w:val="42"/>
        </w:rPr>
        <w:t>Геометрия және өлшеулер</w:t>
      </w:r>
    </w:p>
    <w:p>
      <w:pPr>
        <w:widowControl/>
        <w:spacing w:before="0" w:after="420" w:line="276" w:lineRule="auto"/>
        <w:ind w:left="0"/>
      </w:pPr>
      <w:r>
        <w:rPr>
          <w:rFonts w:ascii="Arial" w:hAnsi="Arial"/>
          <w:b w:val="0"/>
          <w:color w:val="000000"/>
          <w:sz w:val="20"/>
        </w:rPr>
        <w:t>Математика · 6-тарау · Негізгі және тереңдетілген талдау</w:t>
      </w:r>
    </w:p>
    <w:p>
      <w:pPr>
        <w:widowControl/>
        <w:spacing w:before="0" w:after="240" w:line="276" w:lineRule="auto"/>
        <w:ind w:left="0"/>
      </w:pPr>
      <w:r>
        <w:rPr>
          <w:rFonts w:ascii="Arial" w:hAnsi="Arial"/>
          <w:b w:val="0"/>
          <w:color w:val="000000"/>
          <w:sz w:val="21"/>
        </w:rPr>
        <w:t>Тіктөртбұрыш периметрі 2(a + b), ауданы ab. Үшбұрыш ауданы табаны мен оған түсірілген биіктік көбейтіндісінің жартысына тең. Тікбұрышты параллелепипед көлемі abc. 1 м² = 10 000 см²; 1 л = 1000 см³. π қажет болса, берілген жуықтауды пайдаланыңыз.</w:t>
      </w:r>
    </w:p>
    <w:p>
      <w:pPr>
        <w:widowControl/>
        <w:spacing w:before="0" w:after="280" w:line="276" w:lineRule="auto"/>
        <w:ind w:left="0"/>
      </w:pPr>
      <w:r>
        <w:rPr>
          <w:rFonts w:ascii="Arial" w:hAnsi="Arial"/>
          <w:b w:val="0"/>
          <w:color w:val="000000"/>
          <w:sz w:val="21"/>
        </w:rPr>
        <w:t>Мысал. Үшбұрыш табаны 12 см, биіктігі 7 см. Ауданы 12 · 7 : 2 = 42 см². Биіктіктің орнына көлбеу қабырғаны қоюға болмайды.</w:t>
      </w:r>
    </w:p>
    <w:p>
      <w:pPr>
        <w:widowControl/>
        <w:spacing w:before="0" w:after="160" w:line="276" w:lineRule="auto"/>
        <w:ind w:left="0"/>
      </w:pPr>
      <w:r>
        <w:rPr>
          <w:rFonts w:ascii="Arial" w:hAnsi="Arial"/>
          <w:b/>
          <w:color w:val="000000"/>
          <w:sz w:val="24"/>
        </w:rPr>
        <w:t>Құрама фигуралар және масштаб</w:t>
      </w:r>
    </w:p>
    <w:p>
      <w:pPr>
        <w:widowControl/>
        <w:spacing w:before="0" w:after="280" w:line="276" w:lineRule="auto"/>
        <w:ind w:left="0"/>
      </w:pPr>
      <w:r>
        <w:rPr>
          <w:rFonts w:ascii="Arial" w:hAnsi="Arial"/>
          <w:b w:val="0"/>
          <w:color w:val="000000"/>
          <w:sz w:val="21"/>
        </w:rPr>
        <w:t>Фигураны бөліктерге бөліңіз не тіктөртбұрышқа дейін толықтырыңыз. Қиып алынған бөлік бірмәнді берілсе, аудандарды азайтуға болады. Периметр үшін бүкіл шекараны бақылаңыз: қиып алу оны әрдайым кішірейтпейді. Суретті сызғышпен өлшеу жазылған өлшемдерді алмастырмайды.</w:t>
      </w:r>
    </w:p>
    <w:p>
      <w:pPr>
        <w:widowControl/>
        <w:spacing w:before="0" w:after="280" w:line="276" w:lineRule="auto"/>
        <w:ind w:left="0"/>
      </w:pPr>
      <w:r>
        <w:rPr>
          <w:rFonts w:ascii="Arial" w:hAnsi="Arial"/>
          <w:b w:val="0"/>
          <w:color w:val="000000"/>
          <w:sz w:val="21"/>
        </w:rPr>
        <w:t>1-мысал. 10 × 7 см тіктөртбұрыштың бұрышынан 3 × 2 см тіктөртбұрыш қиылды. Қалған аудан 70 − 6 = 64 см². Қалған бөліктің периметрі бұрынғы 34 см-ге тең: алынған 3 және 2 ұзындықтағы кесінділер сондай ішкі кесінділермен алмасты.</w:t>
      </w:r>
    </w:p>
    <w:p>
      <w:pPr>
        <w:widowControl/>
        <w:spacing w:before="0" w:after="280" w:line="276" w:lineRule="auto"/>
        <w:ind w:left="0"/>
      </w:pPr>
      <w:r>
        <w:rPr>
          <w:rFonts w:ascii="Arial" w:hAnsi="Arial"/>
          <w:b w:val="0"/>
          <w:color w:val="000000"/>
          <w:sz w:val="21"/>
        </w:rPr>
        <w:t>2-мысал. Масштаб 1 : 300. Телім жоспарда 5 см² алады. Ұзындықтар 300 есе, аудандар 90 000 есе өседі. Нақты аудан 450 000 см² = 45 м². Ауданды тек 300-ге көбейтуге болмайды.</w:t>
      </w:r>
    </w:p>
    <w:p>
      <w:pPr>
        <w:widowControl/>
        <w:spacing w:before="0" w:after="280" w:line="276" w:lineRule="auto"/>
        <w:ind w:left="0"/>
      </w:pPr>
      <w:r>
        <w:rPr>
          <w:rFonts w:ascii="Arial" w:hAnsi="Arial"/>
          <w:b w:val="0"/>
          <w:color w:val="000000"/>
          <w:sz w:val="21"/>
        </w:rPr>
        <w:t>Үшбұрыш биіктігі таңдалған табанға перпендикуляр болуы керек. Шеңберде диаметр мен радиусты ажыратыңыз. Текшелер үшін алдымен әр өлшем бойымен нешеуі сыятынын санаңыз.</w:t>
      </w:r>
    </w:p>
    <w:p>
      <w:pPr>
        <w:widowControl/>
        <w:spacing w:before="0" w:after="200" w:line="276" w:lineRule="auto"/>
        <w:ind w:left="0"/>
      </w:pPr>
      <w:r>
        <w:rPr>
          <w:rFonts w:ascii="Arial" w:hAnsi="Arial"/>
          <w:b w:val="0"/>
          <w:color w:val="000000"/>
          <w:sz w:val="21"/>
        </w:rPr>
        <w:t>Әдісті тексеру. Барлық ұзындық k есе артса, аудан k² есе, көлем k³ есе артады.</w:t>
      </w:r>
    </w:p>
    <w:p>
      <w:pPr>
        <w:pStyle w:val="Heading1"/>
        <w:pageBreakBefore/>
        <w:widowControl/>
        <w:spacing w:before="0" w:after="160" w:line="276" w:lineRule="auto"/>
        <w:ind w:left="0"/>
      </w:pPr>
      <w:r>
        <w:rPr>
          <w:rFonts w:ascii="Arial" w:hAnsi="Arial"/>
          <w:b/>
          <w:color w:val="000000"/>
          <w:sz w:val="42"/>
        </w:rPr>
        <w:t>Геометрия және өлшеулер</w:t>
      </w:r>
    </w:p>
    <w:p>
      <w:pPr>
        <w:widowControl/>
        <w:spacing w:before="0" w:after="420" w:line="276" w:lineRule="auto"/>
        <w:ind w:left="0"/>
      </w:pPr>
      <w:r>
        <w:rPr>
          <w:rFonts w:ascii="Arial" w:hAnsi="Arial"/>
          <w:b w:val="0"/>
          <w:color w:val="000000"/>
          <w:sz w:val="20"/>
        </w:rPr>
        <w:t>Жаттығулар · Тапсырмалар 66–70</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66.</w:t>
        <w:tab/>
      </w:r>
      <w:r>
        <w:rPr>
          <w:rFonts w:ascii="Arial" w:hAnsi="Arial"/>
          <w:sz w:val="21"/>
        </w:rPr>
        <w:t>Тіктөртбұрыштың периметрі 46 см, бір қабырғасы 9 см. Ауданын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207 см²</w:t>
        <w:tab/>
        <w:t>B)  81 см²</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126 см²</w:t>
        <w:tab/>
        <w:t>D)  117 см²</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67.</w:t>
        <w:tab/>
      </w:r>
      <w:r>
        <w:rPr>
          <w:rFonts w:ascii="Arial" w:hAnsi="Arial"/>
          <w:sz w:val="21"/>
        </w:rPr>
        <w:t>Шаршының ауданы 81 см². Периметрін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32 см</w:t>
        <w:tab/>
        <w:t>B)  36 см</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18 см</w:t>
        <w:tab/>
        <w:t>D)  324 см</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68.</w:t>
        <w:tab/>
      </w:r>
      <w:r>
        <w:rPr>
          <w:rFonts w:ascii="Arial" w:hAnsi="Arial"/>
          <w:sz w:val="21"/>
        </w:rPr>
        <w:t>Үшбұрыштың табаны 15 см, оған түсірілген биіктігі 8 см. Ауданын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120 см²</w:t>
        <w:tab/>
        <w:t>B)  184 см²</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60 см²</w:t>
        <w:tab/>
        <w:t>D)  30 см²</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69.</w:t>
        <w:tab/>
      </w:r>
      <w:r>
        <w:rPr>
          <w:rFonts w:ascii="Arial" w:hAnsi="Arial"/>
          <w:sz w:val="21"/>
        </w:rPr>
        <w:t>Ұзындығы 8 см, ені 5 см, биіктігі 3 см қораптың көлемін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79 см³</w:t>
        <w:tab/>
        <w:t>B)  16 см³</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120 см³</w:t>
        <w:tab/>
        <w:t>D)  240 см³</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70.</w:t>
        <w:tab/>
      </w:r>
      <w:r>
        <w:rPr>
          <w:rFonts w:ascii="Arial" w:hAnsi="Arial"/>
          <w:sz w:val="21"/>
        </w:rPr>
        <w:t>Ішкі өлшемдері 40 × 25 × 30 см тікбұрышты аквариумға неше литр су сыяды?</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30 л</w:t>
        <w:tab/>
        <w:t>B)  12 л</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300 л</w:t>
        <w:tab/>
        <w:t>D)  3 л</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Геометрия және өлшеулер</w:t>
      </w:r>
    </w:p>
    <w:p>
      <w:pPr>
        <w:widowControl/>
        <w:spacing w:before="0" w:after="420" w:line="276" w:lineRule="auto"/>
        <w:ind w:left="0"/>
      </w:pPr>
      <w:r>
        <w:rPr>
          <w:rFonts w:ascii="Arial" w:hAnsi="Arial"/>
          <w:b w:val="0"/>
          <w:color w:val="000000"/>
          <w:sz w:val="20"/>
        </w:rPr>
        <w:t>Жаттығулар · Тапсырмалар 71–75</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71.</w:t>
        <w:tab/>
      </w:r>
      <w:r>
        <w:rPr>
          <w:rFonts w:ascii="Arial" w:hAnsi="Arial"/>
          <w:sz w:val="21"/>
        </w:rPr>
        <w:t>Сыбайлас бұрыштардың қатынасы 2 : 7. Үлкен бұрышты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140°</w:t>
        <w:tab/>
        <w:t>B)  40°</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160°</w:t>
        <w:tab/>
        <w:t>D)  126°</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72.</w:t>
        <w:tab/>
      </w:r>
      <w:r>
        <w:rPr>
          <w:rFonts w:ascii="Arial" w:hAnsi="Arial"/>
          <w:sz w:val="21"/>
        </w:rPr>
        <w:t>Үшбұрыштың екі бұрышы 48° және 67°. Үшіншісін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55°</w:t>
        <w:tab/>
        <w:t>B)  65°</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115°</w:t>
        <w:tab/>
        <w:t>D)  75°</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73.</w:t>
        <w:tab/>
      </w:r>
      <w:r>
        <w:rPr>
          <w:rFonts w:ascii="Arial" w:hAnsi="Arial"/>
          <w:sz w:val="21"/>
        </w:rPr>
        <w:t>π = 3,14 болғанда радиусы 5 см шеңбердің ұзындығы неге тең?</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78,5 см</w:t>
        <w:tab/>
        <w:t>B)  15,7 см</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31,4 см</w:t>
        <w:tab/>
        <w:t>D)  62,8 см</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74.</w:t>
        <w:tab/>
      </w:r>
      <w:r>
        <w:rPr>
          <w:rFonts w:ascii="Arial" w:hAnsi="Arial"/>
          <w:sz w:val="21"/>
        </w:rPr>
        <w:t>Шаршының қабырғасын 20%-ға ұзартты. Ауданы неше пайызға артты?</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20%</w:t>
        <w:tab/>
        <w:t>B)  40%</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120%</w:t>
        <w:tab/>
        <w:t>D)  44%</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75.</w:t>
        <w:tab/>
      </w:r>
      <w:r>
        <w:rPr>
          <w:rFonts w:ascii="Arial" w:hAnsi="Arial"/>
          <w:sz w:val="21"/>
        </w:rPr>
        <w:t>Өлшемдері 12 × 10 см тікбұрышты парақтан 4 × 4 см шаршы қиып алынды. Қалған бөліктің ауданын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112 см²</w:t>
        <w:tab/>
        <w:t>B)  104 см²</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116 см²</w:t>
        <w:tab/>
        <w:t>D)  96 см²</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Геометрия және өлшеулер</w:t>
      </w:r>
    </w:p>
    <w:p>
      <w:pPr>
        <w:widowControl/>
        <w:spacing w:before="0" w:after="420" w:line="276" w:lineRule="auto"/>
        <w:ind w:left="0"/>
      </w:pPr>
      <w:r>
        <w:rPr>
          <w:rFonts w:ascii="Arial" w:hAnsi="Arial"/>
          <w:b w:val="0"/>
          <w:color w:val="000000"/>
          <w:sz w:val="20"/>
        </w:rPr>
        <w:t>Тереңдетілген жаттығулар · Тапсырмалар 76–78</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76.</w:t>
        <w:tab/>
      </w:r>
      <w:r>
        <w:rPr>
          <w:rFonts w:ascii="Arial" w:hAnsi="Arial"/>
          <w:sz w:val="21"/>
        </w:rPr>
        <w:t>14 × 10 см тіктөртбұрышты сыртынан ені бірдей 2 см жолақ қоршаған. Жолақтың ауданын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112 см²</w:t>
        <w:tab/>
        <w:t>B)  252 см²</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96 см²</w:t>
        <w:tab/>
        <w:t>D)  108 см²</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77.</w:t>
        <w:tab/>
      </w:r>
      <w:r>
        <w:rPr>
          <w:rFonts w:ascii="Arial" w:hAnsi="Arial"/>
          <w:sz w:val="21"/>
        </w:rPr>
        <w:t>Қыры 6 см текшені материалды жоғалтпай қыры 2 см кіші текшелерге бөлді. Неше кіші текшенің дәл бір жағы бастапқы текшенің сыртқы бетінде жатыр?</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6</w:t>
        <w:tab/>
        <w:t>B)  1</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18</w:t>
        <w:tab/>
        <w:t>D)  12</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78.</w:t>
        <w:tab/>
      </w:r>
      <w:r>
        <w:rPr>
          <w:rFonts w:ascii="Arial" w:hAnsi="Arial"/>
          <w:sz w:val="21"/>
        </w:rPr>
        <w:t>Тіктөртбұрыштың қабырғалары оң бүтін сандар, ауданы 48 см². Ең кіші мүмкін периметрі қандай?</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24 см</w:t>
        <w:tab/>
        <w:t>B)  28 см</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26 см</w:t>
        <w:tab/>
        <w:t>D)  32 см</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widowControl/>
        <w:spacing w:before="0" w:after="180" w:line="276" w:lineRule="auto"/>
        <w:ind w:left="0"/>
      </w:pPr>
      <w:r>
        <w:rPr>
          <w:rFonts w:ascii="Arial" w:hAnsi="Arial"/>
          <w:b w:val="0"/>
          <w:color w:val="000000"/>
          <w:sz w:val="21"/>
        </w:rPr>
        <w:t>Әр есепте оны негізгі есептен ажырататын қадамды жазыңыз. Шектеулерді негіздеп, жауапты шартқа қойып тексеріңіз.</w:t>
      </w:r>
    </w:p>
    <w:p>
      <w:pPr>
        <w:pStyle w:val="Heading1"/>
        <w:pageBreakBefore/>
        <w:widowControl/>
        <w:spacing w:before="0" w:after="160" w:line="276" w:lineRule="auto"/>
        <w:ind w:left="0"/>
      </w:pPr>
      <w:r>
        <w:rPr>
          <w:rFonts w:ascii="Arial" w:hAnsi="Arial"/>
          <w:b/>
          <w:color w:val="000000"/>
          <w:sz w:val="42"/>
        </w:rPr>
        <w:t>Деректер орташа мәндер және санау</w:t>
      </w:r>
    </w:p>
    <w:p>
      <w:pPr>
        <w:widowControl/>
        <w:spacing w:before="0" w:after="420" w:line="276" w:lineRule="auto"/>
        <w:ind w:left="0"/>
      </w:pPr>
      <w:r>
        <w:rPr>
          <w:rFonts w:ascii="Arial" w:hAnsi="Arial"/>
          <w:b w:val="0"/>
          <w:color w:val="000000"/>
          <w:sz w:val="20"/>
        </w:rPr>
        <w:t>Математика · 7-тарау · Негізгі және тереңдетілген талдау</w:t>
      </w:r>
    </w:p>
    <w:p>
      <w:pPr>
        <w:widowControl/>
        <w:spacing w:before="0" w:after="240" w:line="276" w:lineRule="auto"/>
        <w:ind w:left="0"/>
      </w:pPr>
      <w:r>
        <w:rPr>
          <w:rFonts w:ascii="Arial" w:hAnsi="Arial"/>
          <w:b w:val="0"/>
          <w:color w:val="000000"/>
          <w:sz w:val="21"/>
        </w:rPr>
        <w:t>Арифметикалық орта — мәндер қосындысын олардың санына бөлгенге тең. Реттелген қатардың медианасы ортасында тұрады; мәндер саны жұп болса, ортадағы екеуінің ортасына тең. Екі топ үшін біріккендер саны топтар санының қосындысынан қиылысуды азайтқанға тең.</w:t>
      </w:r>
    </w:p>
    <w:p>
      <w:pPr>
        <w:widowControl/>
        <w:spacing w:before="0" w:after="280" w:line="276" w:lineRule="auto"/>
        <w:ind w:left="0"/>
      </w:pPr>
      <w:r>
        <w:rPr>
          <w:rFonts w:ascii="Arial" w:hAnsi="Arial"/>
          <w:b w:val="0"/>
          <w:color w:val="000000"/>
          <w:sz w:val="21"/>
        </w:rPr>
        <w:t>Мысал. Төрт бағаның арифметикалық ортасы 8. Қосындысы 32. 10 бағасын қоссақ, жаңа орташа мән (32 + 10) : 5 = 8,4.</w:t>
      </w:r>
    </w:p>
    <w:p>
      <w:pPr>
        <w:widowControl/>
        <w:spacing w:before="0" w:after="160" w:line="276" w:lineRule="auto"/>
        <w:ind w:left="0"/>
      </w:pPr>
      <w:r>
        <w:rPr>
          <w:rFonts w:ascii="Arial" w:hAnsi="Arial"/>
          <w:b/>
          <w:color w:val="000000"/>
          <w:sz w:val="24"/>
        </w:rPr>
        <w:t>Салмақталған орташа мәндер және қиылысулар</w:t>
      </w:r>
    </w:p>
    <w:p>
      <w:pPr>
        <w:widowControl/>
        <w:spacing w:before="0" w:after="280" w:line="276" w:lineRule="auto"/>
        <w:ind w:left="0"/>
      </w:pPr>
      <w:r>
        <w:rPr>
          <w:rFonts w:ascii="Arial" w:hAnsi="Arial"/>
          <w:b w:val="0"/>
          <w:color w:val="000000"/>
          <w:sz w:val="21"/>
        </w:rPr>
        <w:t>Орташа мән қосындыны қалпына келтіруге көмектеседі. Саны әртүрлі топтар біріккенде әр орташа мәнді мәндер санына көбейтіңіз. Үш жиында жұптық қиылысуларға үштік қиылысу кіреді; барлық жұптық қиылысуды азайтып, үштікті бір рет қосыңыз.</w:t>
      </w:r>
    </w:p>
    <w:p>
      <w:pPr>
        <w:widowControl/>
        <w:spacing w:before="0" w:after="280" w:line="276" w:lineRule="auto"/>
        <w:ind w:left="0"/>
      </w:pPr>
      <w:r>
        <w:rPr>
          <w:rFonts w:ascii="Arial" w:hAnsi="Arial"/>
          <w:b w:val="0"/>
          <w:color w:val="000000"/>
          <w:sz w:val="21"/>
        </w:rPr>
        <w:t>1-мысал. 4 сәлемдеменің орташа массасы 3 кг, басқа 6-уынікі 8 кг. Жалпы масса 12 + 48 = 60 кг, саны 10. Орташа масса 6 кг. Екі орташа мәннің 5,5 кг ортасы мұнда қате.</w:t>
      </w:r>
    </w:p>
    <w:p>
      <w:pPr>
        <w:widowControl/>
        <w:spacing w:before="0" w:after="280" w:line="276" w:lineRule="auto"/>
        <w:ind w:left="0"/>
      </w:pPr>
      <w:r>
        <w:rPr>
          <w:rFonts w:ascii="Arial" w:hAnsi="Arial"/>
          <w:b w:val="0"/>
          <w:color w:val="000000"/>
          <w:sz w:val="21"/>
        </w:rPr>
        <w:t>2-мысал. 30 оқушының 18-і A, 16-сы B үйірмесіне қатысады, 5-еуі ешқайсысына қатыспайды. Бірігуде 25. Қиылысу 18 + 16 − 25 = 9. Тек A: 18 − 9 = 9; тек B: 16 − 9 = 7. Тексеру: 9 + 9 + 7 + 5 = 30.</w:t>
      </w:r>
    </w:p>
    <w:p>
      <w:pPr>
        <w:widowControl/>
        <w:spacing w:before="0" w:after="280" w:line="276" w:lineRule="auto"/>
        <w:ind w:left="0"/>
      </w:pPr>
      <w:r>
        <w:rPr>
          <w:rFonts w:ascii="Arial" w:hAnsi="Arial"/>
          <w:b w:val="0"/>
          <w:color w:val="000000"/>
          <w:sz w:val="21"/>
        </w:rPr>
        <w:t>Жұптарды санағанда реттің маңызын анықтаңыз. Екі кітапты таңдау — бір жұп, бірінші және екінші жүлдені беру — екі түрлі рет. Қайтарусыз ықтималдықта нысандар саны да, жалпы саны да өзгереді.</w:t>
      </w:r>
    </w:p>
    <w:p>
      <w:pPr>
        <w:widowControl/>
        <w:spacing w:before="0" w:after="200" w:line="276" w:lineRule="auto"/>
        <w:ind w:left="0"/>
      </w:pPr>
      <w:r>
        <w:rPr>
          <w:rFonts w:ascii="Arial" w:hAnsi="Arial"/>
          <w:b w:val="0"/>
          <w:color w:val="000000"/>
          <w:sz w:val="21"/>
        </w:rPr>
        <w:t>Әдісті тексеру. Екі топтың орташа мәндерін топ санын ескермей орташаламаңыз. Алдымен қосындыларды табыңыз.</w:t>
      </w:r>
    </w:p>
    <w:p>
      <w:pPr>
        <w:pStyle w:val="Heading1"/>
        <w:pageBreakBefore/>
        <w:widowControl/>
        <w:spacing w:before="0" w:after="160" w:line="276" w:lineRule="auto"/>
        <w:ind w:left="0"/>
      </w:pPr>
      <w:r>
        <w:rPr>
          <w:rFonts w:ascii="Arial" w:hAnsi="Arial"/>
          <w:b/>
          <w:color w:val="000000"/>
          <w:sz w:val="42"/>
        </w:rPr>
        <w:t>Деректер орташа мәндер және санау</w:t>
      </w:r>
    </w:p>
    <w:p>
      <w:pPr>
        <w:widowControl/>
        <w:spacing w:before="0" w:after="420" w:line="276" w:lineRule="auto"/>
        <w:ind w:left="0"/>
      </w:pPr>
      <w:r>
        <w:rPr>
          <w:rFonts w:ascii="Arial" w:hAnsi="Arial"/>
          <w:b w:val="0"/>
          <w:color w:val="000000"/>
          <w:sz w:val="20"/>
        </w:rPr>
        <w:t>Жаттығулар · Тапсырмалар 79–83</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79.</w:t>
        <w:tab/>
      </w:r>
      <w:r>
        <w:rPr>
          <w:rFonts w:ascii="Arial" w:hAnsi="Arial"/>
          <w:sz w:val="21"/>
        </w:rPr>
        <w:t>6, 9, 11 және x сандарының арифметикалық ортасы 10. x-ті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10</w:t>
        <w:tab/>
        <w:t>B)  16</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14</w:t>
        <w:tab/>
        <w:t>D)  12</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80.</w:t>
        <w:tab/>
      </w:r>
      <w:r>
        <w:rPr>
          <w:rFonts w:ascii="Arial" w:hAnsi="Arial"/>
          <w:sz w:val="21"/>
        </w:rPr>
        <w:t>12, 4, 9, 7, 15 қатарының медианасын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9,4</w:t>
        <w:tab/>
        <w:t>B)  12</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9</w:t>
        <w:tab/>
        <w:t>D)  7</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81.</w:t>
        <w:tab/>
      </w:r>
      <w:r>
        <w:rPr>
          <w:rFonts w:ascii="Arial" w:hAnsi="Arial"/>
          <w:sz w:val="21"/>
        </w:rPr>
        <w:t>Дүйсенбіде 18 билет, сейсенбіде 24, сәрсенбіде 30 билет сатылды. Сәрсенбідегі сатылым дүйсенбіге қарағанда неше пайызға көп?</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50%</w:t>
        <w:tab/>
        <w:t>B)  66 2/3%</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40%</w:t>
        <w:tab/>
        <w:t>D)  60%</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82.</w:t>
        <w:tab/>
      </w:r>
      <w:r>
        <w:rPr>
          <w:rFonts w:ascii="Arial" w:hAnsi="Arial"/>
          <w:sz w:val="21"/>
        </w:rPr>
        <w:t>32 оқушының 20-сы шахматқа, 17-сі робототехникаға, 8-і екі үйірмеге де қатысады. Осы үйірмелердің ешқайсысына қатыспайтындар нешеу?</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8</w:t>
        <w:tab/>
        <w:t>B)  3</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11</w:t>
        <w:tab/>
        <w:t>D)  5</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83.</w:t>
        <w:tab/>
      </w:r>
      <w:r>
        <w:rPr>
          <w:rFonts w:ascii="Arial" w:hAnsi="Arial"/>
          <w:sz w:val="21"/>
        </w:rPr>
        <w:t>Блокнотқа арналған мұқабаның 4 түрі және серіппенің 3 түрі бар. Бір мұқаба мен бір серіппеден тұратын неше түрлі үйлесім таңдауға болады?</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7</w:t>
        <w:tab/>
        <w:t>B)  24</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12</w:t>
        <w:tab/>
        <w:t>D)  9</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Деректер орташа мәндер және санау</w:t>
      </w:r>
    </w:p>
    <w:p>
      <w:pPr>
        <w:widowControl/>
        <w:spacing w:before="0" w:after="420" w:line="276" w:lineRule="auto"/>
        <w:ind w:left="0"/>
      </w:pPr>
      <w:r>
        <w:rPr>
          <w:rFonts w:ascii="Arial" w:hAnsi="Arial"/>
          <w:b w:val="0"/>
          <w:color w:val="000000"/>
          <w:sz w:val="20"/>
        </w:rPr>
        <w:t>Жаттығулар · Тапсырмалар 84–88</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84.</w:t>
        <w:tab/>
      </w:r>
      <w:r>
        <w:rPr>
          <w:rFonts w:ascii="Arial" w:hAnsi="Arial"/>
          <w:sz w:val="21"/>
        </w:rPr>
        <w:t>1, 3, 5, 7 цифрларынан цифрларды қайталамай неше екі таңбалы сан құрастыруға болады?</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12</w:t>
        <w:tab/>
        <w:t>B)  8</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16</w:t>
        <w:tab/>
        <w:t>D)  24</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85.</w:t>
        <w:tab/>
      </w:r>
      <w:r>
        <w:rPr>
          <w:rFonts w:ascii="Arial" w:hAnsi="Arial"/>
          <w:sz w:val="21"/>
        </w:rPr>
        <w:t>Қапта 5 қызыл, 3 көк және 2 ақ шар бар. Бір шар алғанда әр шардың таңдалу ықтималдығы бірдей. Көк шар алу ықтималдығы қандай?</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3/7</w:t>
        <w:tab/>
        <w:t>B)  3/10</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7/10</w:t>
        <w:tab/>
        <w:t>D)  1/3</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86.</w:t>
        <w:tab/>
      </w:r>
      <w:r>
        <w:rPr>
          <w:rFonts w:ascii="Arial" w:hAnsi="Arial"/>
          <w:sz w:val="21"/>
        </w:rPr>
        <w:t>3 сәлемдеменің орташа массасы 4 кг, басқа 2 сәлемдеменікі 7 кг. Бес сәлемдеменің орташа массасын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5,2 кг</w:t>
        <w:tab/>
        <w:t>B)  6 кг</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5,5 кг</w:t>
        <w:tab/>
        <w:t>D)  4,8 кг</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87.</w:t>
        <w:tab/>
      </w:r>
      <w:r>
        <w:rPr>
          <w:rFonts w:ascii="Arial" w:hAnsi="Arial"/>
          <w:sz w:val="21"/>
        </w:rPr>
        <w:t>4, 7, 7, 9, 13 қатарындағы 13 санын 18-ге алмастырды. Арифметикалық орта қаншаға артты?</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5</w:t>
        <w:tab/>
        <w:t>B)  2,5</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0,2</w:t>
        <w:tab/>
        <w:t>D)  1</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88.</w:t>
        <w:tab/>
      </w:r>
      <w:r>
        <w:rPr>
          <w:rFonts w:ascii="Arial" w:hAnsi="Arial"/>
          <w:sz w:val="21"/>
        </w:rPr>
        <w:t>Турнирдегі 6 қатысушының әрқайсысы қалғандарының әрқайсысымен бір рет ойнады. Барлығы неше ойын өтті?</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18</w:t>
        <w:tab/>
        <w:t>B)  12</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30</w:t>
        <w:tab/>
        <w:t>D)  15</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Деректер орташа мәндер және санау</w:t>
      </w:r>
    </w:p>
    <w:p>
      <w:pPr>
        <w:widowControl/>
        <w:spacing w:before="0" w:after="420" w:line="276" w:lineRule="auto"/>
        <w:ind w:left="0"/>
      </w:pPr>
      <w:r>
        <w:rPr>
          <w:rFonts w:ascii="Arial" w:hAnsi="Arial"/>
          <w:b w:val="0"/>
          <w:color w:val="000000"/>
          <w:sz w:val="20"/>
        </w:rPr>
        <w:t>Тереңдетілген жаттығулар · Тапсырмалар 89–91</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89.</w:t>
        <w:tab/>
      </w:r>
      <w:r>
        <w:rPr>
          <w:rFonts w:ascii="Arial" w:hAnsi="Arial"/>
          <w:sz w:val="21"/>
        </w:rPr>
        <w:t>40 оқушының 22-сі A, 18-і B, 15-і C үйірмесіне қатысады. A мен B-ға 10, A мен C-ға 8, B мен C-ға 7, үшеуіне де 4 оқушы қатысады. Жұптық қиылысуларға үш үйірмеге де қатысатындар кіреді. Ешбір үйірмеге қатыспайтындар нешеу?</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2</w:t>
        <w:tab/>
        <w:t>B)  10</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6</w:t>
        <w:tab/>
        <w:t>D)  4</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90.</w:t>
        <w:tab/>
      </w:r>
      <w:r>
        <w:rPr>
          <w:rFonts w:ascii="Arial" w:hAnsi="Arial"/>
          <w:sz w:val="21"/>
        </w:rPr>
        <w:t>Бес санның арифметикалық ортасы 18. Ең үлкен санды алып тастағанда қалған төртеуінің ортасы 15 болды. Алып тасталған санды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21</w:t>
        <w:tab/>
        <w:t>B)  33</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30</w:t>
        <w:tab/>
        <w:t>D)  27</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91.</w:t>
        <w:tab/>
      </w:r>
      <w:r>
        <w:rPr>
          <w:rFonts w:ascii="Arial" w:hAnsi="Arial"/>
          <w:sz w:val="21"/>
        </w:rPr>
        <w:t>0, 2, 3, 5 цифрларынан цифрларды қайталамай үш таңбалы жұп сандар құрайды. Осындай неше сан бар?</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8</w:t>
        <w:tab/>
        <w:t>B)  10</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12</w:t>
        <w:tab/>
        <w:t>D)  18</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widowControl/>
        <w:spacing w:before="0" w:after="180" w:line="276" w:lineRule="auto"/>
        <w:ind w:left="0"/>
      </w:pPr>
      <w:r>
        <w:rPr>
          <w:rFonts w:ascii="Arial" w:hAnsi="Arial"/>
          <w:b w:val="0"/>
          <w:color w:val="000000"/>
          <w:sz w:val="21"/>
        </w:rPr>
        <w:t>Әр есепте оны негізгі есептен ажырататын қадамды жазыңыз. Шектеулерді негіздеп, жауапты шартқа қойып тексеріңіз.</w:t>
      </w:r>
    </w:p>
    <w:p>
      <w:pPr>
        <w:pStyle w:val="Heading1"/>
        <w:pageBreakBefore/>
        <w:widowControl/>
        <w:spacing w:before="0" w:after="160" w:line="276" w:lineRule="auto"/>
        <w:ind w:left="0"/>
      </w:pPr>
      <w:r>
        <w:rPr>
          <w:rFonts w:ascii="Arial" w:hAnsi="Arial"/>
          <w:b/>
          <w:color w:val="000000"/>
          <w:sz w:val="42"/>
        </w:rPr>
        <w:t>Логикалық және көпқадамды есептер</w:t>
      </w:r>
    </w:p>
    <w:p>
      <w:pPr>
        <w:widowControl/>
        <w:spacing w:before="0" w:after="420" w:line="276" w:lineRule="auto"/>
        <w:ind w:left="0"/>
      </w:pPr>
      <w:r>
        <w:rPr>
          <w:rFonts w:ascii="Arial" w:hAnsi="Arial"/>
          <w:b w:val="0"/>
          <w:color w:val="000000"/>
          <w:sz w:val="20"/>
        </w:rPr>
        <w:t>Математика · 8-тарау · Негізгі және тереңдетілген талдау</w:t>
      </w:r>
    </w:p>
    <w:p>
      <w:pPr>
        <w:widowControl/>
        <w:spacing w:before="0" w:after="240" w:line="276" w:lineRule="auto"/>
        <w:ind w:left="0"/>
      </w:pPr>
      <w:r>
        <w:rPr>
          <w:rFonts w:ascii="Arial" w:hAnsi="Arial"/>
          <w:b w:val="0"/>
          <w:color w:val="000000"/>
          <w:sz w:val="21"/>
        </w:rPr>
        <w:t>Алдымен не белгісіз және қандай шектеулер бар екенін анықтаңыз. Кері амалдар үшін нәтижеден бастапқыға жүріңіз. Сандық қатарда қарапайым ереже іздеңіз, бірақ алғашқы бірнеше сан жалғыз жалғастыруды анықтамайтынын есте сақтаңыз. Сондықтан бұл кітапта қатар ережесі анық беріледі.</w:t>
      </w:r>
    </w:p>
    <w:p>
      <w:pPr>
        <w:widowControl/>
        <w:spacing w:before="0" w:after="280" w:line="276" w:lineRule="auto"/>
        <w:ind w:left="0"/>
      </w:pPr>
      <w:r>
        <w:rPr>
          <w:rFonts w:ascii="Arial" w:hAnsi="Arial"/>
          <w:b w:val="0"/>
          <w:color w:val="000000"/>
          <w:sz w:val="21"/>
        </w:rPr>
        <w:t>Мысал. Санды 3-ке көбейтіп, 8-ді азайтқанда 25 шықты. Кері ретпен: 25 + 8 = 33, 33 : 3 = 11. Тексеру: 11 · 3 − 8 = 25.</w:t>
      </w:r>
    </w:p>
    <w:p>
      <w:pPr>
        <w:widowControl/>
        <w:spacing w:before="0" w:after="160" w:line="276" w:lineRule="auto"/>
        <w:ind w:left="0"/>
      </w:pPr>
      <w:r>
        <w:rPr>
          <w:rFonts w:ascii="Arial" w:hAnsi="Arial"/>
          <w:b/>
          <w:color w:val="000000"/>
          <w:sz w:val="24"/>
        </w:rPr>
        <w:t>Нұсқаларды толық қарастыру және шекараны дәлелдеу</w:t>
      </w:r>
    </w:p>
    <w:p>
      <w:pPr>
        <w:widowControl/>
        <w:spacing w:before="0" w:after="280" w:line="276" w:lineRule="auto"/>
        <w:ind w:left="0"/>
      </w:pPr>
      <w:r>
        <w:rPr>
          <w:rFonts w:ascii="Arial" w:hAnsi="Arial"/>
          <w:b w:val="0"/>
          <w:color w:val="000000"/>
          <w:sz w:val="21"/>
        </w:rPr>
        <w:t>Нұсқаларды қиылыспайтын жағдайларға бөліңіз. Ең үлкен не ең кіші жауап үшін екі қадам керек: одан жақсы мәннің мүмкін еместігін көрсету және ұсынылған мәнге жететін мысал келтіру. Жай болжам тек үміткер мәнді береді.</w:t>
      </w:r>
    </w:p>
    <w:p>
      <w:pPr>
        <w:widowControl/>
        <w:spacing w:before="0" w:after="280" w:line="276" w:lineRule="auto"/>
        <w:ind w:left="0"/>
      </w:pPr>
      <w:r>
        <w:rPr>
          <w:rFonts w:ascii="Arial" w:hAnsi="Arial"/>
          <w:b w:val="0"/>
          <w:color w:val="000000"/>
          <w:sz w:val="21"/>
        </w:rPr>
        <w:t>1-мысал. 0, 1, 2 цифрларынан қайталанбайтын екі таңбалы жұп сандар құрайды. Соңғы цифр 0 болса, 10 және 20 бар. Соңғысы 2 болса, біріншісі 0 бола алмайды, 12 қалады. Барлығы 3. Соңғы цифр бойынша бөлмей көбейту ережесімен 02-ні қате санауға болар еді.</w:t>
      </w:r>
    </w:p>
    <w:p>
      <w:pPr>
        <w:widowControl/>
        <w:spacing w:before="0" w:after="280" w:line="276" w:lineRule="auto"/>
        <w:ind w:left="0"/>
      </w:pPr>
      <w:r>
        <w:rPr>
          <w:rFonts w:ascii="Arial" w:hAnsi="Arial"/>
          <w:b w:val="0"/>
          <w:color w:val="000000"/>
          <w:sz w:val="21"/>
        </w:rPr>
        <w:t>2-мысал. Үш әртүрлі оң бүтін санның қосындысы 16. Ең кішісі 5 бола алмайды: ең аз қосынды 5 + 6 + 7 = 18. 4 мәніне жетуге болады: 4 + 5 + 7 = 16. Демек ең кішісінің ең үлкен мүмкін мәні 4.</w:t>
      </w:r>
    </w:p>
    <w:p>
      <w:pPr>
        <w:widowControl/>
        <w:spacing w:before="0" w:after="280" w:line="276" w:lineRule="auto"/>
        <w:ind w:left="0"/>
      </w:pPr>
      <w:r>
        <w:rPr>
          <w:rFonts w:ascii="Arial" w:hAnsi="Arial"/>
          <w:b w:val="0"/>
          <w:color w:val="000000"/>
          <w:sz w:val="21"/>
        </w:rPr>
        <w:t>Кепілдік есептерінде ең қолайсыз рұқсат етілген жағдайды қарастырыңыз. Таразы есебінде әр өлшеудің үш нәтижесі бар; бірақ нәтижелер санын бағалағаннан кейін жұмыс істейтін іздеу алгоритмі де керек.</w:t>
      </w:r>
    </w:p>
    <w:p>
      <w:pPr>
        <w:widowControl/>
        <w:spacing w:before="0" w:after="200" w:line="276" w:lineRule="auto"/>
        <w:ind w:left="0"/>
      </w:pPr>
      <w:r>
        <w:rPr>
          <w:rFonts w:ascii="Arial" w:hAnsi="Arial"/>
          <w:b w:val="0"/>
          <w:color w:val="000000"/>
          <w:sz w:val="21"/>
        </w:rPr>
        <w:t>Әдісті тексеру. Шекараларды, бірліктерді және жауап мағынасын тексеріңіз. Қатардағы n белгі арасында әдетте n − 1 аралық бар.</w:t>
      </w:r>
    </w:p>
    <w:p>
      <w:pPr>
        <w:pStyle w:val="Heading1"/>
        <w:pageBreakBefore/>
        <w:widowControl/>
        <w:spacing w:before="0" w:after="160" w:line="276" w:lineRule="auto"/>
        <w:ind w:left="0"/>
      </w:pPr>
      <w:r>
        <w:rPr>
          <w:rFonts w:ascii="Arial" w:hAnsi="Arial"/>
          <w:b/>
          <w:color w:val="000000"/>
          <w:sz w:val="42"/>
        </w:rPr>
        <w:t>Логикалық және көпқадамды есептер</w:t>
      </w:r>
    </w:p>
    <w:p>
      <w:pPr>
        <w:widowControl/>
        <w:spacing w:before="0" w:after="420" w:line="276" w:lineRule="auto"/>
        <w:ind w:left="0"/>
      </w:pPr>
      <w:r>
        <w:rPr>
          <w:rFonts w:ascii="Arial" w:hAnsi="Arial"/>
          <w:b w:val="0"/>
          <w:color w:val="000000"/>
          <w:sz w:val="20"/>
        </w:rPr>
        <w:t>Жаттығулар · Тапсырмалар 92–96</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92.</w:t>
        <w:tab/>
      </w:r>
      <w:r>
        <w:rPr>
          <w:rFonts w:ascii="Arial" w:hAnsi="Arial"/>
          <w:sz w:val="21"/>
        </w:rPr>
        <w:t>Түзу жол бойына аралығы 7 м болатын 13 шам орнатылды. Екі шеткі шамның арасы қанша?</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84 м</w:t>
        <w:tab/>
        <w:t>B)  98 м</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91 м</w:t>
        <w:tab/>
        <w:t>D)  77 м</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93.</w:t>
        <w:tab/>
      </w:r>
      <w:r>
        <w:rPr>
          <w:rFonts w:ascii="Arial" w:hAnsi="Arial"/>
          <w:sz w:val="21"/>
        </w:rPr>
        <w:t>Таспаны бүктемей, әр жолы бір жерден кесіп, 16 тең бөлікке бөледі. Неше рет кесу керек?</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17</w:t>
        <w:tab/>
        <w:t>B)  16</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14</w:t>
        <w:tab/>
        <w:t>D)  15</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94.</w:t>
        <w:tab/>
      </w:r>
      <w:r>
        <w:rPr>
          <w:rFonts w:ascii="Arial" w:hAnsi="Arial"/>
          <w:sz w:val="21"/>
        </w:rPr>
        <w:t>Айдананың маркасы Тимурдікінен екі есе көп. Айдана Тимурға 9 марка берген соң екеуінің марка саны теңесті. Айданада бастапқыда неше марка болған?</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36</w:t>
        <w:tab/>
        <w:t>B)  27</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18</w:t>
        <w:tab/>
        <w:t>D)  54</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95.</w:t>
        <w:tab/>
      </w:r>
      <w:r>
        <w:rPr>
          <w:rFonts w:ascii="Arial" w:hAnsi="Arial"/>
          <w:sz w:val="21"/>
        </w:rPr>
        <w:t>Тізбектің бірінші саны 3, әр келесі сан алдыңғы санның екі есесінен 1-ді азайтқанда шығады. Бесінші санды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31</w:t>
        <w:tab/>
        <w:t>B)  48</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33</w:t>
        <w:tab/>
        <w:t>D)  17</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96.</w:t>
        <w:tab/>
      </w:r>
      <w:r>
        <w:rPr>
          <w:rFonts w:ascii="Arial" w:hAnsi="Arial"/>
          <w:sz w:val="21"/>
        </w:rPr>
        <w:t>Қорапта тек қызыл және көк фломастерлер бар: 7 қызыл, 9 көк. Кемінде 2 қызыл фломастер шығатынына кепіл болу үшін қарамай неше фломастер алу керек?</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9</w:t>
        <w:tab/>
        <w:t>B)  10</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11</w:t>
        <w:tab/>
        <w:t>D)  2</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Логикалық және көпқадамды есептер</w:t>
      </w:r>
    </w:p>
    <w:p>
      <w:pPr>
        <w:widowControl/>
        <w:spacing w:before="0" w:after="420" w:line="276" w:lineRule="auto"/>
        <w:ind w:left="0"/>
      </w:pPr>
      <w:r>
        <w:rPr>
          <w:rFonts w:ascii="Arial" w:hAnsi="Arial"/>
          <w:b w:val="0"/>
          <w:color w:val="000000"/>
          <w:sz w:val="20"/>
        </w:rPr>
        <w:t>Жаттығулар · Тапсырмалар 97–101</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97.</w:t>
        <w:tab/>
      </w:r>
      <w:r>
        <w:rPr>
          <w:rFonts w:ascii="Arial" w:hAnsi="Arial"/>
          <w:sz w:val="21"/>
        </w:rPr>
        <w:t>Әкесі 38 жаста, ұлы 10 жаста. Неше жылдан кейін әкесінің жасы ұлының жасынан 3 есе үлкен болады?</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3</w:t>
        <w:tab/>
        <w:t>B)  14</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4</w:t>
        <w:tab/>
        <w:t>D)  5</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98.</w:t>
        <w:tab/>
      </w:r>
      <w:r>
        <w:rPr>
          <w:rFonts w:ascii="Arial" w:hAnsi="Arial"/>
          <w:sz w:val="21"/>
        </w:rPr>
        <w:t>Тұрақта тек екі дөңгелекті велосипедтер мен үш дөңгелекті самокаттар тұр, барлығы 10 көлік құралы. Олардың дөңгелектерінің жалпы саны дәл 24. Неше самокат бар?</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5</w:t>
        <w:tab/>
        <w:t>B)  2</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4</w:t>
        <w:tab/>
        <w:t>D)  6</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99.</w:t>
        <w:tab/>
      </w:r>
      <w:r>
        <w:rPr>
          <w:rFonts w:ascii="Arial" w:hAnsi="Arial"/>
          <w:sz w:val="21"/>
        </w:rPr>
        <w:t>Үш таңбадан тұратын код 0, 2, 5 цифрларынан қайталанбай құралады. Код нөлден бастала алады. Неше код бар?</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4</w:t>
        <w:tab/>
        <w:t>B)  9</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6</w:t>
        <w:tab/>
        <w:t>D)  5</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100.</w:t>
        <w:tab/>
      </w:r>
      <w:r>
        <w:rPr>
          <w:rFonts w:ascii="Arial" w:hAnsi="Arial"/>
          <w:sz w:val="21"/>
        </w:rPr>
        <w:t>Жарысқа тек А, Б және В қатысты. Олар әртүрлі орын алды. А мәреге Б-дан бұрын, ал В А-дан бұрын жетті. Екінші орынды кім алды?</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В</w:t>
        <w:tab/>
        <w:t>B)  А</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Б</w:t>
        <w:tab/>
        <w:t>D)  Анықтау мүмкін емес</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101.</w:t>
        <w:tab/>
      </w:r>
      <w:r>
        <w:rPr>
          <w:rFonts w:ascii="Arial" w:hAnsi="Arial"/>
          <w:sz w:val="21"/>
        </w:rPr>
        <w:t>Қоймадағы барлық қораптың үштен бірі, содан кейін қалғанының жартысы әкетілді. Осыдан кейін 18 қорап қалды. Бастапқыда неше қорап болған?</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36</w:t>
        <w:tab/>
        <w:t>B)  48</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54</w:t>
        <w:tab/>
        <w:t>D)  72</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Логикалық және көпқадамды есептер</w:t>
      </w:r>
    </w:p>
    <w:p>
      <w:pPr>
        <w:widowControl/>
        <w:spacing w:before="0" w:after="420" w:line="276" w:lineRule="auto"/>
        <w:ind w:left="0"/>
      </w:pPr>
      <w:r>
        <w:rPr>
          <w:rFonts w:ascii="Arial" w:hAnsi="Arial"/>
          <w:b w:val="0"/>
          <w:color w:val="000000"/>
          <w:sz w:val="20"/>
        </w:rPr>
        <w:t>Тереңдетілген жаттығулар · Тапсырмалар 102–104</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102.</w:t>
        <w:tab/>
      </w:r>
      <w:r>
        <w:rPr>
          <w:rFonts w:ascii="Arial" w:hAnsi="Arial"/>
          <w:sz w:val="21"/>
        </w:rPr>
        <w:t>3 × 2 ұяшықтан тұратын тордың төменгі сол жақ түйінінен жоғарғы оң жақ түйініне ұяшық қабырғаларымен тек оңға және жоғары жүруге болады. Неше ең қысқа бағыт бар?</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12</w:t>
        <w:tab/>
        <w:t>B)  6</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5</w:t>
        <w:tab/>
        <w:t>D)  10</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103.</w:t>
        <w:tab/>
      </w:r>
      <w:r>
        <w:rPr>
          <w:rFonts w:ascii="Arial" w:hAnsi="Arial"/>
          <w:sz w:val="21"/>
        </w:rPr>
        <w:t>Төрт әртүрлі оң бүтін санның қосындысы 20. Олардың ең кішісінің ең үлкен мүмкін мәні қандай?</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3</w:t>
        <w:tab/>
        <w:t>B)  2</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4</w:t>
        <w:tab/>
        <w:t>D)  5</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104.</w:t>
        <w:tab/>
      </w:r>
      <w:r>
        <w:rPr>
          <w:rFonts w:ascii="Arial" w:hAnsi="Arial"/>
          <w:sz w:val="21"/>
        </w:rPr>
        <w:t>Сырттай бірдей 9 тиын бар. Біреуі қалғандарынан жеңіл, қалғандарының массалары тең. Гірсіз табақты таразымен жеңіл тиынды міндетті түрде табу үшін ең аз неше рет өлшеу керек?</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4</w:t>
        <w:tab/>
        <w:t>B)  3</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2</w:t>
        <w:tab/>
        <w:t>D)  1</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widowControl/>
        <w:spacing w:before="0" w:after="180" w:line="276" w:lineRule="auto"/>
        <w:ind w:left="0"/>
      </w:pPr>
      <w:r>
        <w:rPr>
          <w:rFonts w:ascii="Arial" w:hAnsi="Arial"/>
          <w:b w:val="0"/>
          <w:color w:val="000000"/>
          <w:sz w:val="21"/>
        </w:rPr>
        <w:t>Әр есепте оны негізгі есептен ажырататын қадамды жазыңыз. Шектеулерді негіздеп, жауапты шартқа қойып тексеріңіз.</w:t>
      </w:r>
    </w:p>
    <w:p>
      <w:pPr>
        <w:pStyle w:val="Heading1"/>
        <w:pageBreakBefore/>
        <w:widowControl/>
        <w:spacing w:before="0" w:after="160" w:line="276" w:lineRule="auto"/>
        <w:ind w:left="0"/>
      </w:pPr>
      <w:r>
        <w:rPr>
          <w:rFonts w:ascii="Arial" w:hAnsi="Arial"/>
          <w:b/>
          <w:color w:val="000000"/>
          <w:sz w:val="42"/>
        </w:rPr>
        <w:t>Сандық өрнектерді салыстыру</w:t>
      </w:r>
    </w:p>
    <w:p>
      <w:pPr>
        <w:widowControl/>
        <w:spacing w:before="0" w:after="420" w:line="276" w:lineRule="auto"/>
        <w:ind w:left="0"/>
      </w:pPr>
      <w:r>
        <w:rPr>
          <w:rFonts w:ascii="Arial" w:hAnsi="Arial"/>
          <w:b w:val="0"/>
          <w:color w:val="000000"/>
          <w:sz w:val="20"/>
        </w:rPr>
        <w:t>Сандық сипаттамалар · 1-тарау</w:t>
      </w:r>
    </w:p>
    <w:p>
      <w:pPr>
        <w:widowControl/>
        <w:spacing w:before="0" w:after="240" w:line="276" w:lineRule="auto"/>
        <w:ind w:left="0"/>
      </w:pPr>
      <w:r>
        <w:rPr>
          <w:rFonts w:ascii="Arial" w:hAnsi="Arial"/>
          <w:b w:val="0"/>
          <w:color w:val="000000"/>
          <w:sz w:val="21"/>
        </w:rPr>
        <w:t>Әр тапсырмада A және B бағандары салыстырылады. Жауаптар тұрақты: A — A үлкен; B — B үлкен; C — тең; D — алғашқы үш қорытындының біреуін жасауға ақпарат жеткіліксіз. Алдымен ортақ көбейткіштерді, бірдей қосылғыштарды және ыңғайлы дөңгелектеуді іздеңіз.</w:t>
      </w:r>
    </w:p>
    <w:p>
      <w:pPr>
        <w:widowControl/>
        <w:spacing w:before="0" w:after="280" w:line="276" w:lineRule="auto"/>
        <w:ind w:left="0"/>
      </w:pPr>
      <w:r>
        <w:rPr>
          <w:rFonts w:ascii="Arial" w:hAnsi="Arial"/>
          <w:b w:val="0"/>
          <w:color w:val="000000"/>
          <w:sz w:val="21"/>
        </w:rPr>
        <w:t>Мысал. A: 48 · 19; B: 48 · 20 − 48. Жақшаны ашқанда теңдік шығады, жауап C. Екі мәнді де есептеу міндетті емес.</w:t>
      </w:r>
    </w:p>
    <w:p>
      <w:pPr>
        <w:widowControl/>
        <w:spacing w:before="0" w:after="160" w:line="276" w:lineRule="auto"/>
        <w:ind w:left="0"/>
      </w:pPr>
      <w:r>
        <w:rPr>
          <w:rFonts w:ascii="Arial" w:hAnsi="Arial"/>
          <w:b/>
          <w:color w:val="000000"/>
          <w:sz w:val="24"/>
        </w:rPr>
        <w:t>Айырма арқылы салыстыру</w:t>
      </w:r>
    </w:p>
    <w:p>
      <w:pPr>
        <w:widowControl/>
        <w:spacing w:before="0" w:after="280" w:line="276" w:lineRule="auto"/>
        <w:ind w:left="0"/>
      </w:pPr>
      <w:r>
        <w:rPr>
          <w:rFonts w:ascii="Arial" w:hAnsi="Arial"/>
          <w:b w:val="0"/>
          <w:color w:val="000000"/>
          <w:sz w:val="21"/>
        </w:rPr>
        <w:t>Оң бөлшектер үшін айқыш көбейтуге болады. Айнымалыларда бөлімдердің таңбасын тексеріңіз. Өрнектер ұқсас болса, айырмасын қарастырыңыз: оң болса A, теріс болса B, барлық мәнде нөл болса C.</w:t>
      </w:r>
    </w:p>
    <w:p>
      <w:pPr>
        <w:widowControl/>
        <w:spacing w:before="0" w:after="280" w:line="276" w:lineRule="auto"/>
        <w:ind w:left="0"/>
      </w:pPr>
      <w:r>
        <w:rPr>
          <w:rFonts w:ascii="Arial" w:hAnsi="Arial"/>
          <w:b w:val="0"/>
          <w:color w:val="000000"/>
          <w:sz w:val="21"/>
        </w:rPr>
        <w:t>1-мысал. A: 101 · 99; B: 100². Сол жақта (100 − 1)(100 + 1) = 10000 − 1. Ұзақ көбейтусіз B аламыз.</w:t>
      </w:r>
    </w:p>
    <w:p>
      <w:pPr>
        <w:widowControl/>
        <w:spacing w:before="0" w:after="280" w:line="276" w:lineRule="auto"/>
        <w:ind w:left="0"/>
      </w:pPr>
      <w:r>
        <w:rPr>
          <w:rFonts w:ascii="Arial" w:hAnsi="Arial"/>
          <w:b w:val="0"/>
          <w:color w:val="000000"/>
          <w:sz w:val="21"/>
        </w:rPr>
        <w:t>2-мысал. a &gt; 0 болғанда a/(a + 1) және (a + 1)/(a + 2) салыстырылады. Бөлімдер оң. Айқыш көбейтінділердің (a + 1)² − a(a + 2) айырмасы 1-ге тең, демек екіншісі үлкен: B.</w:t>
      </w:r>
    </w:p>
    <w:p>
      <w:pPr>
        <w:widowControl/>
        <w:spacing w:before="0" w:after="280" w:line="276" w:lineRule="auto"/>
        <w:ind w:left="0"/>
      </w:pPr>
      <w:r>
        <w:rPr>
          <w:rFonts w:ascii="Arial" w:hAnsi="Arial"/>
          <w:b w:val="0"/>
          <w:color w:val="000000"/>
          <w:sz w:val="21"/>
        </w:rPr>
        <w:t>Теңдікте барлық рұқсат етілген мәндер үшін тепе-теңдікті дәлелдеу керек. Ондық жуықтаулардың өте жақын болуы C жауабының дәлелі емес.</w:t>
      </w:r>
    </w:p>
    <w:p>
      <w:pPr>
        <w:widowControl/>
        <w:spacing w:before="0" w:after="200" w:line="276" w:lineRule="auto"/>
        <w:ind w:left="0"/>
      </w:pPr>
      <w:r>
        <w:rPr>
          <w:rFonts w:ascii="Arial" w:hAnsi="Arial"/>
          <w:b w:val="0"/>
          <w:color w:val="000000"/>
          <w:sz w:val="21"/>
        </w:rPr>
        <w:t>Әдісті тексеру. D жауабы шарттың анықталмауына байланысты таңдалады. Есептеудің ұзақ болуы өздігінен ақпарат жетіспейтінін білдірмейді.</w:t>
      </w:r>
    </w:p>
    <w:p>
      <w:pPr>
        <w:pStyle w:val="Heading1"/>
        <w:pageBreakBefore/>
        <w:widowControl/>
        <w:spacing w:before="0" w:after="160" w:line="276" w:lineRule="auto"/>
        <w:ind w:left="0"/>
      </w:pPr>
      <w:r>
        <w:rPr>
          <w:rFonts w:ascii="Arial" w:hAnsi="Arial"/>
          <w:b/>
          <w:color w:val="000000"/>
          <w:sz w:val="42"/>
        </w:rPr>
        <w:t>Сандық өрнектерді салыстыру</w:t>
      </w:r>
    </w:p>
    <w:p>
      <w:pPr>
        <w:widowControl/>
        <w:spacing w:before="0" w:after="420" w:line="276" w:lineRule="auto"/>
        <w:ind w:left="0"/>
      </w:pPr>
      <w:r>
        <w:rPr>
          <w:rFonts w:ascii="Arial" w:hAnsi="Arial"/>
          <w:b w:val="0"/>
          <w:color w:val="000000"/>
          <w:sz w:val="20"/>
        </w:rPr>
        <w:t>Жаттығулар · Тапсырмалар 105–109</w:t>
      </w:r>
    </w:p>
    <w:p>
      <w:pPr>
        <w:widowControl/>
        <w:spacing w:before="0" w:after="240" w:line="276" w:lineRule="auto"/>
        <w:ind w:left="0"/>
      </w:pPr>
      <w:r>
        <w:rPr>
          <w:rFonts w:ascii="Arial" w:hAnsi="Arial"/>
          <w:b w:val="0"/>
          <w:color w:val="000000"/>
          <w:sz w:val="21"/>
        </w:rPr>
        <w:t>A — A үлкен; B — B үлкен; C — тең; D — ақпарат жеткіліксіз.</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105.</w:t>
        <w:tab/>
      </w:r>
      <w:r>
        <w:rPr>
          <w:rFonts w:ascii="Arial" w:hAnsi="Arial"/>
          <w:sz w:val="21"/>
        </w:rPr>
        <w:t>Бағандардағы мәндерді салыстырыңыз.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48 · 25</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50 · 24</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106.</w:t>
        <w:tab/>
      </w:r>
      <w:r>
        <w:rPr>
          <w:rFonts w:ascii="Arial" w:hAnsi="Arial"/>
          <w:sz w:val="21"/>
        </w:rPr>
        <w:t>Бағандардағы мәндерді салыстырыңыз.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0,408 + 0,07</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0,48</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107.</w:t>
        <w:tab/>
      </w:r>
      <w:r>
        <w:rPr>
          <w:rFonts w:ascii="Arial" w:hAnsi="Arial"/>
          <w:sz w:val="21"/>
        </w:rPr>
        <w:t>Бағандардағы мәндерді салыстырыңыз.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7/9</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5/6</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108.</w:t>
        <w:tab/>
      </w:r>
      <w:r>
        <w:rPr>
          <w:rFonts w:ascii="Arial" w:hAnsi="Arial"/>
          <w:sz w:val="21"/>
        </w:rPr>
        <w:t>Бағандардағы мәндерді салыстырыңыз.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99 · 101</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100²</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109.</w:t>
        <w:tab/>
      </w:r>
      <w:r>
        <w:rPr>
          <w:rFonts w:ascii="Arial" w:hAnsi="Arial"/>
          <w:sz w:val="21"/>
        </w:rPr>
        <w:t>Бағандардағы мәндерді салыстырыңыз.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3,6 : 0,12</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36 : 1,2</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Сандық өрнектерді салыстыру</w:t>
      </w:r>
    </w:p>
    <w:p>
      <w:pPr>
        <w:widowControl/>
        <w:spacing w:before="0" w:after="420" w:line="276" w:lineRule="auto"/>
        <w:ind w:left="0"/>
      </w:pPr>
      <w:r>
        <w:rPr>
          <w:rFonts w:ascii="Arial" w:hAnsi="Arial"/>
          <w:b w:val="0"/>
          <w:color w:val="000000"/>
          <w:sz w:val="20"/>
        </w:rPr>
        <w:t>Жаттығулар · Тапсырмалар 110–114</w:t>
      </w:r>
    </w:p>
    <w:p>
      <w:pPr>
        <w:widowControl/>
        <w:spacing w:before="0" w:after="240" w:line="276" w:lineRule="auto"/>
        <w:ind w:left="0"/>
      </w:pPr>
      <w:r>
        <w:rPr>
          <w:rFonts w:ascii="Arial" w:hAnsi="Arial"/>
          <w:b w:val="0"/>
          <w:color w:val="000000"/>
          <w:sz w:val="21"/>
        </w:rPr>
        <w:t>A — A үлкен; B — B үлкен; C — тең; D — ақпарат жеткіліксіз.</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110.</w:t>
        <w:tab/>
      </w:r>
      <w:r>
        <w:rPr>
          <w:rFonts w:ascii="Arial" w:hAnsi="Arial"/>
          <w:sz w:val="21"/>
        </w:rPr>
        <w:t>Бағандардағы мәндерді салыстырыңыз.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|−8| + |−3|</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|−8 − 3|</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111.</w:t>
        <w:tab/>
      </w:r>
      <w:r>
        <w:rPr>
          <w:rFonts w:ascii="Arial" w:hAnsi="Arial"/>
          <w:sz w:val="21"/>
        </w:rPr>
        <w:t>Бағандардағы мәндерді салыстырыңыз.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(2/3) · (3/4)</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1/2</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112.</w:t>
        <w:tab/>
      </w:r>
      <w:r>
        <w:rPr>
          <w:rFonts w:ascii="Arial" w:hAnsi="Arial"/>
          <w:sz w:val="21"/>
        </w:rPr>
        <w:t>Бағандардағы мәндерді салыстырыңыз.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1/0,4</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2,4</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113.</w:t>
        <w:tab/>
      </w:r>
      <w:r>
        <w:rPr>
          <w:rFonts w:ascii="Arial" w:hAnsi="Arial"/>
          <w:sz w:val="21"/>
        </w:rPr>
        <w:t>Бағандардағы мәндерді салыстырыңыз.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17² − 16²</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32</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114.</w:t>
        <w:tab/>
      </w:r>
      <w:r>
        <w:rPr>
          <w:rFonts w:ascii="Arial" w:hAnsi="Arial"/>
          <w:sz w:val="21"/>
        </w:rPr>
        <w:t>Бағандардағы мәндерді салыстырыңыз.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5/12 + 1/3</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7/10</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Айнымалылар және шарттардың жеткіліктілігі</w:t>
      </w:r>
    </w:p>
    <w:p>
      <w:pPr>
        <w:widowControl/>
        <w:spacing w:before="0" w:after="420" w:line="276" w:lineRule="auto"/>
        <w:ind w:left="0"/>
      </w:pPr>
      <w:r>
        <w:rPr>
          <w:rFonts w:ascii="Arial" w:hAnsi="Arial"/>
          <w:b w:val="0"/>
          <w:color w:val="000000"/>
          <w:sz w:val="20"/>
        </w:rPr>
        <w:t>Сандық сипаттамалар · 2-тарау</w:t>
      </w:r>
    </w:p>
    <w:p>
      <w:pPr>
        <w:widowControl/>
        <w:spacing w:before="0" w:after="240" w:line="276" w:lineRule="auto"/>
        <w:ind w:left="0"/>
      </w:pPr>
      <w:r>
        <w:rPr>
          <w:rFonts w:ascii="Arial" w:hAnsi="Arial"/>
          <w:b w:val="0"/>
          <w:color w:val="000000"/>
          <w:sz w:val="21"/>
        </w:rPr>
        <w:t>Салыстыру барлық рұқсат етілген мәнде дұрыс болуы керек. Бір мәндерде A, басқаларында B не C шықса, жауап D. D-ні дәлелдеуге нәтижелері әртүрлі екі рұқсат етілген мысал жеткілікті. Бір мысал A, B не C-ні дәлелдемейді.</w:t>
      </w:r>
    </w:p>
    <w:p>
      <w:pPr>
        <w:widowControl/>
        <w:spacing w:before="0" w:after="280" w:line="276" w:lineRule="auto"/>
        <w:ind w:left="0"/>
      </w:pPr>
      <w:r>
        <w:rPr>
          <w:rFonts w:ascii="Arial" w:hAnsi="Arial"/>
          <w:b w:val="0"/>
          <w:color w:val="000000"/>
          <w:sz w:val="21"/>
        </w:rPr>
        <w:t>Мысал. Шарт x &gt; 0. A: x²; B: x. x = 2 болса, A үлкен; x = 1/2 болса, B үлкен. Сондықтан жауап D.</w:t>
      </w:r>
    </w:p>
    <w:p>
      <w:pPr>
        <w:widowControl/>
        <w:spacing w:before="0" w:after="160" w:line="276" w:lineRule="auto"/>
        <w:ind w:left="0"/>
      </w:pPr>
      <w:r>
        <w:rPr>
          <w:rFonts w:ascii="Arial" w:hAnsi="Arial"/>
          <w:b/>
          <w:color w:val="000000"/>
          <w:sz w:val="24"/>
        </w:rPr>
        <w:t>D жауабы үшін қарсы мысал</w:t>
      </w:r>
    </w:p>
    <w:p>
      <w:pPr>
        <w:widowControl/>
        <w:spacing w:before="0" w:after="280" w:line="276" w:lineRule="auto"/>
        <w:ind w:left="0"/>
      </w:pPr>
      <w:r>
        <w:rPr>
          <w:rFonts w:ascii="Arial" w:hAnsi="Arial"/>
          <w:b w:val="0"/>
          <w:color w:val="000000"/>
          <w:sz w:val="21"/>
        </w:rPr>
        <w:t>D үшін нәтижелері әртүрлі екі рұқсат етілген дерек жиынын табыңыз. Олар A мен C не B мен C беруі мүмкін; міндетті түрде A мен B болуы шарт емес. Қатаң A не B жауабы үшін теңдіктің мүмкін еместігіне көз жеткізіңіз.</w:t>
      </w:r>
    </w:p>
    <w:p>
      <w:pPr>
        <w:widowControl/>
        <w:spacing w:before="0" w:after="280" w:line="276" w:lineRule="auto"/>
        <w:ind w:left="0"/>
      </w:pPr>
      <w:r>
        <w:rPr>
          <w:rFonts w:ascii="Arial" w:hAnsi="Arial"/>
          <w:b w:val="0"/>
          <w:color w:val="000000"/>
          <w:sz w:val="21"/>
        </w:rPr>
        <w:t>1-мысал. x ≥ 0 болғанда x² және 0 салыстырылады. x = 0 болса, теңдік; x = 2 болса, A үлкен. Демек D, тіпті A ешқашан B-дан кіші болмаса да.</w:t>
      </w:r>
    </w:p>
    <w:p>
      <w:pPr>
        <w:widowControl/>
        <w:spacing w:before="0" w:after="280" w:line="276" w:lineRule="auto"/>
        <w:ind w:left="0"/>
      </w:pPr>
      <w:r>
        <w:rPr>
          <w:rFonts w:ascii="Arial" w:hAnsi="Arial"/>
          <w:b w:val="0"/>
          <w:color w:val="000000"/>
          <w:sz w:val="21"/>
        </w:rPr>
        <w:t>2-мысал. x &gt; y &gt; 0 болғанда x² және y² салыстырылады. (x − y)(x + y) айырмасы оң; барлық рұқсат етілген жұп үшін жауап A. Екі сәтті сандық мысал бұл негіздеуді алмастырмайды.</w:t>
      </w:r>
    </w:p>
    <w:p>
      <w:pPr>
        <w:widowControl/>
        <w:spacing w:before="0" w:after="280" w:line="276" w:lineRule="auto"/>
        <w:ind w:left="0"/>
      </w:pPr>
      <w:r>
        <w:rPr>
          <w:rFonts w:ascii="Arial" w:hAnsi="Arial"/>
          <w:b w:val="0"/>
          <w:color w:val="000000"/>
          <w:sz w:val="21"/>
        </w:rPr>
        <w:t>«Бүтін» не «натурал» шарты анықталмауды жоя алады. 2 &lt; n &lt; 4 және n бүтін болса, тек n = 3 рұқсат етіледі.</w:t>
      </w:r>
    </w:p>
    <w:p>
      <w:pPr>
        <w:widowControl/>
        <w:spacing w:before="0" w:after="200" w:line="276" w:lineRule="auto"/>
        <w:ind w:left="0"/>
      </w:pPr>
      <w:r>
        <w:rPr>
          <w:rFonts w:ascii="Arial" w:hAnsi="Arial"/>
          <w:b w:val="0"/>
          <w:color w:val="000000"/>
          <w:sz w:val="21"/>
        </w:rPr>
        <w:t>Әдісті тексеру. Анық айтылмаса, санды бүтін не оң деп есептемеңіз. 0 &lt; x &lt; 1 болса, x-ке көбейту оң санды кішірейтеді.</w:t>
      </w:r>
    </w:p>
    <w:p>
      <w:pPr>
        <w:pStyle w:val="Heading1"/>
        <w:pageBreakBefore/>
        <w:widowControl/>
        <w:spacing w:before="0" w:after="160" w:line="276" w:lineRule="auto"/>
        <w:ind w:left="0"/>
      </w:pPr>
      <w:r>
        <w:rPr>
          <w:rFonts w:ascii="Arial" w:hAnsi="Arial"/>
          <w:b/>
          <w:color w:val="000000"/>
          <w:sz w:val="42"/>
        </w:rPr>
        <w:t>Айнымалылар және шарттардың жеткіліктілігі</w:t>
      </w:r>
    </w:p>
    <w:p>
      <w:pPr>
        <w:widowControl/>
        <w:spacing w:before="0" w:after="420" w:line="276" w:lineRule="auto"/>
        <w:ind w:left="0"/>
      </w:pPr>
      <w:r>
        <w:rPr>
          <w:rFonts w:ascii="Arial" w:hAnsi="Arial"/>
          <w:b w:val="0"/>
          <w:color w:val="000000"/>
          <w:sz w:val="20"/>
        </w:rPr>
        <w:t>Жаттығулар · Тапсырмалар 115–119</w:t>
      </w:r>
    </w:p>
    <w:p>
      <w:pPr>
        <w:widowControl/>
        <w:spacing w:before="0" w:after="240" w:line="276" w:lineRule="auto"/>
        <w:ind w:left="0"/>
      </w:pPr>
      <w:r>
        <w:rPr>
          <w:rFonts w:ascii="Arial" w:hAnsi="Arial"/>
          <w:b w:val="0"/>
          <w:color w:val="000000"/>
          <w:sz w:val="21"/>
        </w:rPr>
        <w:t>A — A үлкен; B — B үлкен; C — тең; D — ақпарат жеткіліксіз.</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115.</w:t>
        <w:tab/>
      </w:r>
      <w:r>
        <w:rPr>
          <w:rFonts w:ascii="Arial" w:hAnsi="Arial"/>
          <w:sz w:val="21"/>
        </w:rPr>
        <w:t>x &gt; 7.</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x + 2</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9</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116.</w:t>
        <w:tab/>
      </w:r>
      <w:r>
        <w:rPr>
          <w:rFonts w:ascii="Arial" w:hAnsi="Arial"/>
          <w:sz w:val="21"/>
        </w:rPr>
        <w:t>x &lt; 5.</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x</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3</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117.</w:t>
        <w:tab/>
      </w:r>
      <w:r>
        <w:rPr>
          <w:rFonts w:ascii="Arial" w:hAnsi="Arial"/>
          <w:sz w:val="21"/>
        </w:rPr>
        <w:t>x — кез келген нақты сан.</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x²</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0</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118.</w:t>
        <w:tab/>
      </w:r>
      <w:r>
        <w:rPr>
          <w:rFonts w:ascii="Arial" w:hAnsi="Arial"/>
          <w:sz w:val="21"/>
        </w:rPr>
        <w:t>0 &lt; x &lt; 1.</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x</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x²</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119.</w:t>
        <w:tab/>
      </w:r>
      <w:r>
        <w:rPr>
          <w:rFonts w:ascii="Arial" w:hAnsi="Arial"/>
          <w:sz w:val="21"/>
        </w:rPr>
        <w:t>x &lt; 0.</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−x</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x</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Айнымалылар және шарттардың жеткіліктілігі</w:t>
      </w:r>
    </w:p>
    <w:p>
      <w:pPr>
        <w:widowControl/>
        <w:spacing w:before="0" w:after="420" w:line="276" w:lineRule="auto"/>
        <w:ind w:left="0"/>
      </w:pPr>
      <w:r>
        <w:rPr>
          <w:rFonts w:ascii="Arial" w:hAnsi="Arial"/>
          <w:b w:val="0"/>
          <w:color w:val="000000"/>
          <w:sz w:val="20"/>
        </w:rPr>
        <w:t>Жаттығулар · Тапсырмалар 120–124</w:t>
      </w:r>
    </w:p>
    <w:p>
      <w:pPr>
        <w:widowControl/>
        <w:spacing w:before="0" w:after="240" w:line="276" w:lineRule="auto"/>
        <w:ind w:left="0"/>
      </w:pPr>
      <w:r>
        <w:rPr>
          <w:rFonts w:ascii="Arial" w:hAnsi="Arial"/>
          <w:b w:val="0"/>
          <w:color w:val="000000"/>
          <w:sz w:val="21"/>
        </w:rPr>
        <w:t>A — A үлкен; B — B үлкен; C — тең; D — ақпарат жеткіліксіз.</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120.</w:t>
        <w:tab/>
      </w:r>
      <w:r>
        <w:rPr>
          <w:rFonts w:ascii="Arial" w:hAnsi="Arial"/>
          <w:sz w:val="21"/>
        </w:rPr>
        <w:t>x + y = 14.</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x</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y</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121.</w:t>
        <w:tab/>
      </w:r>
      <w:r>
        <w:rPr>
          <w:rFonts w:ascii="Arial" w:hAnsi="Arial"/>
          <w:sz w:val="21"/>
        </w:rPr>
        <w:t>x пен y оң, x &gt; 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1/x</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1/y</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122.</w:t>
        <w:tab/>
      </w:r>
      <w:r>
        <w:rPr>
          <w:rFonts w:ascii="Arial" w:hAnsi="Arial"/>
          <w:sz w:val="21"/>
        </w:rPr>
        <w:t>x — бүтін сан, 2 &lt; x &lt; 4.</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x²</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9</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123.</w:t>
        <w:tab/>
      </w:r>
      <w:r>
        <w:rPr>
          <w:rFonts w:ascii="Arial" w:hAnsi="Arial"/>
          <w:sz w:val="21"/>
        </w:rPr>
        <w:t>a &lt; b.</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a − 5</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b − 5</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124.</w:t>
        <w:tab/>
      </w:r>
      <w:r>
        <w:rPr>
          <w:rFonts w:ascii="Arial" w:hAnsi="Arial"/>
          <w:sz w:val="21"/>
        </w:rPr>
        <w:t>x ≠ 0.</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x/x</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1</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Үлестер қатынастар және пайыздар</w:t>
      </w:r>
    </w:p>
    <w:p>
      <w:pPr>
        <w:widowControl/>
        <w:spacing w:before="0" w:after="420" w:line="276" w:lineRule="auto"/>
        <w:ind w:left="0"/>
      </w:pPr>
      <w:r>
        <w:rPr>
          <w:rFonts w:ascii="Arial" w:hAnsi="Arial"/>
          <w:b w:val="0"/>
          <w:color w:val="000000"/>
          <w:sz w:val="20"/>
        </w:rPr>
        <w:t>Сандық сипаттамалар · 3-тарау</w:t>
      </w:r>
    </w:p>
    <w:p>
      <w:pPr>
        <w:widowControl/>
        <w:spacing w:before="0" w:after="240" w:line="276" w:lineRule="auto"/>
        <w:ind w:left="0"/>
      </w:pPr>
      <w:r>
        <w:rPr>
          <w:rFonts w:ascii="Arial" w:hAnsi="Arial"/>
          <w:b w:val="0"/>
          <w:color w:val="000000"/>
          <w:sz w:val="21"/>
        </w:rPr>
        <w:t>Пайыздарды салыстырмас бұрын негізін тексеріңіз. Әртүрлі шамалардың бірдей пайызы әртүрлі нәтиже бере алады. Негіз белгісіз болса, қатынасты табыңыз не екі жағдай таңдаңыз. «p%-ға артық» дегенді 1 + p/100-ге көбейту деп жазыңыз.</w:t>
      </w:r>
    </w:p>
    <w:p>
      <w:pPr>
        <w:widowControl/>
        <w:spacing w:before="0" w:after="280" w:line="276" w:lineRule="auto"/>
        <w:ind w:left="0"/>
      </w:pPr>
      <w:r>
        <w:rPr>
          <w:rFonts w:ascii="Arial" w:hAnsi="Arial"/>
          <w:b w:val="0"/>
          <w:color w:val="000000"/>
          <w:sz w:val="21"/>
        </w:rPr>
        <w:t>Мысал. A: 80-нің 30%-ы; B: 60-тың 40%-ы. Екі мән де 24, жауап C. Көбейткіштердің орнын ауыстыру ұзақ есептеуді қысқартады.</w:t>
      </w:r>
    </w:p>
    <w:p>
      <w:pPr>
        <w:widowControl/>
        <w:spacing w:before="0" w:after="160" w:line="276" w:lineRule="auto"/>
        <w:ind w:left="0"/>
      </w:pPr>
      <w:r>
        <w:rPr>
          <w:rFonts w:ascii="Arial" w:hAnsi="Arial"/>
          <w:b/>
          <w:color w:val="000000"/>
          <w:sz w:val="24"/>
        </w:rPr>
        <w:t>Негізі белгісіз пайыздар</w:t>
      </w:r>
    </w:p>
    <w:p>
      <w:pPr>
        <w:widowControl/>
        <w:spacing w:before="0" w:after="280" w:line="276" w:lineRule="auto"/>
        <w:ind w:left="0"/>
      </w:pPr>
      <w:r>
        <w:rPr>
          <w:rFonts w:ascii="Arial" w:hAnsi="Arial"/>
          <w:b w:val="0"/>
          <w:color w:val="000000"/>
          <w:sz w:val="21"/>
        </w:rPr>
        <w:t>Пайыздарды көбейткіштерге айналдырып, қатынастарды салыстырыңыз. Кейде негіздер белгісіз, бірақ олардың қатынасы берілген — бұл жеткілікті. Негіздер тәуелсіз болса, бірдей пайыздар теңдік бермейді.</w:t>
      </w:r>
    </w:p>
    <w:p>
      <w:pPr>
        <w:widowControl/>
        <w:spacing w:before="0" w:after="280" w:line="276" w:lineRule="auto"/>
        <w:ind w:left="0"/>
      </w:pPr>
      <w:r>
        <w:rPr>
          <w:rFonts w:ascii="Arial" w:hAnsi="Arial"/>
          <w:b w:val="0"/>
          <w:color w:val="000000"/>
          <w:sz w:val="21"/>
        </w:rPr>
        <w:t>1-мысал. Бірінші тауар екіншісінен 3 есе қымбат. Біріншінің 8%-ы екіншінің 24%-ына тең: екінші баға t болса, екі сома да 0,24t.</w:t>
      </w:r>
    </w:p>
    <w:p>
      <w:pPr>
        <w:widowControl/>
        <w:spacing w:before="0" w:after="280" w:line="276" w:lineRule="auto"/>
        <w:ind w:left="0"/>
      </w:pPr>
      <w:r>
        <w:rPr>
          <w:rFonts w:ascii="Arial" w:hAnsi="Arial"/>
          <w:b w:val="0"/>
          <w:color w:val="000000"/>
          <w:sz w:val="21"/>
        </w:rPr>
        <w:t>2-мысал. Оң бағаны 30%-ға төмендетіп, кейін 30%-ға өсірді. Нәтиже бастапқының 0,7 · 1,3 = 0,91 бөлігі. Соңғыны бастапқымен салыстырғанда B таңдаймыз.</w:t>
      </w:r>
    </w:p>
    <w:p>
      <w:pPr>
        <w:widowControl/>
        <w:spacing w:before="0" w:after="280" w:line="276" w:lineRule="auto"/>
        <w:ind w:left="0"/>
      </w:pPr>
      <w:r>
        <w:rPr>
          <w:rFonts w:ascii="Arial" w:hAnsi="Arial"/>
          <w:b w:val="0"/>
          <w:color w:val="000000"/>
          <w:sz w:val="21"/>
        </w:rPr>
        <w:t>Қоспаларда массаларды тексеріңіз: ерітінді мөлшерлері әртүрлі болса, үлестерді жай орташалауға болмайды.</w:t>
      </w:r>
    </w:p>
    <w:p>
      <w:pPr>
        <w:widowControl/>
        <w:spacing w:before="0" w:after="200" w:line="276" w:lineRule="auto"/>
        <w:ind w:left="0"/>
      </w:pPr>
      <w:r>
        <w:rPr>
          <w:rFonts w:ascii="Arial" w:hAnsi="Arial"/>
          <w:b w:val="0"/>
          <w:color w:val="000000"/>
          <w:sz w:val="21"/>
        </w:rPr>
        <w:t>Әдісті тексеру. «20%-ға» және «20%-ға дейін» тіркестерінің мағынасы әртүрлі. 20%-ға арттыру бастапқының 120%-ын береді.</w:t>
      </w:r>
    </w:p>
    <w:p>
      <w:pPr>
        <w:pStyle w:val="Heading1"/>
        <w:pageBreakBefore/>
        <w:widowControl/>
        <w:spacing w:before="0" w:after="160" w:line="276" w:lineRule="auto"/>
        <w:ind w:left="0"/>
      </w:pPr>
      <w:r>
        <w:rPr>
          <w:rFonts w:ascii="Arial" w:hAnsi="Arial"/>
          <w:b/>
          <w:color w:val="000000"/>
          <w:sz w:val="42"/>
        </w:rPr>
        <w:t>Үлестер қатынастар және пайыздар</w:t>
      </w:r>
    </w:p>
    <w:p>
      <w:pPr>
        <w:widowControl/>
        <w:spacing w:before="0" w:after="420" w:line="276" w:lineRule="auto"/>
        <w:ind w:left="0"/>
      </w:pPr>
      <w:r>
        <w:rPr>
          <w:rFonts w:ascii="Arial" w:hAnsi="Arial"/>
          <w:b w:val="0"/>
          <w:color w:val="000000"/>
          <w:sz w:val="20"/>
        </w:rPr>
        <w:t>Жаттығулар · Тапсырмалар 125–129</w:t>
      </w:r>
    </w:p>
    <w:p>
      <w:pPr>
        <w:widowControl/>
        <w:spacing w:before="0" w:after="240" w:line="276" w:lineRule="auto"/>
        <w:ind w:left="0"/>
      </w:pPr>
      <w:r>
        <w:rPr>
          <w:rFonts w:ascii="Arial" w:hAnsi="Arial"/>
          <w:b w:val="0"/>
          <w:color w:val="000000"/>
          <w:sz w:val="21"/>
        </w:rPr>
        <w:t>A — A үлкен; B — B үлкен; C — тең; D — ақпарат жеткіліксіз.</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125.</w:t>
        <w:tab/>
      </w:r>
      <w:r>
        <w:rPr>
          <w:rFonts w:ascii="Arial" w:hAnsi="Arial"/>
          <w:sz w:val="21"/>
        </w:rPr>
        <w:t>Бағандардағы мәндерді салыстырыңыз.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160 санының 25%-ы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90 санының 40%-ы</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126.</w:t>
        <w:tab/>
      </w:r>
      <w:r>
        <w:rPr>
          <w:rFonts w:ascii="Arial" w:hAnsi="Arial"/>
          <w:sz w:val="21"/>
        </w:rPr>
        <w:t>Бағандардағы мәндерді салыстырыңыз.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240 санының 15%-ы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150 санының 24%-ы</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127.</w:t>
        <w:tab/>
      </w:r>
      <w:r>
        <w:rPr>
          <w:rFonts w:ascii="Arial" w:hAnsi="Arial"/>
          <w:sz w:val="21"/>
        </w:rPr>
        <w:t>a &gt; 0.</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20% өсіп, кейін 20% кеміген a саны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a</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128.</w:t>
        <w:tab/>
      </w:r>
      <w:r>
        <w:rPr>
          <w:rFonts w:ascii="Arial" w:hAnsi="Arial"/>
          <w:sz w:val="21"/>
        </w:rPr>
        <w:t>a : b = 3 : 5; a мен b оң.</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5a</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3b</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129.</w:t>
        <w:tab/>
      </w:r>
      <w:r>
        <w:rPr>
          <w:rFonts w:ascii="Arial" w:hAnsi="Arial"/>
          <w:sz w:val="21"/>
        </w:rPr>
        <w:t>Екі тауардың бағасы белгісіз және оң.</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Бірінші тауар бағасының 10%-ы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Екінші тауар бағасының 20%-ы</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Үлестер қатынастар және пайыздар</w:t>
      </w:r>
    </w:p>
    <w:p>
      <w:pPr>
        <w:widowControl/>
        <w:spacing w:before="0" w:after="420" w:line="276" w:lineRule="auto"/>
        <w:ind w:left="0"/>
      </w:pPr>
      <w:r>
        <w:rPr>
          <w:rFonts w:ascii="Arial" w:hAnsi="Arial"/>
          <w:b w:val="0"/>
          <w:color w:val="000000"/>
          <w:sz w:val="20"/>
        </w:rPr>
        <w:t>Жаттығулар · Тапсырмалар 130–134</w:t>
      </w:r>
    </w:p>
    <w:p>
      <w:pPr>
        <w:widowControl/>
        <w:spacing w:before="0" w:after="240" w:line="276" w:lineRule="auto"/>
        <w:ind w:left="0"/>
      </w:pPr>
      <w:r>
        <w:rPr>
          <w:rFonts w:ascii="Arial" w:hAnsi="Arial"/>
          <w:b w:val="0"/>
          <w:color w:val="000000"/>
          <w:sz w:val="21"/>
        </w:rPr>
        <w:t>A — A үлкен; B — B үлкен; C — тең; D — ақпарат жеткіліксіз.</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130.</w:t>
        <w:tab/>
      </w:r>
      <w:r>
        <w:rPr>
          <w:rFonts w:ascii="Arial" w:hAnsi="Arial"/>
          <w:sz w:val="21"/>
        </w:rPr>
        <w:t>Бағандардағы мәндерді салыстырыңыз.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45 санының 3/5 бөлігі</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60 санының 45%-ы</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131.</w:t>
        <w:tab/>
      </w:r>
      <w:r>
        <w:rPr>
          <w:rFonts w:ascii="Arial" w:hAnsi="Arial"/>
          <w:sz w:val="21"/>
        </w:rPr>
        <w:t>Бағандардағы мәндерді салыстырыңыз.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30%-ы 18-ге тең сан</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20%-ы 14-ке тең сан</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132.</w:t>
        <w:tab/>
      </w:r>
      <w:r>
        <w:rPr>
          <w:rFonts w:ascii="Arial" w:hAnsi="Arial"/>
          <w:sz w:val="21"/>
        </w:rPr>
        <w:t>Бағандардағы мәндерді салыстырыңыз.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80-нен 100-ге дейінгі өсім пайызы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100-ден 120-ға дейінгі өсім пайызы</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133.</w:t>
        <w:tab/>
      </w:r>
      <w:r>
        <w:rPr>
          <w:rFonts w:ascii="Arial" w:hAnsi="Arial"/>
          <w:sz w:val="21"/>
        </w:rPr>
        <w:t>a &gt; b &gt; 0.</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a санының 30%-ы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b санының 30%-ы</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134.</w:t>
        <w:tab/>
      </w:r>
      <w:r>
        <w:rPr>
          <w:rFonts w:ascii="Arial" w:hAnsi="Arial"/>
          <w:sz w:val="21"/>
        </w:rPr>
        <w:t>Бағандардағы мәндерді салыстырыңыз.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1/3</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33%</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Шамалар бірліктер және жылдамдық</w:t>
      </w:r>
    </w:p>
    <w:p>
      <w:pPr>
        <w:widowControl/>
        <w:spacing w:before="0" w:after="420" w:line="276" w:lineRule="auto"/>
        <w:ind w:left="0"/>
      </w:pPr>
      <w:r>
        <w:rPr>
          <w:rFonts w:ascii="Arial" w:hAnsi="Arial"/>
          <w:b w:val="0"/>
          <w:color w:val="000000"/>
          <w:sz w:val="20"/>
        </w:rPr>
        <w:t>Сандық сипаттамалар · 4-тарау</w:t>
      </w:r>
    </w:p>
    <w:p>
      <w:pPr>
        <w:widowControl/>
        <w:spacing w:before="0" w:after="240" w:line="276" w:lineRule="auto"/>
        <w:ind w:left="0"/>
      </w:pPr>
      <w:r>
        <w:rPr>
          <w:rFonts w:ascii="Arial" w:hAnsi="Arial"/>
          <w:b w:val="0"/>
          <w:color w:val="000000"/>
          <w:sz w:val="21"/>
        </w:rPr>
        <w:t>Салыстыруға дейін шамаларды бір өлшем бірлігіне келтіріңіз. Уақытты минутқа не секундқа айналдыру ыңғайлы. Жылдамдық үшін: 1 м/с = 3,6 км/сағ. Өлшемділікті тексеріңіз: аудан ұзындықпен емес, ауданмен салыстырылады.</w:t>
      </w:r>
    </w:p>
    <w:p>
      <w:pPr>
        <w:widowControl/>
        <w:spacing w:before="0" w:after="280" w:line="276" w:lineRule="auto"/>
        <w:ind w:left="0"/>
      </w:pPr>
      <w:r>
        <w:rPr>
          <w:rFonts w:ascii="Arial" w:hAnsi="Arial"/>
          <w:b w:val="0"/>
          <w:color w:val="000000"/>
          <w:sz w:val="21"/>
        </w:rPr>
        <w:t>Мысал. A: 2,4 м²; B: 23 000 см². Сол жақта 24 000 см², сондықтан жауап A. Ауданның ауыстыру коэффициенті 100 емес, 100².</w:t>
      </w:r>
    </w:p>
    <w:p>
      <w:pPr>
        <w:widowControl/>
        <w:spacing w:before="0" w:after="160" w:line="276" w:lineRule="auto"/>
        <w:ind w:left="0"/>
      </w:pPr>
      <w:r>
        <w:rPr>
          <w:rFonts w:ascii="Arial" w:hAnsi="Arial"/>
          <w:b/>
          <w:color w:val="000000"/>
          <w:sz w:val="24"/>
        </w:rPr>
        <w:t>Шамалар қатынастары және өлшемділік</w:t>
      </w:r>
    </w:p>
    <w:p>
      <w:pPr>
        <w:widowControl/>
        <w:spacing w:before="0" w:after="280" w:line="276" w:lineRule="auto"/>
        <w:ind w:left="0"/>
      </w:pPr>
      <w:r>
        <w:rPr>
          <w:rFonts w:ascii="Arial" w:hAnsi="Arial"/>
          <w:b w:val="0"/>
          <w:color w:val="000000"/>
          <w:sz w:val="21"/>
        </w:rPr>
        <w:t>Табиғаты бірдей шамалардың қатынасында бірліктер бірдей болуы керек. Уақытты салыстырғанда қашықтықты, жолды салыстырғанда уақытты тұрақты ұстаңыз, егер бұл шарттан тікелей шықса.</w:t>
      </w:r>
    </w:p>
    <w:p>
      <w:pPr>
        <w:widowControl/>
        <w:spacing w:before="0" w:after="280" w:line="276" w:lineRule="auto"/>
        <w:ind w:left="0"/>
      </w:pPr>
      <w:r>
        <w:rPr>
          <w:rFonts w:ascii="Arial" w:hAnsi="Arial"/>
          <w:b w:val="0"/>
          <w:color w:val="000000"/>
          <w:sz w:val="21"/>
        </w:rPr>
        <w:t>1-мысал. Бірдей жолда бірінші жылдамдық екіншісінен 20%-ға жоғары. Уақыттар қатынасы 1/1,2 = 5/6. Бірінші уақыт пен екіншісінің 80%-ын салыстыру A береді, өйткені 5/6 &gt; 4/5.</w:t>
      </w:r>
    </w:p>
    <w:p>
      <w:pPr>
        <w:widowControl/>
        <w:spacing w:before="0" w:after="280" w:line="276" w:lineRule="auto"/>
        <w:ind w:left="0"/>
      </w:pPr>
      <w:r>
        <w:rPr>
          <w:rFonts w:ascii="Arial" w:hAnsi="Arial"/>
          <w:b w:val="0"/>
          <w:color w:val="000000"/>
          <w:sz w:val="21"/>
        </w:rPr>
        <w:t>2-мысал. 0,02 м³ және 19 л. Бір текше метрде 1000 л, сондықтан сол жақта 20 л, жауап A. см³-ке ауыстырғанда көбейткіш 1 000 000 болар еді.</w:t>
      </w:r>
    </w:p>
    <w:p>
      <w:pPr>
        <w:widowControl/>
        <w:spacing w:before="0" w:after="280" w:line="276" w:lineRule="auto"/>
        <w:ind w:left="0"/>
      </w:pPr>
      <w:r>
        <w:rPr>
          <w:rFonts w:ascii="Arial" w:hAnsi="Arial"/>
          <w:b w:val="0"/>
          <w:color w:val="000000"/>
          <w:sz w:val="21"/>
        </w:rPr>
        <w:t>Бірліктерді келтірмей сандық жазбаларды салыстырмаңыз. 2,5 сағат — 2 сағат 5 минут емес, 150 минут.</w:t>
      </w:r>
    </w:p>
    <w:p>
      <w:pPr>
        <w:widowControl/>
        <w:spacing w:before="0" w:after="200" w:line="276" w:lineRule="auto"/>
        <w:ind w:left="0"/>
      </w:pPr>
      <w:r>
        <w:rPr>
          <w:rFonts w:ascii="Arial" w:hAnsi="Arial"/>
          <w:b w:val="0"/>
          <w:color w:val="000000"/>
          <w:sz w:val="21"/>
        </w:rPr>
        <w:t>Әдісті тексеру. 1,5 сағат — 1 сағат 30 минут. Сағаттың ондық жазбасы сағат пен минут жазбасымен бірдей емес.</w:t>
      </w:r>
    </w:p>
    <w:p>
      <w:pPr>
        <w:pStyle w:val="Heading1"/>
        <w:pageBreakBefore/>
        <w:widowControl/>
        <w:spacing w:before="0" w:after="160" w:line="276" w:lineRule="auto"/>
        <w:ind w:left="0"/>
      </w:pPr>
      <w:r>
        <w:rPr>
          <w:rFonts w:ascii="Arial" w:hAnsi="Arial"/>
          <w:b/>
          <w:color w:val="000000"/>
          <w:sz w:val="42"/>
        </w:rPr>
        <w:t>Шамалар бірліктер және жылдамдық</w:t>
      </w:r>
    </w:p>
    <w:p>
      <w:pPr>
        <w:widowControl/>
        <w:spacing w:before="0" w:after="420" w:line="276" w:lineRule="auto"/>
        <w:ind w:left="0"/>
      </w:pPr>
      <w:r>
        <w:rPr>
          <w:rFonts w:ascii="Arial" w:hAnsi="Arial"/>
          <w:b w:val="0"/>
          <w:color w:val="000000"/>
          <w:sz w:val="20"/>
        </w:rPr>
        <w:t>Жаттығулар · Тапсырмалар 135–139</w:t>
      </w:r>
    </w:p>
    <w:p>
      <w:pPr>
        <w:widowControl/>
        <w:spacing w:before="0" w:after="240" w:line="276" w:lineRule="auto"/>
        <w:ind w:left="0"/>
      </w:pPr>
      <w:r>
        <w:rPr>
          <w:rFonts w:ascii="Arial" w:hAnsi="Arial"/>
          <w:b w:val="0"/>
          <w:color w:val="000000"/>
          <w:sz w:val="21"/>
        </w:rPr>
        <w:t>A — A үлкен; B — B үлкен; C — тең; D — ақпарат жеткіліксіз.</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135.</w:t>
        <w:tab/>
      </w:r>
      <w:r>
        <w:rPr>
          <w:rFonts w:ascii="Arial" w:hAnsi="Arial"/>
          <w:sz w:val="21"/>
        </w:rPr>
        <w:t>Бағандардағы мәндерді салыстырыңыз.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1,75 сағ</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105 мин</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136.</w:t>
        <w:tab/>
      </w:r>
      <w:r>
        <w:rPr>
          <w:rFonts w:ascii="Arial" w:hAnsi="Arial"/>
          <w:sz w:val="21"/>
        </w:rPr>
        <w:t>Бағандардағы мәндерді салыстырыңыз.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2,3 м²</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23 000 см²</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137.</w:t>
        <w:tab/>
      </w:r>
      <w:r>
        <w:rPr>
          <w:rFonts w:ascii="Arial" w:hAnsi="Arial"/>
          <w:sz w:val="21"/>
        </w:rPr>
        <w:t>Бағандардағы мәндерді салыстырыңыз.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3,5 л</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3400 см³</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138.</w:t>
        <w:tab/>
      </w:r>
      <w:r>
        <w:rPr>
          <w:rFonts w:ascii="Arial" w:hAnsi="Arial"/>
          <w:sz w:val="21"/>
        </w:rPr>
        <w:t>Бағандардағы мәндерді салыстырыңыз.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72 км/сағ</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19 м/с</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139.</w:t>
        <w:tab/>
      </w:r>
      <w:r>
        <w:rPr>
          <w:rFonts w:ascii="Arial" w:hAnsi="Arial"/>
          <w:sz w:val="21"/>
        </w:rPr>
        <w:t>Екі қатысушы бірқалыпты қозғалады.</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6 км/сағ жылдамдықпен 20 минутта жүрген жол</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8 км/сағ жылдамдықпен 15 минутта жүрген жол</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Шамалар бірліктер және жылдамдық</w:t>
      </w:r>
    </w:p>
    <w:p>
      <w:pPr>
        <w:widowControl/>
        <w:spacing w:before="0" w:after="420" w:line="276" w:lineRule="auto"/>
        <w:ind w:left="0"/>
      </w:pPr>
      <w:r>
        <w:rPr>
          <w:rFonts w:ascii="Arial" w:hAnsi="Arial"/>
          <w:b w:val="0"/>
          <w:color w:val="000000"/>
          <w:sz w:val="20"/>
        </w:rPr>
        <w:t>Жаттығулар · Тапсырмалар 140–144</w:t>
      </w:r>
    </w:p>
    <w:p>
      <w:pPr>
        <w:widowControl/>
        <w:spacing w:before="0" w:after="240" w:line="276" w:lineRule="auto"/>
        <w:ind w:left="0"/>
      </w:pPr>
      <w:r>
        <w:rPr>
          <w:rFonts w:ascii="Arial" w:hAnsi="Arial"/>
          <w:b w:val="0"/>
          <w:color w:val="000000"/>
          <w:sz w:val="21"/>
        </w:rPr>
        <w:t>A — A үлкен; B — B үлкен; C — тең; D — ақпарат жеткіліксіз.</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140.</w:t>
        <w:tab/>
      </w:r>
      <w:r>
        <w:rPr>
          <w:rFonts w:ascii="Arial" w:hAnsi="Arial"/>
          <w:sz w:val="21"/>
        </w:rPr>
        <w:t>Екі қатысушы бірдей оң қашықтықты өтеді.</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5 км/сағ жылдамдықпен жүру уақыты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6 км/сағ жылдамдықпен жүру уақыты</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141.</w:t>
        <w:tab/>
      </w:r>
      <w:r>
        <w:rPr>
          <w:rFonts w:ascii="Arial" w:hAnsi="Arial"/>
          <w:sz w:val="21"/>
        </w:rPr>
        <w:t>Бағандардағы мәндерді салыстырыңыз.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450 г</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0,46 кг</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142.</w:t>
        <w:tab/>
      </w:r>
      <w:r>
        <w:rPr>
          <w:rFonts w:ascii="Arial" w:hAnsi="Arial"/>
          <w:sz w:val="21"/>
        </w:rPr>
        <w:t>Бағандардағы мәндерді салыстырыңыз.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0,08 км</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800 см</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143.</w:t>
        <w:tab/>
      </w:r>
      <w:r>
        <w:rPr>
          <w:rFonts w:ascii="Arial" w:hAnsi="Arial"/>
          <w:sz w:val="21"/>
        </w:rPr>
        <w:t>Бағандардағы мәндерді салыстырыңыз.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2 тәулік 3 сағат</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50 сағат</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144.</w:t>
        <w:tab/>
      </w:r>
      <w:r>
        <w:rPr>
          <w:rFonts w:ascii="Arial" w:hAnsi="Arial"/>
          <w:sz w:val="21"/>
        </w:rPr>
        <w:t>Әр принтердің өнімділігі тұрақты.</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Минутына 8 беттен 3 минутта басылған беттер</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Минутына 6 беттен 4 минутта басылған беттер</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Геометриялық салыстырулар</w:t>
      </w:r>
    </w:p>
    <w:p>
      <w:pPr>
        <w:widowControl/>
        <w:spacing w:before="0" w:after="420" w:line="276" w:lineRule="auto"/>
        <w:ind w:left="0"/>
      </w:pPr>
      <w:r>
        <w:rPr>
          <w:rFonts w:ascii="Arial" w:hAnsi="Arial"/>
          <w:b w:val="0"/>
          <w:color w:val="000000"/>
          <w:sz w:val="20"/>
        </w:rPr>
        <w:t>Сандық сипаттамалар · 5-тарау</w:t>
      </w:r>
    </w:p>
    <w:p>
      <w:pPr>
        <w:widowControl/>
        <w:spacing w:before="0" w:after="240" w:line="276" w:lineRule="auto"/>
        <w:ind w:left="0"/>
      </w:pPr>
      <w:r>
        <w:rPr>
          <w:rFonts w:ascii="Arial" w:hAnsi="Arial"/>
          <w:b w:val="0"/>
          <w:color w:val="000000"/>
          <w:sz w:val="21"/>
        </w:rPr>
        <w:t>Формулалар мен берілген өлшемдерді пайдаланыңыз. Фигуралардың сырттай ұқсастығы аудандар теңдігін білдірмейді. Бірдей периметрге де әртүрлі аудан сәйкес келуі мүмкін. Өлшемдер жетпесе, бірнеше рұқсат етілген фигураны тексеріңіз.</w:t>
      </w:r>
    </w:p>
    <w:p>
      <w:pPr>
        <w:widowControl/>
        <w:spacing w:before="0" w:after="280" w:line="276" w:lineRule="auto"/>
        <w:ind w:left="0"/>
      </w:pPr>
      <w:r>
        <w:rPr>
          <w:rFonts w:ascii="Arial" w:hAnsi="Arial"/>
          <w:b w:val="0"/>
          <w:color w:val="000000"/>
          <w:sz w:val="21"/>
        </w:rPr>
        <w:t>Мысал. Екі тіктөртбұрыштың периметрі 20 см. 1 × 9 және 4 × 6 тіктөртбұрыштарының аудандары 9 және 24 см². Периметр теңдігі аудан теңдігіне жеткіліксіз.</w:t>
      </w:r>
    </w:p>
    <w:p>
      <w:pPr>
        <w:widowControl/>
        <w:spacing w:before="0" w:after="160" w:line="276" w:lineRule="auto"/>
        <w:ind w:left="0"/>
      </w:pPr>
      <w:r>
        <w:rPr>
          <w:rFonts w:ascii="Arial" w:hAnsi="Arial"/>
          <w:b/>
          <w:color w:val="000000"/>
          <w:sz w:val="24"/>
        </w:rPr>
        <w:t>Аудан шектеулері және теңдік</w:t>
      </w:r>
    </w:p>
    <w:p>
      <w:pPr>
        <w:widowControl/>
        <w:spacing w:before="0" w:after="280" w:line="276" w:lineRule="auto"/>
        <w:ind w:left="0"/>
      </w:pPr>
      <w:r>
        <w:rPr>
          <w:rFonts w:ascii="Arial" w:hAnsi="Arial"/>
          <w:b w:val="0"/>
          <w:color w:val="000000"/>
          <w:sz w:val="21"/>
        </w:rPr>
        <w:t>Периметрдің тең болуы кез келген тіктөртбұрыштың ауданын бекітпейді. Бірақ «шаршы емес» қосымша шарты ең үлкен ауданмен салыстыруды өзгертеді. Ең үлкен мүмкін шама мен нақты белгісіз фигураның шамасын ажыратыңыз.</w:t>
      </w:r>
    </w:p>
    <w:p>
      <w:pPr>
        <w:widowControl/>
        <w:spacing w:before="0" w:after="280" w:line="276" w:lineRule="auto"/>
        <w:ind w:left="0"/>
      </w:pPr>
      <w:r>
        <w:rPr>
          <w:rFonts w:ascii="Arial" w:hAnsi="Arial"/>
          <w:b w:val="0"/>
          <w:color w:val="000000"/>
          <w:sz w:val="21"/>
        </w:rPr>
        <w:t>1-мысал. a + b = 12 болса, аудан ab = 36 − (a − 6)². Ол 36-дан аспайды; шаршы рұқсат етілсе, 36-мен салыстыру D береді: B және C мүмкін.</w:t>
      </w:r>
    </w:p>
    <w:p>
      <w:pPr>
        <w:widowControl/>
        <w:spacing w:before="0" w:after="280" w:line="276" w:lineRule="auto"/>
        <w:ind w:left="0"/>
      </w:pPr>
      <w:r>
        <w:rPr>
          <w:rFonts w:ascii="Arial" w:hAnsi="Arial"/>
          <w:b w:val="0"/>
          <w:color w:val="000000"/>
          <w:sz w:val="21"/>
        </w:rPr>
        <w:t>2-мысал. Алдыңғы мысалда тіктөртбұрыш шаршы болмаса, a ≠ 6. (a − 6)² квадраты оң, аудан 36-дан қатаң кіші. Енді жауап B.</w:t>
      </w:r>
    </w:p>
    <w:p>
      <w:pPr>
        <w:widowControl/>
        <w:spacing w:before="0" w:after="280" w:line="276" w:lineRule="auto"/>
        <w:ind w:left="0"/>
      </w:pPr>
      <w:r>
        <w:rPr>
          <w:rFonts w:ascii="Arial" w:hAnsi="Arial"/>
          <w:b w:val="0"/>
          <w:color w:val="000000"/>
          <w:sz w:val="21"/>
        </w:rPr>
        <w:t>Ұқсас фигураларда ұзындық, аудан, көлем коэффициенттері k, k², k³. Суретте көрінетін өлшемдерді емес, жазылған деректерді таңдаңыз.</w:t>
      </w:r>
    </w:p>
    <w:p>
      <w:pPr>
        <w:widowControl/>
        <w:spacing w:before="0" w:after="200" w:line="276" w:lineRule="auto"/>
        <w:ind w:left="0"/>
      </w:pPr>
      <w:r>
        <w:rPr>
          <w:rFonts w:ascii="Arial" w:hAnsi="Arial"/>
          <w:b w:val="0"/>
          <w:color w:val="000000"/>
          <w:sz w:val="21"/>
        </w:rPr>
        <w:t>Әдісті тексеру. Оқу есептеріндегі барлық сурет жазылған белгілер бойынша оқылады. Суретті сызғышпен өлшеу шартты алмастырмайды.</w:t>
      </w:r>
    </w:p>
    <w:p>
      <w:pPr>
        <w:pStyle w:val="Heading1"/>
        <w:pageBreakBefore/>
        <w:widowControl/>
        <w:spacing w:before="0" w:after="160" w:line="276" w:lineRule="auto"/>
        <w:ind w:left="0"/>
      </w:pPr>
      <w:r>
        <w:rPr>
          <w:rFonts w:ascii="Arial" w:hAnsi="Arial"/>
          <w:b/>
          <w:color w:val="000000"/>
          <w:sz w:val="42"/>
        </w:rPr>
        <w:t>Геометриялық салыстырулар</w:t>
      </w:r>
    </w:p>
    <w:p>
      <w:pPr>
        <w:widowControl/>
        <w:spacing w:before="0" w:after="420" w:line="276" w:lineRule="auto"/>
        <w:ind w:left="0"/>
      </w:pPr>
      <w:r>
        <w:rPr>
          <w:rFonts w:ascii="Arial" w:hAnsi="Arial"/>
          <w:b w:val="0"/>
          <w:color w:val="000000"/>
          <w:sz w:val="20"/>
        </w:rPr>
        <w:t>Жаттығулар · Тапсырмалар 145–149</w:t>
      </w:r>
    </w:p>
    <w:p>
      <w:pPr>
        <w:widowControl/>
        <w:spacing w:before="0" w:after="240" w:line="276" w:lineRule="auto"/>
        <w:ind w:left="0"/>
      </w:pPr>
      <w:r>
        <w:rPr>
          <w:rFonts w:ascii="Arial" w:hAnsi="Arial"/>
          <w:b w:val="0"/>
          <w:color w:val="000000"/>
          <w:sz w:val="21"/>
        </w:rPr>
        <w:t>A — A үлкен; B — B үлкен; C — тең; D — ақпарат жеткіліксіз.</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145.</w:t>
        <w:tab/>
      </w:r>
      <w:r>
        <w:rPr>
          <w:rFonts w:ascii="Arial" w:hAnsi="Arial"/>
          <w:sz w:val="21"/>
        </w:rPr>
        <w:t>Бағандардағы мәндерді салыстырыңыз.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Қабырғасы 7 см шаршының ауданы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6 × 8 см тіктөртбұрыштың ауданы</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146.</w:t>
        <w:tab/>
      </w:r>
      <w:r>
        <w:rPr>
          <w:rFonts w:ascii="Arial" w:hAnsi="Arial"/>
          <w:sz w:val="21"/>
        </w:rPr>
        <w:t>Бағандардағы мәндерді салыстырыңыз.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4 × 9 см тіктөртбұрыштың периметрі</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Қабырғасы 6 см шаршының периметрі</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147.</w:t>
        <w:tab/>
      </w:r>
      <w:r>
        <w:rPr>
          <w:rFonts w:ascii="Arial" w:hAnsi="Arial"/>
          <w:sz w:val="21"/>
        </w:rPr>
        <w:t>Екі үшбұрыштың табандары және сол табандарға түсірілген биіктіктері тең.</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Біріншісінің ауданы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Екіншісінің ауданы</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148.</w:t>
        <w:tab/>
      </w:r>
      <w:r>
        <w:rPr>
          <w:rFonts w:ascii="Arial" w:hAnsi="Arial"/>
          <w:sz w:val="21"/>
        </w:rPr>
        <w:t>Тіктөртбұрыштың периметрі 24 см; қабырғалары оң.</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Осы тіктөртбұрыштың ауданы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30 см²</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149.</w:t>
        <w:tab/>
      </w:r>
      <w:r>
        <w:rPr>
          <w:rFonts w:ascii="Arial" w:hAnsi="Arial"/>
          <w:sz w:val="21"/>
        </w:rPr>
        <w:t>Бағандардағы мәндерді салыстырыңыз.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Қыры 4 см текшенің көлемі</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2 × 4 × 8 см қораптың көлемі</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Геометриялық салыстырулар</w:t>
      </w:r>
    </w:p>
    <w:p>
      <w:pPr>
        <w:widowControl/>
        <w:spacing w:before="0" w:after="420" w:line="276" w:lineRule="auto"/>
        <w:ind w:left="0"/>
      </w:pPr>
      <w:r>
        <w:rPr>
          <w:rFonts w:ascii="Arial" w:hAnsi="Arial"/>
          <w:b w:val="0"/>
          <w:color w:val="000000"/>
          <w:sz w:val="20"/>
        </w:rPr>
        <w:t>Жаттығулар · Тапсырмалар 150–154</w:t>
      </w:r>
    </w:p>
    <w:p>
      <w:pPr>
        <w:widowControl/>
        <w:spacing w:before="0" w:after="240" w:line="276" w:lineRule="auto"/>
        <w:ind w:left="0"/>
      </w:pPr>
      <w:r>
        <w:rPr>
          <w:rFonts w:ascii="Arial" w:hAnsi="Arial"/>
          <w:b w:val="0"/>
          <w:color w:val="000000"/>
          <w:sz w:val="21"/>
        </w:rPr>
        <w:t>A — A үлкен; B — B үлкен; C — тең; D — ақпарат жеткіліксіз.</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150.</w:t>
        <w:tab/>
      </w:r>
      <w:r>
        <w:rPr>
          <w:rFonts w:ascii="Arial" w:hAnsi="Arial"/>
          <w:sz w:val="21"/>
        </w:rPr>
        <w:t>Бағандардағы мәндерді салыстырыңыз.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Радиусы 3 см дөңгелектің ауданы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Диаметрі 6 см дөңгелектің ауданы</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151.</w:t>
        <w:tab/>
      </w:r>
      <w:r>
        <w:rPr>
          <w:rFonts w:ascii="Arial" w:hAnsi="Arial"/>
          <w:sz w:val="21"/>
        </w:rPr>
        <w:t>Үшбұрыштың бір бұрышы 70°.</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Қалған екі бұрыштың қосындысы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110°</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152.</w:t>
        <w:tab/>
      </w:r>
      <w:r>
        <w:rPr>
          <w:rFonts w:ascii="Arial" w:hAnsi="Arial"/>
          <w:sz w:val="21"/>
        </w:rPr>
        <w:t>a &gt; 0.</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Қабырғасы 2a шаршының периметрі</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Қабырғасы a шаршы периметрінің екі есесі</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153.</w:t>
        <w:tab/>
      </w:r>
      <w:r>
        <w:rPr>
          <w:rFonts w:ascii="Arial" w:hAnsi="Arial"/>
          <w:sz w:val="21"/>
        </w:rPr>
        <w:t>a &gt; 0.</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Қабырғасы 2a шаршының ауданы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Қабырғасы a шаршы ауданының екі есесі</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154.</w:t>
        <w:tab/>
      </w:r>
      <w:r>
        <w:rPr>
          <w:rFonts w:ascii="Arial" w:hAnsi="Arial"/>
          <w:sz w:val="21"/>
        </w:rPr>
        <w:t>Тіктөртбұрыштың бір қабырғасы 8 см, екіншісі белгісіз және оң.</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Оның ауданы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64 см²</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Деректер шекаралар және бүтін сандар</w:t>
      </w:r>
    </w:p>
    <w:p>
      <w:pPr>
        <w:widowControl/>
        <w:spacing w:before="0" w:after="420" w:line="276" w:lineRule="auto"/>
        <w:ind w:left="0"/>
      </w:pPr>
      <w:r>
        <w:rPr>
          <w:rFonts w:ascii="Arial" w:hAnsi="Arial"/>
          <w:b w:val="0"/>
          <w:color w:val="000000"/>
          <w:sz w:val="20"/>
        </w:rPr>
        <w:t>Сандық сипаттамалар · 6-тарау</w:t>
      </w:r>
    </w:p>
    <w:p>
      <w:pPr>
        <w:widowControl/>
        <w:spacing w:before="0" w:after="240" w:line="276" w:lineRule="auto"/>
        <w:ind w:left="0"/>
      </w:pPr>
      <w:r>
        <w:rPr>
          <w:rFonts w:ascii="Arial" w:hAnsi="Arial"/>
          <w:b w:val="0"/>
          <w:color w:val="000000"/>
          <w:sz w:val="21"/>
        </w:rPr>
        <w:t>Орташа мән, қосынды және элементтер саны «қосынды = орташа мән · сан» теңдігімен байланысады. Бүтіндік шектеулерде рұқсат етілген мәндерді жазыңыз. Теңсіздікте қатаң шекараны ескеріңіз: x &lt; 5 шарты x = 5-ті қабылдамайды.</w:t>
      </w:r>
    </w:p>
    <w:p>
      <w:pPr>
        <w:widowControl/>
        <w:spacing w:before="0" w:after="280" w:line="276" w:lineRule="auto"/>
        <w:ind w:left="0"/>
      </w:pPr>
      <w:r>
        <w:rPr>
          <w:rFonts w:ascii="Arial" w:hAnsi="Arial"/>
          <w:b w:val="0"/>
          <w:color w:val="000000"/>
          <w:sz w:val="21"/>
        </w:rPr>
        <w:t>Мысал. x — бүтін, 4 &lt; x &lt; 6. Онда x = 5. A: x + 7; B: 12. Жауап C. «Бүтін» сөзін алып тастасақ, 4,5 және 5,5 рұқсат етіледі, жауап D-ге өзгереді.</w:t>
      </w:r>
    </w:p>
    <w:p>
      <w:pPr>
        <w:widowControl/>
        <w:spacing w:before="0" w:after="160" w:line="276" w:lineRule="auto"/>
        <w:ind w:left="0"/>
      </w:pPr>
      <w:r>
        <w:rPr>
          <w:rFonts w:ascii="Arial" w:hAnsi="Arial"/>
          <w:b/>
          <w:color w:val="000000"/>
          <w:sz w:val="24"/>
        </w:rPr>
        <w:t>Орташа мәндер және мүмкін шекаралар</w:t>
      </w:r>
    </w:p>
    <w:p>
      <w:pPr>
        <w:widowControl/>
        <w:spacing w:before="0" w:after="280" w:line="276" w:lineRule="auto"/>
        <w:ind w:left="0"/>
      </w:pPr>
      <w:r>
        <w:rPr>
          <w:rFonts w:ascii="Arial" w:hAnsi="Arial"/>
          <w:b w:val="0"/>
          <w:color w:val="000000"/>
          <w:sz w:val="21"/>
        </w:rPr>
        <w:t>Жеке мысалды емес, қосынды не орташа мән рұқсат ететін барлық деректерді салыстыру керек болады. Саны белгілі болса, орташа мән қосындыны бекітеді, бірақ әр қосылғышты және медиананы анықтамайды.</w:t>
      </w:r>
    </w:p>
    <w:p>
      <w:pPr>
        <w:widowControl/>
        <w:spacing w:before="0" w:after="280" w:line="276" w:lineRule="auto"/>
        <w:ind w:left="0"/>
      </w:pPr>
      <w:r>
        <w:rPr>
          <w:rFonts w:ascii="Arial" w:hAnsi="Arial"/>
          <w:b w:val="0"/>
          <w:color w:val="000000"/>
          <w:sz w:val="21"/>
        </w:rPr>
        <w:t>1-мысал. Алты санның арифметикалық ортасы 8. 15 санын қосты. Жаңа орташа мән (48 + 15)/7 = 9. 9-бен салыстыру C береді.</w:t>
      </w:r>
    </w:p>
    <w:p>
      <w:pPr>
        <w:widowControl/>
        <w:spacing w:before="0" w:after="280" w:line="276" w:lineRule="auto"/>
        <w:ind w:left="0"/>
      </w:pPr>
      <w:r>
        <w:rPr>
          <w:rFonts w:ascii="Arial" w:hAnsi="Arial"/>
          <w:b w:val="0"/>
          <w:color w:val="000000"/>
          <w:sz w:val="21"/>
        </w:rPr>
        <w:t>2-мысал. Сыныпта 20 адам; 13-і A, 12-сі B үйірмесіне қатысады. Екеуіне де кемінде 13 + 12 − 20 = 5 адам қатысады. Сондықтан екеуіне де қатысатындар саны міндетті түрде 4-тен үлкен: жауап A.</w:t>
      </w:r>
    </w:p>
    <w:p>
      <w:pPr>
        <w:widowControl/>
        <w:spacing w:before="0" w:after="280" w:line="276" w:lineRule="auto"/>
        <w:ind w:left="0"/>
      </w:pPr>
      <w:r>
        <w:rPr>
          <w:rFonts w:ascii="Arial" w:hAnsi="Arial"/>
          <w:b w:val="0"/>
          <w:color w:val="000000"/>
          <w:sz w:val="21"/>
        </w:rPr>
        <w:t>Минимумды негіздеу үшін оған жетуге болатынын көрсетіңіз. «Кемінде 5» шарты нақты сан міндетті түрде 5 екенін білдірмейді.</w:t>
      </w:r>
    </w:p>
    <w:p>
      <w:pPr>
        <w:widowControl/>
        <w:spacing w:before="0" w:after="200" w:line="276" w:lineRule="auto"/>
        <w:ind w:left="0"/>
      </w:pPr>
      <w:r>
        <w:rPr>
          <w:rFonts w:ascii="Arial" w:hAnsi="Arial"/>
          <w:b w:val="0"/>
          <w:color w:val="000000"/>
          <w:sz w:val="21"/>
        </w:rPr>
        <w:t>Әдісті тексеру. Үлкен қосынды әрдайым үлкен орташа мән емес: мәндер саны әртүрлі топтарға тиесілі болуы мүмкін.</w:t>
      </w:r>
    </w:p>
    <w:p>
      <w:pPr>
        <w:pStyle w:val="Heading1"/>
        <w:pageBreakBefore/>
        <w:widowControl/>
        <w:spacing w:before="0" w:after="160" w:line="276" w:lineRule="auto"/>
        <w:ind w:left="0"/>
      </w:pPr>
      <w:r>
        <w:rPr>
          <w:rFonts w:ascii="Arial" w:hAnsi="Arial"/>
          <w:b/>
          <w:color w:val="000000"/>
          <w:sz w:val="42"/>
        </w:rPr>
        <w:t>Деректер шекаралар және бүтін сандар</w:t>
      </w:r>
    </w:p>
    <w:p>
      <w:pPr>
        <w:widowControl/>
        <w:spacing w:before="0" w:after="420" w:line="276" w:lineRule="auto"/>
        <w:ind w:left="0"/>
      </w:pPr>
      <w:r>
        <w:rPr>
          <w:rFonts w:ascii="Arial" w:hAnsi="Arial"/>
          <w:b w:val="0"/>
          <w:color w:val="000000"/>
          <w:sz w:val="20"/>
        </w:rPr>
        <w:t>Жаттығулар · Тапсырмалар 155–159</w:t>
      </w:r>
    </w:p>
    <w:p>
      <w:pPr>
        <w:widowControl/>
        <w:spacing w:before="0" w:after="240" w:line="276" w:lineRule="auto"/>
        <w:ind w:left="0"/>
      </w:pPr>
      <w:r>
        <w:rPr>
          <w:rFonts w:ascii="Arial" w:hAnsi="Arial"/>
          <w:b w:val="0"/>
          <w:color w:val="000000"/>
          <w:sz w:val="21"/>
        </w:rPr>
        <w:t>A — A үлкен; B — B үлкен; C — тең; D — ақпарат жеткіліксіз.</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155.</w:t>
        <w:tab/>
      </w:r>
      <w:r>
        <w:rPr>
          <w:rFonts w:ascii="Arial" w:hAnsi="Arial"/>
          <w:sz w:val="21"/>
        </w:rPr>
        <w:t>Төрт санның арифметикалық ортасы 9.</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Осы сандардың қосындысы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36</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156.</w:t>
        <w:tab/>
      </w:r>
      <w:r>
        <w:rPr>
          <w:rFonts w:ascii="Arial" w:hAnsi="Arial"/>
          <w:sz w:val="21"/>
        </w:rPr>
        <w:t>Бағандардағы мәндерді салыстырыңыз.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2, 5, 8, 10, 14 қатарының медианасы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Осы қатардың арифметикалық ортасы</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157.</w:t>
        <w:tab/>
      </w:r>
      <w:r>
        <w:rPr>
          <w:rFonts w:ascii="Arial" w:hAnsi="Arial"/>
          <w:sz w:val="21"/>
        </w:rPr>
        <w:t>n — натурал сан.</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n + 1</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n</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158.</w:t>
        <w:tab/>
      </w:r>
      <w:r>
        <w:rPr>
          <w:rFonts w:ascii="Arial" w:hAnsi="Arial"/>
          <w:sz w:val="21"/>
        </w:rPr>
        <w:t>n — бүтін сан, −2 &lt; n &lt; 2.</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n²</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1</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159.</w:t>
        <w:tab/>
      </w:r>
      <w:r>
        <w:rPr>
          <w:rFonts w:ascii="Arial" w:hAnsi="Arial"/>
          <w:sz w:val="21"/>
        </w:rPr>
        <w:t>Бағандардағы мәндерді салыстырыңыз.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−4-тен 4-ке дейінгі бүтін сандар саны, шеттері қоса есептеледі</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8</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Деректер шекаралар және бүтін сандар</w:t>
      </w:r>
    </w:p>
    <w:p>
      <w:pPr>
        <w:widowControl/>
        <w:spacing w:before="0" w:after="420" w:line="276" w:lineRule="auto"/>
        <w:ind w:left="0"/>
      </w:pPr>
      <w:r>
        <w:rPr>
          <w:rFonts w:ascii="Arial" w:hAnsi="Arial"/>
          <w:b w:val="0"/>
          <w:color w:val="000000"/>
          <w:sz w:val="20"/>
        </w:rPr>
        <w:t>Жаттығулар · Тапсырмалар 160–164</w:t>
      </w:r>
    </w:p>
    <w:p>
      <w:pPr>
        <w:widowControl/>
        <w:spacing w:before="0" w:after="240" w:line="276" w:lineRule="auto"/>
        <w:ind w:left="0"/>
      </w:pPr>
      <w:r>
        <w:rPr>
          <w:rFonts w:ascii="Arial" w:hAnsi="Arial"/>
          <w:b w:val="0"/>
          <w:color w:val="000000"/>
          <w:sz w:val="21"/>
        </w:rPr>
        <w:t>A — A үлкен; B — B үлкен; C — тең; D — ақпарат жеткіліксіз.</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160.</w:t>
        <w:tab/>
      </w:r>
      <w:r>
        <w:rPr>
          <w:rFonts w:ascii="Arial" w:hAnsi="Arial"/>
          <w:sz w:val="21"/>
        </w:rPr>
        <w:t>Бағандардағы мәндерді салыстырыңыз.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6 және 8 сандарының ЕКОЕ-і</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48 және 72 сандарының ЕҮОБ-ы</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161.</w:t>
        <w:tab/>
      </w:r>
      <w:r>
        <w:rPr>
          <w:rFonts w:ascii="Arial" w:hAnsi="Arial"/>
          <w:sz w:val="21"/>
        </w:rPr>
        <w:t>Жиынтықтағы 5 санның әрқайсысын 3-ке арттырды.</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Қосындының өсімі</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Арифметикалық ортаның өсімі</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162.</w:t>
        <w:tab/>
      </w:r>
      <w:r>
        <w:rPr>
          <w:rFonts w:ascii="Arial" w:hAnsi="Arial"/>
          <w:sz w:val="21"/>
        </w:rPr>
        <w:t>a мен b — оң бүтін сандар, a + b = 9.</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a · b</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18</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163.</w:t>
        <w:tab/>
      </w:r>
      <w:r>
        <w:rPr>
          <w:rFonts w:ascii="Arial" w:hAnsi="Arial"/>
          <w:sz w:val="21"/>
        </w:rPr>
        <w:t>Бағандардағы мәндерді салыстырыңыз.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5 қатысушыдан құрылатын жұптар саны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6 қатысушыдан құрылатын жұптар саны</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164.</w:t>
        <w:tab/>
      </w:r>
      <w:r>
        <w:rPr>
          <w:rFonts w:ascii="Arial" w:hAnsi="Arial"/>
          <w:sz w:val="21"/>
        </w:rPr>
        <w:t>a мен b сандарының арифметикалық ортасы 12.</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(a + b)/2</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12</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Графикалық жаттығулар</w:t>
      </w:r>
    </w:p>
    <w:p>
      <w:pPr>
        <w:widowControl/>
        <w:spacing w:before="0" w:after="420" w:line="276" w:lineRule="auto"/>
        <w:ind w:left="0"/>
      </w:pPr>
      <w:r>
        <w:rPr>
          <w:rFonts w:ascii="Arial" w:hAnsi="Arial"/>
          <w:b w:val="0"/>
          <w:color w:val="000000"/>
          <w:sz w:val="20"/>
        </w:rPr>
        <w:t>Тапсырмалар 165–166 · Суреттер мен шкалаларды оқу</w:t>
      </w:r>
    </w:p>
    <w:p>
      <w:pPr>
        <w:keepNext/>
        <w:spacing w:after="200"/>
        <w:jc w:val="center"/>
      </w:pPr>
      <w:r>
        <w:drawing>
          <wp:inline xmlns:a="http://schemas.openxmlformats.org/drawingml/2006/main" xmlns:pic="http://schemas.openxmlformats.org/drawingml/2006/picture">
            <wp:extent cx="5740400" cy="1033272"/>
            <wp:docPr id="2" name="Picture 2"/>
            <wp:cNvGraphicFramePr>
              <a:graphicFrameLocks noChangeAspect="1"/>
            </wp:cNvGraphicFramePr>
            <a:graphic>
              <a:graphicData uri="http://schemas.openxmlformats.org/drawingml/2006/picture">
                <pic:pic>
                  <pic:nvPicPr>
                    <pic:cNvPr id="0" name="numberline.png"/>
                    <pic:cNvPicPr/>
                  </pic:nvPicPr>
                  <pic:blipFill>
                    <a:blip r:embed="rId12"/>
                    <a:stretch>
                      <a:fillRect/>
                    </a:stretch>
                  </pic:blipFill>
                  <pic:spPr>
                    <a:xfrm>
                      <a:off x="0" y="0"/>
                      <a:ext cx="5740400" cy="1033272"/>
                    </a:xfrm>
                    <a:prstGeom prst="rect"/>
                  </pic:spPr>
                </pic:pic>
              </a:graphicData>
            </a:graphic>
          </wp:inline>
        </w:drawing>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165.</w:t>
        <w:tab/>
      </w:r>
      <w:r>
        <w:rPr>
          <w:rFonts w:ascii="Arial" w:hAnsi="Arial"/>
          <w:sz w:val="21"/>
        </w:rPr>
        <w:t>Координаталық түзуден P нүктесінің координатасын табыңыз. Көршілес бөліктердің арақашықтығы бірдей.</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4</w:t>
        <w:tab/>
        <w:t>B)  8</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6</w:t>
        <w:tab/>
        <w:t>D)  5</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166.</w:t>
        <w:tab/>
      </w:r>
      <w:r>
        <w:rPr>
          <w:rFonts w:ascii="Arial" w:hAnsi="Arial"/>
          <w:sz w:val="21"/>
        </w:rPr>
        <w:t>Координаталық түзуді пайдаланыңыз.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P координатасы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6</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Графикалық жаттығулар</w:t>
      </w:r>
    </w:p>
    <w:p>
      <w:pPr>
        <w:widowControl/>
        <w:spacing w:before="0" w:after="420" w:line="276" w:lineRule="auto"/>
        <w:ind w:left="0"/>
      </w:pPr>
      <w:r>
        <w:rPr>
          <w:rFonts w:ascii="Arial" w:hAnsi="Arial"/>
          <w:b w:val="0"/>
          <w:color w:val="000000"/>
          <w:sz w:val="20"/>
        </w:rPr>
        <w:t>Тапсырмалар 167–168 · Суреттер мен шкалаларды оқу</w:t>
      </w:r>
    </w:p>
    <w:p>
      <w:pPr>
        <w:keepNext/>
        <w:spacing w:after="200"/>
        <w:jc w:val="center"/>
      </w:pPr>
      <w:r>
        <w:drawing>
          <wp:inline xmlns:a="http://schemas.openxmlformats.org/drawingml/2006/main" xmlns:pic="http://schemas.openxmlformats.org/drawingml/2006/picture">
            <wp:extent cx="5740400" cy="2009140"/>
            <wp:docPr id="3" name="Picture 3"/>
            <wp:cNvGraphicFramePr>
              <a:graphicFrameLocks noChangeAspect="1"/>
            </wp:cNvGraphicFramePr>
            <a:graphic>
              <a:graphicData uri="http://schemas.openxmlformats.org/drawingml/2006/picture">
                <pic:pic>
                  <pic:nvPicPr>
                    <pic:cNvPr id="0" name="bars.png"/>
                    <pic:cNvPicPr/>
                  </pic:nvPicPr>
                  <pic:blipFill>
                    <a:blip r:embed="rId13"/>
                    <a:stretch>
                      <a:fillRect/>
                    </a:stretch>
                  </pic:blipFill>
                  <pic:spPr>
                    <a:xfrm>
                      <a:off x="0" y="0"/>
                      <a:ext cx="5740400" cy="2009140"/>
                    </a:xfrm>
                    <a:prstGeom prst="rect"/>
                  </pic:spPr>
                </pic:pic>
              </a:graphicData>
            </a:graphic>
          </wp:inline>
        </w:drawing>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167.</w:t>
        <w:tab/>
      </w:r>
      <w:r>
        <w:rPr>
          <w:rFonts w:ascii="Arial" w:hAnsi="Arial"/>
          <w:sz w:val="21"/>
        </w:rPr>
        <w:t>Бағандық диаграмма бойынша сәрсенбіде берілген кітаптар саны сейсенбіге қарағанда неше пайызға көп екенін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75%</w:t>
        <w:tab/>
        <w:t>B)  25%</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33 1/3%</w:t>
        <w:tab/>
        <w:t>D)  50%</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168.</w:t>
        <w:tab/>
      </w:r>
      <w:r>
        <w:rPr>
          <w:rFonts w:ascii="Arial" w:hAnsi="Arial"/>
          <w:sz w:val="21"/>
        </w:rPr>
        <w:t>Диаграммада берілген кітаптар саны көрсетілген.</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Дүйсенбі мен сейсенбіде бірге берілгені</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Бейсенбіде берілгені</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Графикалық жаттығулар</w:t>
      </w:r>
    </w:p>
    <w:p>
      <w:pPr>
        <w:widowControl/>
        <w:spacing w:before="0" w:after="420" w:line="276" w:lineRule="auto"/>
        <w:ind w:left="0"/>
      </w:pPr>
      <w:r>
        <w:rPr>
          <w:rFonts w:ascii="Arial" w:hAnsi="Arial"/>
          <w:b w:val="0"/>
          <w:color w:val="000000"/>
          <w:sz w:val="20"/>
        </w:rPr>
        <w:t>Тапсырмалар 169–170 · Суреттер мен шкалаларды оқу</w:t>
      </w:r>
    </w:p>
    <w:p>
      <w:pPr>
        <w:keepNext/>
        <w:spacing w:after="200"/>
        <w:jc w:val="center"/>
      </w:pPr>
      <w:r>
        <w:drawing>
          <wp:inline xmlns:a="http://schemas.openxmlformats.org/drawingml/2006/main" xmlns:pic="http://schemas.openxmlformats.org/drawingml/2006/picture">
            <wp:extent cx="5740400" cy="2009140"/>
            <wp:docPr id="4" name="Picture 4"/>
            <wp:cNvGraphicFramePr>
              <a:graphicFrameLocks noChangeAspect="1"/>
            </wp:cNvGraphicFramePr>
            <a:graphic>
              <a:graphicData uri="http://schemas.openxmlformats.org/drawingml/2006/picture">
                <pic:pic>
                  <pic:nvPicPr>
                    <pic:cNvPr id="0" name="journey.png"/>
                    <pic:cNvPicPr/>
                  </pic:nvPicPr>
                  <pic:blipFill>
                    <a:blip r:embed="rId14"/>
                    <a:stretch>
                      <a:fillRect/>
                    </a:stretch>
                  </pic:blipFill>
                  <pic:spPr>
                    <a:xfrm>
                      <a:off x="0" y="0"/>
                      <a:ext cx="5740400" cy="2009140"/>
                    </a:xfrm>
                    <a:prstGeom prst="rect"/>
                  </pic:spPr>
                </pic:pic>
              </a:graphicData>
            </a:graphic>
          </wp:inline>
        </w:drawing>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169.</w:t>
        <w:tab/>
      </w:r>
      <w:r>
        <w:rPr>
          <w:rFonts w:ascii="Arial" w:hAnsi="Arial"/>
          <w:sz w:val="21"/>
        </w:rPr>
        <w:t>Графикте үйден қашықтық көрсетілген. Аялдау неше минутқа созылды?</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20 мин</w:t>
        <w:tab/>
        <w:t>B)  10 мин</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30 мин</w:t>
        <w:tab/>
        <w:t>D)  40 мин</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170.</w:t>
        <w:tab/>
      </w:r>
      <w:r>
        <w:rPr>
          <w:rFonts w:ascii="Arial" w:hAnsi="Arial"/>
          <w:sz w:val="21"/>
        </w:rPr>
        <w:t>Үйден қашықтық графигін пайдаланыңыз.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0–20 минуттағы жылдамдық</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40–60 минуттағы жылдамдық</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Графикалық жаттығулар</w:t>
      </w:r>
    </w:p>
    <w:p>
      <w:pPr>
        <w:widowControl/>
        <w:spacing w:before="0" w:after="420" w:line="276" w:lineRule="auto"/>
        <w:ind w:left="0"/>
      </w:pPr>
      <w:r>
        <w:rPr>
          <w:rFonts w:ascii="Arial" w:hAnsi="Arial"/>
          <w:b w:val="0"/>
          <w:color w:val="000000"/>
          <w:sz w:val="20"/>
        </w:rPr>
        <w:t>Тапсырмалар 171–172 · Суреттер мен шкалаларды оқу</w:t>
      </w:r>
    </w:p>
    <w:p>
      <w:pPr>
        <w:keepNext/>
        <w:spacing w:after="200"/>
        <w:jc w:val="center"/>
      </w:pPr>
      <w:r>
        <w:drawing>
          <wp:inline xmlns:a="http://schemas.openxmlformats.org/drawingml/2006/main" xmlns:pic="http://schemas.openxmlformats.org/drawingml/2006/picture">
            <wp:extent cx="5740400" cy="2009140"/>
            <wp:docPr id="5" name="Picture 5"/>
            <wp:cNvGraphicFramePr>
              <a:graphicFrameLocks noChangeAspect="1"/>
            </wp:cNvGraphicFramePr>
            <a:graphic>
              <a:graphicData uri="http://schemas.openxmlformats.org/drawingml/2006/picture">
                <pic:pic>
                  <pic:nvPicPr>
                    <pic:cNvPr id="0" name="lshape.png"/>
                    <pic:cNvPicPr/>
                  </pic:nvPicPr>
                  <pic:blipFill>
                    <a:blip r:embed="rId15"/>
                    <a:stretch>
                      <a:fillRect/>
                    </a:stretch>
                  </pic:blipFill>
                  <pic:spPr>
                    <a:xfrm>
                      <a:off x="0" y="0"/>
                      <a:ext cx="5740400" cy="2009140"/>
                    </a:xfrm>
                    <a:prstGeom prst="rect"/>
                  </pic:spPr>
                </pic:pic>
              </a:graphicData>
            </a:graphic>
          </wp:inline>
        </w:drawing>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171.</w:t>
        <w:tab/>
      </w:r>
      <w:r>
        <w:rPr>
          <w:rFonts w:ascii="Arial" w:hAnsi="Arial"/>
          <w:sz w:val="21"/>
        </w:rPr>
        <w:t>Берілген өлшемдер бойынша боялған Г тәрізді фигураның ауданын табыңыз. Барлық бұрыштар тік.</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54 см²</w:t>
        <w:tab/>
        <w:t>B)  66 см²</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72 см²</w:t>
        <w:tab/>
        <w:t>D)  96 см²</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172.</w:t>
        <w:tab/>
      </w:r>
      <w:r>
        <w:rPr>
          <w:rFonts w:ascii="Arial" w:hAnsi="Arial"/>
          <w:sz w:val="21"/>
        </w:rPr>
        <w:t>Фигураның барлық бұрыштары тік.</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Боялған фигураның ауданы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Қиып алынған бұрыштың ауданы</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Графикалық жаттығулар</w:t>
      </w:r>
    </w:p>
    <w:p>
      <w:pPr>
        <w:widowControl/>
        <w:spacing w:before="0" w:after="420" w:line="276" w:lineRule="auto"/>
        <w:ind w:left="0"/>
      </w:pPr>
      <w:r>
        <w:rPr>
          <w:rFonts w:ascii="Arial" w:hAnsi="Arial"/>
          <w:b w:val="0"/>
          <w:color w:val="000000"/>
          <w:sz w:val="20"/>
        </w:rPr>
        <w:t>Тапсырмалар 173–174 · Суреттер мен шкалаларды оқу</w:t>
      </w:r>
    </w:p>
    <w:p>
      <w:pPr>
        <w:keepNext/>
        <w:spacing w:after="200"/>
        <w:jc w:val="center"/>
      </w:pPr>
      <w:r>
        <w:drawing>
          <wp:inline xmlns:a="http://schemas.openxmlformats.org/drawingml/2006/main" xmlns:pic="http://schemas.openxmlformats.org/drawingml/2006/picture">
            <wp:extent cx="5740400" cy="1722120"/>
            <wp:docPr id="6" name="Picture 6"/>
            <wp:cNvGraphicFramePr>
              <a:graphicFrameLocks noChangeAspect="1"/>
            </wp:cNvGraphicFramePr>
            <a:graphic>
              <a:graphicData uri="http://schemas.openxmlformats.org/drawingml/2006/picture">
                <pic:pic>
                  <pic:nvPicPr>
                    <pic:cNvPr id="0" name="shade.png"/>
                    <pic:cNvPicPr/>
                  </pic:nvPicPr>
                  <pic:blipFill>
                    <a:blip r:embed="rId16"/>
                    <a:stretch>
                      <a:fillRect/>
                    </a:stretch>
                  </pic:blipFill>
                  <pic:spPr>
                    <a:xfrm>
                      <a:off x="0" y="0"/>
                      <a:ext cx="5740400" cy="1722120"/>
                    </a:xfrm>
                    <a:prstGeom prst="rect"/>
                  </pic:spPr>
                </pic:pic>
              </a:graphicData>
            </a:graphic>
          </wp:inline>
        </w:drawing>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173.</w:t>
        <w:tab/>
      </w:r>
      <w:r>
        <w:rPr>
          <w:rFonts w:ascii="Arial" w:hAnsi="Arial"/>
          <w:sz w:val="21"/>
        </w:rPr>
        <w:t>Шаршы төрт тең кіші шаршыға бөлінген. Суретте үлкен шаршы ауданының қандай бөлігі боялғанын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1/4</w:t>
        <w:tab/>
        <w:t>B)  1/2</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3/4</w:t>
        <w:tab/>
        <w:t>D)  3/8</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174.</w:t>
        <w:tab/>
      </w:r>
      <w:r>
        <w:rPr>
          <w:rFonts w:ascii="Arial" w:hAnsi="Arial"/>
          <w:sz w:val="21"/>
        </w:rPr>
        <w:t>Үлкен шаршы төрт тең кіші шаршыға бөлінген.</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Боялған аудан</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Боялмаған аудан</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Графикалық жаттығулар</w:t>
      </w:r>
    </w:p>
    <w:p>
      <w:pPr>
        <w:widowControl/>
        <w:spacing w:before="0" w:after="420" w:line="276" w:lineRule="auto"/>
        <w:ind w:left="0"/>
      </w:pPr>
      <w:r>
        <w:rPr>
          <w:rFonts w:ascii="Arial" w:hAnsi="Arial"/>
          <w:b w:val="0"/>
          <w:color w:val="000000"/>
          <w:sz w:val="20"/>
        </w:rPr>
        <w:t>Тапсырмалар 175–176 · Суреттер мен шкалаларды оқу</w:t>
      </w:r>
    </w:p>
    <w:p>
      <w:pPr>
        <w:keepNext/>
        <w:spacing w:after="200"/>
        <w:jc w:val="center"/>
      </w:pPr>
      <w:r>
        <w:drawing>
          <wp:inline xmlns:a="http://schemas.openxmlformats.org/drawingml/2006/main" xmlns:pic="http://schemas.openxmlformats.org/drawingml/2006/picture">
            <wp:extent cx="5740400" cy="2009140"/>
            <wp:docPr id="7" name="Picture 7"/>
            <wp:cNvGraphicFramePr>
              <a:graphicFrameLocks noChangeAspect="1"/>
            </wp:cNvGraphicFramePr>
            <a:graphic>
              <a:graphicData uri="http://schemas.openxmlformats.org/drawingml/2006/picture">
                <pic:pic>
                  <pic:nvPicPr>
                    <pic:cNvPr id="0" name="pie.png"/>
                    <pic:cNvPicPr/>
                  </pic:nvPicPr>
                  <pic:blipFill>
                    <a:blip r:embed="rId17"/>
                    <a:stretch>
                      <a:fillRect/>
                    </a:stretch>
                  </pic:blipFill>
                  <pic:spPr>
                    <a:xfrm>
                      <a:off x="0" y="0"/>
                      <a:ext cx="5740400" cy="2009140"/>
                    </a:xfrm>
                    <a:prstGeom prst="rect"/>
                  </pic:spPr>
                </pic:pic>
              </a:graphicData>
            </a:graphic>
          </wp:inline>
        </w:drawing>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175.</w:t>
        <w:tab/>
      </w:r>
      <w:r>
        <w:rPr>
          <w:rFonts w:ascii="Arial" w:hAnsi="Arial"/>
          <w:sz w:val="21"/>
        </w:rPr>
        <w:t>Диаграммадағы отбасының шығыны 80 000 теңге. Көлікке қанша жұмсалған?</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16 000 теңге</w:t>
        <w:tab/>
        <w:t>B)  8000 теңге</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12 000 теңге</w:t>
        <w:tab/>
        <w:t>D)  20 000 теңге</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176.</w:t>
        <w:tab/>
      </w:r>
      <w:r>
        <w:rPr>
          <w:rFonts w:ascii="Arial" w:hAnsi="Arial"/>
          <w:sz w:val="21"/>
        </w:rPr>
        <w:t>Шығындардың дөңгелек диаграммасын пайдаланыңыз.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Азық-түлік шығыны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Көлік пен баспана шығыны бірге</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Графикалық жаттығулар</w:t>
      </w:r>
    </w:p>
    <w:p>
      <w:pPr>
        <w:widowControl/>
        <w:spacing w:before="0" w:after="420" w:line="276" w:lineRule="auto"/>
        <w:ind w:left="0"/>
      </w:pPr>
      <w:r>
        <w:rPr>
          <w:rFonts w:ascii="Arial" w:hAnsi="Arial"/>
          <w:b w:val="0"/>
          <w:color w:val="000000"/>
          <w:sz w:val="20"/>
        </w:rPr>
        <w:t>Тапсырмалар 177–178 · Суреттер мен шкалаларды оқу</w:t>
      </w:r>
    </w:p>
    <w:p>
      <w:pPr>
        <w:keepNext/>
        <w:spacing w:after="200"/>
        <w:jc w:val="center"/>
      </w:pPr>
      <w:r>
        <w:drawing>
          <wp:inline xmlns:a="http://schemas.openxmlformats.org/drawingml/2006/main" xmlns:pic="http://schemas.openxmlformats.org/drawingml/2006/picture">
            <wp:extent cx="5740400" cy="2009140"/>
            <wp:docPr id="8" name="Picture 8"/>
            <wp:cNvGraphicFramePr>
              <a:graphicFrameLocks noChangeAspect="1"/>
            </wp:cNvGraphicFramePr>
            <a:graphic>
              <a:graphicData uri="http://schemas.openxmlformats.org/drawingml/2006/picture">
                <pic:pic>
                  <pic:nvPicPr>
                    <pic:cNvPr id="0" name="triangle.png"/>
                    <pic:cNvPicPr/>
                  </pic:nvPicPr>
                  <pic:blipFill>
                    <a:blip r:embed="rId18"/>
                    <a:stretch>
                      <a:fillRect/>
                    </a:stretch>
                  </pic:blipFill>
                  <pic:spPr>
                    <a:xfrm>
                      <a:off x="0" y="0"/>
                      <a:ext cx="5740400" cy="2009140"/>
                    </a:xfrm>
                    <a:prstGeom prst="rect"/>
                  </pic:spPr>
                </pic:pic>
              </a:graphicData>
            </a:graphic>
          </wp:inline>
        </w:drawing>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177.</w:t>
        <w:tab/>
      </w:r>
      <w:r>
        <w:rPr>
          <w:rFonts w:ascii="Arial" w:hAnsi="Arial"/>
          <w:sz w:val="21"/>
        </w:rPr>
        <w:t>Тордағы ұяшықтың қабырғасы 1 см. ABC үшбұрышының ауданын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9 см²</w:t>
        <w:tab/>
        <w:t>B)  24 см²</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12 см²</w:t>
        <w:tab/>
        <w:t>D)  6 см²</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178.</w:t>
        <w:tab/>
      </w:r>
      <w:r>
        <w:rPr>
          <w:rFonts w:ascii="Arial" w:hAnsi="Arial"/>
          <w:sz w:val="21"/>
        </w:rPr>
        <w:t>Ұяшық қабырғасы 1 см.</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ABC үшбұрышының ауданы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12 см²</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Графикалық жаттығулар</w:t>
      </w:r>
    </w:p>
    <w:p>
      <w:pPr>
        <w:widowControl/>
        <w:spacing w:before="0" w:after="420" w:line="276" w:lineRule="auto"/>
        <w:ind w:left="0"/>
      </w:pPr>
      <w:r>
        <w:rPr>
          <w:rFonts w:ascii="Arial" w:hAnsi="Arial"/>
          <w:b w:val="0"/>
          <w:color w:val="000000"/>
          <w:sz w:val="20"/>
        </w:rPr>
        <w:t>Тапсырмалар 179–180 · Суреттер мен шкалаларды оқу</w:t>
      </w:r>
    </w:p>
    <w:p>
      <w:pPr>
        <w:keepNext/>
        <w:spacing w:after="200"/>
        <w:jc w:val="center"/>
      </w:pPr>
      <w:r>
        <w:drawing>
          <wp:inline xmlns:a="http://schemas.openxmlformats.org/drawingml/2006/main" xmlns:pic="http://schemas.openxmlformats.org/drawingml/2006/picture">
            <wp:extent cx="5740400" cy="2123948"/>
            <wp:docPr id="9" name="Picture 9"/>
            <wp:cNvGraphicFramePr>
              <a:graphicFrameLocks noChangeAspect="1"/>
            </wp:cNvGraphicFramePr>
            <a:graphic>
              <a:graphicData uri="http://schemas.openxmlformats.org/drawingml/2006/picture">
                <pic:pic>
                  <pic:nvPicPr>
                    <pic:cNvPr id="0" name="tariffs.png"/>
                    <pic:cNvPicPr/>
                  </pic:nvPicPr>
                  <pic:blipFill>
                    <a:blip r:embed="rId19"/>
                    <a:stretch>
                      <a:fillRect/>
                    </a:stretch>
                  </pic:blipFill>
                  <pic:spPr>
                    <a:xfrm>
                      <a:off x="0" y="0"/>
                      <a:ext cx="5740400" cy="2123948"/>
                    </a:xfrm>
                    <a:prstGeom prst="rect"/>
                  </pic:spPr>
                </pic:pic>
              </a:graphicData>
            </a:graphic>
          </wp:inline>
        </w:drawing>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179.</w:t>
        <w:tab/>
      </w:r>
      <w:r>
        <w:rPr>
          <w:rFonts w:ascii="Arial" w:hAnsi="Arial"/>
          <w:sz w:val="21"/>
        </w:rPr>
        <w:t>Екі тарифтің графигі бойынша олардың бағалары тең болатын сапар қашықтығын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25 км</w:t>
        <w:tab/>
        <w:t>B)  20 км</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30 км</w:t>
        <w:tab/>
        <w:t>D)  10 км</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180.</w:t>
        <w:tab/>
      </w:r>
      <w:r>
        <w:rPr>
          <w:rFonts w:ascii="Arial" w:hAnsi="Arial"/>
          <w:sz w:val="21"/>
        </w:rPr>
        <w:t>Тарифтер графигін пайдаланыңыз.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10 км үшін А тарифінің бағасы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10 км үшін Б тарифінің бағасы</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Күрделірек есептер</w:t>
      </w:r>
    </w:p>
    <w:p>
      <w:pPr>
        <w:widowControl/>
        <w:spacing w:before="0" w:after="420" w:line="276" w:lineRule="auto"/>
        <w:ind w:left="0"/>
      </w:pPr>
      <w:r>
        <w:rPr>
          <w:rFonts w:ascii="Arial" w:hAnsi="Arial"/>
          <w:b w:val="0"/>
          <w:color w:val="000000"/>
          <w:sz w:val="20"/>
        </w:rPr>
        <w:t>Тапсырмалар 181–220 · Негізгі тақырыптық жаттығулардан кейін</w:t>
      </w:r>
    </w:p>
    <w:p>
      <w:pPr>
        <w:widowControl/>
        <w:spacing w:before="0" w:after="280" w:line="276" w:lineRule="auto"/>
        <w:ind w:left="0"/>
      </w:pPr>
      <w:r>
        <w:rPr>
          <w:rFonts w:ascii="Arial" w:hAnsi="Arial"/>
          <w:b w:val="0"/>
          <w:color w:val="000000"/>
          <w:sz w:val="21"/>
        </w:rPr>
        <w:t>Бұл блокта 24 математикалық есеп және 16 шамаларды салыстыру берілген. Оларда бірнеше шартты байланыстыру, санау тәсілін таңдау не сандарға қойылған шектеулерді тексеру керек. Негізгі 1–180 жаттығуларды меңгергеннен кейін бастаңыз.</w:t>
      </w:r>
    </w:p>
    <w:p>
      <w:pPr>
        <w:widowControl/>
        <w:spacing w:before="0" w:after="280" w:line="276" w:lineRule="auto"/>
        <w:ind w:left="0"/>
      </w:pPr>
      <w:r>
        <w:rPr>
          <w:rFonts w:ascii="Arial" w:hAnsi="Arial"/>
          <w:b/>
          <w:color w:val="000000"/>
          <w:sz w:val="22"/>
        </w:rPr>
        <w:t>Есептермен жұмыс істеу</w:t>
      </w:r>
    </w:p>
    <w:p>
      <w:pPr>
        <w:widowControl/>
        <w:spacing w:before="0" w:after="280" w:line="276" w:lineRule="auto"/>
        <w:ind w:left="0"/>
      </w:pPr>
      <w:r>
        <w:rPr>
          <w:rFonts w:ascii="Arial" w:hAnsi="Arial"/>
          <w:b w:val="0"/>
          <w:color w:val="000000"/>
          <w:sz w:val="21"/>
        </w:rPr>
        <w:t>Алғашқы өтуде таймерсіз, сабақ сайын 3–5 есептен шығарыңыз. Есептеуден бұрын не іздейтініңізді жазып, белгісізді белгілеңіз. Үлестерді шартта көрсетілген шамадан алыңыз, уақыт пен ұзындықты ортақ бірліктерге келтіріңіз. Нұсқаларды санағанда алдымен реттің маңызын анықтаңыз.</w:t>
      </w:r>
    </w:p>
    <w:p>
      <w:pPr>
        <w:widowControl/>
        <w:spacing w:before="0" w:after="280" w:line="276" w:lineRule="auto"/>
        <w:ind w:left="0"/>
      </w:pPr>
      <w:r>
        <w:rPr>
          <w:rFonts w:ascii="Arial" w:hAnsi="Arial"/>
          <w:b w:val="0"/>
          <w:color w:val="000000"/>
          <w:sz w:val="21"/>
        </w:rPr>
        <w:t>Мысал. Бағаны 20%-ға арттырып, кейін 10%-ға төмендетті. Бастапқы баға p болса, нәтиже p · 1,2 · 0,9 = 1,08p. Баға 8%-ға өсті. Пайыздар әртүрлі негіздерге қатысты, сондықтан 20-дан 10-ды азайтуға болмайды.</w:t>
      </w:r>
    </w:p>
    <w:p>
      <w:pPr>
        <w:widowControl/>
        <w:spacing w:before="0" w:after="280" w:line="276" w:lineRule="auto"/>
        <w:ind w:left="0"/>
      </w:pPr>
      <w:r>
        <w:rPr>
          <w:rFonts w:ascii="Arial" w:hAnsi="Arial"/>
          <w:b/>
          <w:color w:val="000000"/>
          <w:sz w:val="22"/>
        </w:rPr>
        <w:t>Салыстыруларды шешу</w:t>
      </w:r>
    </w:p>
    <w:p>
      <w:pPr>
        <w:widowControl/>
        <w:spacing w:before="0" w:after="280" w:line="276" w:lineRule="auto"/>
        <w:ind w:left="0"/>
      </w:pPr>
      <w:r>
        <w:rPr>
          <w:rFonts w:ascii="Arial" w:hAnsi="Arial"/>
          <w:b w:val="0"/>
          <w:color w:val="000000"/>
          <w:sz w:val="21"/>
        </w:rPr>
        <w:t>A — A бағаны үлкен; B — B бағаны үлкен; C — мәндер тең; D — осы үш қорытындының біреуіне дерек жеткіліксіз. Жауап барлық рұқсат етілген мәнге сай болуы керек. Мысалы, 0 &lt; x &lt; 1 болса, x² саны x-тен кіші: оң x-ті 1-ден кіші санға көбейту оны кішірейтеді.</w:t>
      </w:r>
    </w:p>
    <w:p>
      <w:pPr>
        <w:widowControl/>
        <w:spacing w:before="0" w:after="280" w:line="276" w:lineRule="auto"/>
        <w:ind w:left="0"/>
      </w:pPr>
      <w:r>
        <w:rPr>
          <w:rFonts w:ascii="Arial" w:hAnsi="Arial"/>
          <w:b w:val="0"/>
          <w:color w:val="000000"/>
          <w:sz w:val="21"/>
        </w:rPr>
        <w:t>D деп ойласаңыз, қатынастары әртүрлі екі рұқсат етілген мысал келтіріңіз. Біріндегі теңдік пен екіншісіндегі қатаң теңсіздік те D-ні растайды. Шешкен соң әріпті ғана емес, жауап негізін де салыстырыңыз. Мұндағы күрделілік — автордың оқу мақсатындағы бағасы.</w:t>
      </w:r>
    </w:p>
    <w:p>
      <w:pPr>
        <w:pStyle w:val="Heading1"/>
        <w:pageBreakBefore/>
        <w:widowControl/>
        <w:spacing w:before="0" w:after="160" w:line="276" w:lineRule="auto"/>
        <w:ind w:left="0"/>
      </w:pPr>
      <w:r>
        <w:rPr>
          <w:rFonts w:ascii="Arial" w:hAnsi="Arial"/>
          <w:b/>
          <w:color w:val="000000"/>
          <w:sz w:val="42"/>
        </w:rPr>
        <w:t>Күрделірек математика</w:t>
      </w:r>
    </w:p>
    <w:p>
      <w:pPr>
        <w:widowControl/>
        <w:spacing w:before="0" w:after="420" w:line="276" w:lineRule="auto"/>
        <w:ind w:left="0"/>
      </w:pPr>
      <w:r>
        <w:rPr>
          <w:rFonts w:ascii="Arial" w:hAnsi="Arial"/>
          <w:b w:val="0"/>
          <w:color w:val="000000"/>
          <w:sz w:val="20"/>
        </w:rPr>
        <w:t>Тапсырмалар 181–183</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181.</w:t>
        <w:tab/>
      </w:r>
      <w:r>
        <w:rPr>
          <w:rFonts w:ascii="Arial" w:hAnsi="Arial"/>
          <w:sz w:val="21"/>
        </w:rPr>
        <w:t>Алманың бүкіл партиясы үш күнде сатылды. Бірінші күні партияның 3/8 бөлігі, екінші күні қалған алманың 1/3 бөлігі сатылды. Үшінші күні бірінші күннен 24 кг артық сатылды. Партияда неше килограмм алма болған?</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576 кг</w:t>
        <w:tab/>
        <w:t>B)  384 кг</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288 кг</w:t>
        <w:tab/>
        <w:t>D)  720 кг</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182.</w:t>
        <w:tab/>
      </w:r>
      <w:r>
        <w:rPr>
          <w:rFonts w:ascii="Arial" w:hAnsi="Arial"/>
          <w:sz w:val="21"/>
        </w:rPr>
        <w:t>300 г ерітіндідегі тұздың массалық үлесі 20%. Оған 100 г су қосып араластырды. Содан кейін алынған ерітіндінің 100 грамын төгіп, орнына 100 г су қосты. Соңындағы тұздың массалық үлесі қандай?</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11,25 %</w:t>
        <w:tab/>
        <w:t>B)  10 %</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15 %</w:t>
        <w:tab/>
        <w:t>D)  12,5 %</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183.</w:t>
        <w:tab/>
      </w:r>
      <w:r>
        <w:rPr>
          <w:rFonts w:ascii="Arial" w:hAnsi="Arial"/>
          <w:sz w:val="21"/>
        </w:rPr>
        <w:t>Бірінші құбыр бос бассейнді 4 сағатта, екіншісі 6 сағатта толтырады. Ағызу тесігі толық бассейнді 12 сағатта босатады. Өнімділіктер тұрақты. Бос бассейнде екі құбыр мен ағызу тесігін қатар ашты. 1 сағаттан кейін бірінші құбырды жапты. Басталғаннан неше сағаттан кейін бассейн толады?</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9 сағ</w:t>
        <w:tab/>
        <w:t>B)  8 сағ</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6 сағ</w:t>
        <w:tab/>
        <w:t>D)  12 сағ</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Күрделірек математика</w:t>
      </w:r>
    </w:p>
    <w:p>
      <w:pPr>
        <w:widowControl/>
        <w:spacing w:before="0" w:after="420" w:line="276" w:lineRule="auto"/>
        <w:ind w:left="0"/>
      </w:pPr>
      <w:r>
        <w:rPr>
          <w:rFonts w:ascii="Arial" w:hAnsi="Arial"/>
          <w:b w:val="0"/>
          <w:color w:val="000000"/>
          <w:sz w:val="20"/>
        </w:rPr>
        <w:t>Тапсырмалар 184–186</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184.</w:t>
        <w:tab/>
      </w:r>
      <w:r>
        <w:rPr>
          <w:rFonts w:ascii="Arial" w:hAnsi="Arial"/>
          <w:sz w:val="21"/>
        </w:rPr>
        <w:t>Пойыз тұрақты жылдамдықпен жүреді. Қозғалмайтын бағананың жанынан толық 12 с-та, ұзындығы 180 м көпірден 24 с-та өтеді. Ұзындығы 450 м тоннельден толық неше секундта өтеді? Уақыт алдыңғы бөлігі кіргеннен соңғы вагон шыққанға дейін есептеледі.</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36 с</w:t>
        <w:tab/>
        <w:t>B)  30 с</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54 с</w:t>
        <w:tab/>
        <w:t>D)  42 с</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185.</w:t>
        <w:tab/>
      </w:r>
      <w:r>
        <w:rPr>
          <w:rFonts w:ascii="Arial" w:hAnsi="Arial"/>
          <w:sz w:val="21"/>
        </w:rPr>
        <w:t>Бірдей жеті дәптер мен бірдей бес қалам 2670 тг тұрады. Осындай бес дәптер мен жеті қалам 2370 тг тұрады. Бір дәптердің бағасы қандай?</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135 тг</w:t>
        <w:tab/>
        <w:t>B)  210 тг</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300 тг</w:t>
        <w:tab/>
        <w:t>D)  285 тг</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186.</w:t>
        <w:tab/>
      </w:r>
      <w:r>
        <w:rPr>
          <w:rFonts w:ascii="Arial" w:hAnsi="Arial"/>
          <w:sz w:val="21"/>
        </w:rPr>
        <w:t>Үш таңбалы санның құрамында 0 цифры жоқ, ол 9-ға және 5-ке бөлінеді. Цифрларын кері ретпен жазғанда бастапқы саннан 396-ға кіші сан шығады. Бастапқы санды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915</w:t>
        <w:tab/>
        <w:t>B)  945</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549</w:t>
        <w:tab/>
        <w:t>D)  495</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Күрделірек математика</w:t>
      </w:r>
    </w:p>
    <w:p>
      <w:pPr>
        <w:widowControl/>
        <w:spacing w:before="0" w:after="420" w:line="276" w:lineRule="auto"/>
        <w:ind w:left="0"/>
      </w:pPr>
      <w:r>
        <w:rPr>
          <w:rFonts w:ascii="Arial" w:hAnsi="Arial"/>
          <w:b w:val="0"/>
          <w:color w:val="000000"/>
          <w:sz w:val="20"/>
        </w:rPr>
        <w:t>Тапсырмалар 187–189</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187.</w:t>
        <w:tab/>
      </w:r>
      <w:r>
        <w:rPr>
          <w:rFonts w:ascii="Arial" w:hAnsi="Arial"/>
          <w:sz w:val="21"/>
        </w:rPr>
        <w:t>Натурал санды 3-ке бөлгенде 2, 4-ке бөлгенде 3, 5-ке бөлгенде 4 қалдық қалады. Сонымен қатар ол 7-ге бөлінеді. Осындай ең кіші санды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239</w:t>
        <w:tab/>
        <w:t>B)  119</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179</w:t>
        <w:tab/>
        <w:t>D)  59</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188.</w:t>
        <w:tab/>
      </w:r>
      <w:r>
        <w:rPr>
          <w:rFonts w:ascii="Arial" w:hAnsi="Arial"/>
          <w:sz w:val="21"/>
        </w:rPr>
        <w:t>(0; 0) нүктесінен (4; 3) нүктесіне жету керек. Әр қадамда дәл бір координатаны 1-ге арттыруға болады. (2; 1) нүктесі арқылы өтпейтін неше бағыт бар?</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18</w:t>
        <w:tab/>
        <w:t>B)  17</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35</w:t>
        <w:tab/>
        <w:t>D)  21</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189.</w:t>
        <w:tab/>
      </w:r>
      <w:r>
        <w:rPr>
          <w:rFonts w:ascii="Arial" w:hAnsi="Arial"/>
          <w:sz w:val="21"/>
        </w:rPr>
        <w:t>Бес әртүрлі оқушы бес орындыққа бір қатарға отырады. Олардың екеуі ағайынды, олар қатар отырмауы керек. Оқушыларды неше тәсілмен отырғызуға болады?</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48</w:t>
        <w:tab/>
        <w:t>B)  72</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120</w:t>
        <w:tab/>
        <w:t>D)  96</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Күрделірек математика</w:t>
      </w:r>
    </w:p>
    <w:p>
      <w:pPr>
        <w:widowControl/>
        <w:spacing w:before="0" w:after="420" w:line="276" w:lineRule="auto"/>
        <w:ind w:left="0"/>
      </w:pPr>
      <w:r>
        <w:rPr>
          <w:rFonts w:ascii="Arial" w:hAnsi="Arial"/>
          <w:b w:val="0"/>
          <w:color w:val="000000"/>
          <w:sz w:val="20"/>
        </w:rPr>
        <w:t>Тапсырмалар 190–192</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190.</w:t>
        <w:tab/>
      </w:r>
      <w:r>
        <w:rPr>
          <w:rFonts w:ascii="Arial" w:hAnsi="Arial"/>
          <w:sz w:val="21"/>
        </w:rPr>
        <w:t>0, 1, 2, 3 цифрларының әрқайсысын дәл бір рет қолданып төрт таңбалы сандар құрастырады. Олардың нешеуі 4-ке бөлінеді?</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8</w:t>
        <w:tab/>
        <w:t>B)  6</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4</w:t>
        <w:tab/>
        <w:t>D)  3</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191.</w:t>
        <w:tab/>
      </w:r>
      <w:r>
        <w:rPr>
          <w:rFonts w:ascii="Arial" w:hAnsi="Arial"/>
          <w:sz w:val="21"/>
        </w:rPr>
        <w:t>Тікбұрышты жер телімінің өлшемдері 18 м және 14 м. Барлық төрт қабырғаның бойымен телімнің ішкі жағынан ені бірдей жол салынды. Ортада қалған тікбұрышты көгалдың ауданы 96 м². Жолдың енін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3 м</w:t>
        <w:tab/>
        <w:t>B)  5 м</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4 м</w:t>
        <w:tab/>
        <w:t>D)  2 м</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192.</w:t>
        <w:tab/>
      </w:r>
      <w:r>
        <w:rPr>
          <w:rFonts w:ascii="Arial" w:hAnsi="Arial"/>
          <w:sz w:val="21"/>
        </w:rPr>
        <w:t>Үшбұрыштың екі қабырғасы 8 см және 11 см. Үшінші қабырғаның сантиметрмен берілген ұзындығы бүтін сан, ал периметрі жұп. Үшінші қабырға неше мән қабылдай алады?</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8</w:t>
        <w:tab/>
        <w:t>B)  15</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7</w:t>
        <w:tab/>
        <w:t>D)  6</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Күрделірек математика</w:t>
      </w:r>
    </w:p>
    <w:p>
      <w:pPr>
        <w:widowControl/>
        <w:spacing w:before="0" w:after="420" w:line="276" w:lineRule="auto"/>
        <w:ind w:left="0"/>
      </w:pPr>
      <w:r>
        <w:rPr>
          <w:rFonts w:ascii="Arial" w:hAnsi="Arial"/>
          <w:b w:val="0"/>
          <w:color w:val="000000"/>
          <w:sz w:val="20"/>
        </w:rPr>
        <w:t>Тапсырмалар 193–195</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193.</w:t>
        <w:tab/>
      </w:r>
      <w:r>
        <w:rPr>
          <w:rFonts w:ascii="Arial" w:hAnsi="Arial"/>
          <w:sz w:val="21"/>
        </w:rPr>
        <w:t>Өлшемдері 3 × 4 × 5 см тікбұрышты параллелепипед қыры 1 см текшелерден құрастырылды. Оның бүкіл сыртқы бетін бояп, кейін текшелерді ажыратты. Неше текшенің дәл екі жағы боялған?</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28</w:t>
        <w:tab/>
        <w:t>B)  32</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24</w:t>
        <w:tab/>
        <w:t>D)  20</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194.</w:t>
        <w:tab/>
      </w:r>
      <w:r>
        <w:rPr>
          <w:rFonts w:ascii="Arial" w:hAnsi="Arial"/>
          <w:sz w:val="21"/>
        </w:rPr>
        <w:t>10 оқушының тесттегі орташа нәтижесі 18 балл. Орташа нәтижесі 12 балл болатын екі оқушы басқа топқа кетті. Кейін орташа нәтижесі 21 балл болатын төрт оқушы қосылды. Жаңа топтың орташа нәтижесі қандай?</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18 балл</w:t>
        <w:tab/>
        <w:t>B)  21 балл</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20 балл</w:t>
        <w:tab/>
        <w:t>D)  19 балл</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195.</w:t>
        <w:tab/>
      </w:r>
      <w:r>
        <w:rPr>
          <w:rFonts w:ascii="Arial" w:hAnsi="Arial"/>
          <w:sz w:val="21"/>
        </w:rPr>
        <w:t>Қапта 4 қызыл, 3 көк және 2 жасыл шар бар. Екі шар кездейсоқ, қайтарусыз алынады. Әртүрлі шарлардан тұратын әр жұптың ықтималдығы бірдей. Түстері бірдей екі шар алу ықтималдығы қандай?</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7/18</w:t>
        <w:tab/>
        <w:t>B)  1/2</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1/3</w:t>
        <w:tab/>
        <w:t>D)  5/18</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Күрделірек математика</w:t>
      </w:r>
    </w:p>
    <w:p>
      <w:pPr>
        <w:widowControl/>
        <w:spacing w:before="0" w:after="420" w:line="276" w:lineRule="auto"/>
        <w:ind w:left="0"/>
      </w:pPr>
      <w:r>
        <w:rPr>
          <w:rFonts w:ascii="Arial" w:hAnsi="Arial"/>
          <w:b w:val="0"/>
          <w:color w:val="000000"/>
          <w:sz w:val="20"/>
        </w:rPr>
        <w:t>Тапсырмалар 196–198</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196.</w:t>
        <w:tab/>
      </w:r>
      <w:r>
        <w:rPr>
          <w:rFonts w:ascii="Arial" w:hAnsi="Arial"/>
          <w:sz w:val="21"/>
        </w:rPr>
        <w:t>Сыныпта 32 оқушы бар. Математика үйірмесіне 20, шахматқа 18 оқушы қатысады. Алты оқушы екі үйірменің ешқайсысына қатыспайды. Дәл бір үйірмеге қатысатындар нешеу?</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14</w:t>
        <w:tab/>
        <w:t>B)  26</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12</w:t>
        <w:tab/>
        <w:t>D)  20</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197.</w:t>
        <w:tab/>
      </w:r>
      <w:r>
        <w:rPr>
          <w:rFonts w:ascii="Arial" w:hAnsi="Arial"/>
          <w:sz w:val="21"/>
        </w:rPr>
        <w:t>А мен Б жұмысшылары тапсырысты бірге 6 сағатта, А мен В 8 сағатта, Б мен В 12 сағатта орындайды. Әрқайсысының өнімділігі тұрақты, бірлескен өнімділік жеке өнімділіктердің қосындысына тең. Үшеуі бірге тапсырысты неше уақытта орындайды?</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10 сағ 40 мин</w:t>
        <w:tab/>
        <w:t>B)  5 сағ 20 мин</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6 сағ</w:t>
        <w:tab/>
        <w:t>D)  4 сағ</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198.</w:t>
        <w:tab/>
      </w:r>
      <w:r>
        <w:rPr>
          <w:rFonts w:ascii="Arial" w:hAnsi="Arial"/>
          <w:sz w:val="21"/>
        </w:rPr>
        <w:t>Кітап беттері 1-ден соңғы бетке дейін ретімен нөмірленген. Барлық нөмірге 792 цифр жұмсалды. Кітапта неше бет бар?</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299</w:t>
        <w:tab/>
        <w:t>B)  301</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264</w:t>
        <w:tab/>
        <w:t>D)  300</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Күрделірек математика</w:t>
      </w:r>
    </w:p>
    <w:p>
      <w:pPr>
        <w:widowControl/>
        <w:spacing w:before="0" w:after="420" w:line="276" w:lineRule="auto"/>
        <w:ind w:left="0"/>
      </w:pPr>
      <w:r>
        <w:rPr>
          <w:rFonts w:ascii="Arial" w:hAnsi="Arial"/>
          <w:b w:val="0"/>
          <w:color w:val="000000"/>
          <w:sz w:val="20"/>
        </w:rPr>
        <w:t>Тапсырмалар 199–201</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199.</w:t>
        <w:tab/>
      </w:r>
      <w:r>
        <w:rPr>
          <w:rFonts w:ascii="Arial" w:hAnsi="Arial"/>
          <w:sz w:val="21"/>
        </w:rPr>
        <w:t>Бастапқы картаның масштабы 1 : 25 000. Басып шығарғанда картадағы барлық ұзындық бастапқысының 80%-ына дейін кішірейтілді. Басылымдағы екі пункттің арасы 6,4 см. Нақты арақашықтық қандай?</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2,5 км</w:t>
        <w:tab/>
        <w:t>B)  2 км</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1,28 км</w:t>
        <w:tab/>
        <w:t>D)  1,6 км</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200.</w:t>
        <w:tab/>
      </w:r>
      <w:r>
        <w:rPr>
          <w:rFonts w:ascii="Arial" w:hAnsi="Arial"/>
          <w:sz w:val="21"/>
        </w:rPr>
        <w:t>Жәшікте 5 қызыл, 7 көк және 9 жасыл шұлық бар. Қараңғыда шұлықтар қайтарусыз алынады. Әр түстен кемінде екі шұлық шығатынына кепіл болу үшін ең аз неше шұлық алу керек?</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17</w:t>
        <w:tab/>
        <w:t>B)  6</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18</w:t>
        <w:tab/>
        <w:t>D)  12</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201.</w:t>
        <w:tab/>
      </w:r>
      <w:r>
        <w:rPr>
          <w:rFonts w:ascii="Arial" w:hAnsi="Arial"/>
          <w:sz w:val="21"/>
        </w:rPr>
        <w:t>17 жолаушыны бір мезгілде бір сапармен тасу керек. Таксиде 4 жолаушы орны бар, сапары 1800 тг. Шағын автобуста 7 жолаушы орны бар, сапары 2800 тг. Екі түрден де кез келген санын тапсырыс беруге болады, бос орындар қалуы мүмкін. Ең аз жалпы құн қандай?</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7200 тг</w:t>
        <w:tab/>
        <w:t>B)  8400 тг</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8200 тг</w:t>
        <w:tab/>
        <w:t>D)  7400 тг</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Күрделірек математика</w:t>
      </w:r>
    </w:p>
    <w:p>
      <w:pPr>
        <w:widowControl/>
        <w:spacing w:before="0" w:after="420" w:line="276" w:lineRule="auto"/>
        <w:ind w:left="0"/>
      </w:pPr>
      <w:r>
        <w:rPr>
          <w:rFonts w:ascii="Arial" w:hAnsi="Arial"/>
          <w:b w:val="0"/>
          <w:color w:val="000000"/>
          <w:sz w:val="20"/>
        </w:rPr>
        <w:t>Тапсырмалар 202–204</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202.</w:t>
        <w:tab/>
      </w:r>
      <w:r>
        <w:rPr>
          <w:rFonts w:ascii="Arial" w:hAnsi="Arial"/>
          <w:sz w:val="21"/>
        </w:rPr>
        <w:t>Қатарда 10 ұяшық бар. Дәл 3 ұяшық таңдау керек, таңдалған ешбір екеуінің ортақ қабырғасы болмауы тиіс. Неше таңдау тәсілі бар?</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64</w:t>
        <w:tab/>
        <w:t>B)  120</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35</w:t>
        <w:tab/>
        <w:t>D)  56</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203.</w:t>
        <w:tab/>
      </w:r>
      <w:r>
        <w:rPr>
          <w:rFonts w:ascii="Arial" w:hAnsi="Arial"/>
          <w:sz w:val="21"/>
        </w:rPr>
        <w:t>Тіктөртбұрыш 3 қатар және 4 баған бірдей шаршы ұяшыққа бөлінген. Қабырғалары тор сызықтары бойымен өтетін, бірақ шаршы болмайтын неше тіктөртбұрыш бар?</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40</w:t>
        <w:tab/>
        <w:t>B)  20</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48</w:t>
        <w:tab/>
        <w:t>D)  60</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204.</w:t>
        <w:tab/>
      </w:r>
      <w:r>
        <w:rPr>
          <w:rFonts w:ascii="Arial" w:hAnsi="Arial"/>
          <w:sz w:val="21"/>
        </w:rPr>
        <w:t>Өлшемдері 20 × 12 см тікбұрышты парақтың бір бұрышын қиып алды. Кесу сызығы екі іргелес қабырғадағы нүктелерді қосады: бастапқы бұрыштан оларға дейінгі қашықтықтар 3 см және 4 см. Кесу ұзындығы 5 см. Қалған бөліктің периметрін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62 см</w:t>
        <w:tab/>
        <w:t>B)  64 см</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57 см</w:t>
        <w:tab/>
        <w:t>D)  59 см</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Күрделірек салыстырулар</w:t>
      </w:r>
    </w:p>
    <w:p>
      <w:pPr>
        <w:widowControl/>
        <w:spacing w:before="0" w:after="420" w:line="276" w:lineRule="auto"/>
        <w:ind w:left="0"/>
      </w:pPr>
      <w:r>
        <w:rPr>
          <w:rFonts w:ascii="Arial" w:hAnsi="Arial"/>
          <w:b w:val="0"/>
          <w:color w:val="000000"/>
          <w:sz w:val="20"/>
        </w:rPr>
        <w:t>Тапсырмалар 205–208</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205.</w:t>
        <w:tab/>
      </w:r>
      <w:r>
        <w:rPr>
          <w:rFonts w:ascii="Arial" w:hAnsi="Arial"/>
          <w:sz w:val="21"/>
        </w:rPr>
        <w:t>Оң a мен b сандары a + b = 12 және ab = 32 шарттарын қанағаттандырады.</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a² + b²</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80</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206.</w:t>
        <w:tab/>
      </w:r>
      <w:r>
        <w:rPr>
          <w:rFonts w:ascii="Arial" w:hAnsi="Arial"/>
          <w:sz w:val="21"/>
        </w:rPr>
        <w:t>x пен y — оң сандар, x + y = 10.</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xy</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25</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207.</w:t>
        <w:tab/>
      </w:r>
      <w:r>
        <w:rPr>
          <w:rFonts w:ascii="Arial" w:hAnsi="Arial"/>
          <w:sz w:val="21"/>
        </w:rPr>
        <w:t>x — бүтін сан, −2 &lt; x &lt; 2.</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x²</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2</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208.</w:t>
        <w:tab/>
      </w:r>
      <w:r>
        <w:rPr>
          <w:rFonts w:ascii="Arial" w:hAnsi="Arial"/>
          <w:sz w:val="21"/>
        </w:rPr>
        <w:t>n — 6-ға да, 10-ға да бөлінетін натурал сан.</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n/15</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1</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Күрделірек салыстырулар</w:t>
      </w:r>
    </w:p>
    <w:p>
      <w:pPr>
        <w:widowControl/>
        <w:spacing w:before="0" w:after="420" w:line="276" w:lineRule="auto"/>
        <w:ind w:left="0"/>
      </w:pPr>
      <w:r>
        <w:rPr>
          <w:rFonts w:ascii="Arial" w:hAnsi="Arial"/>
          <w:b w:val="0"/>
          <w:color w:val="000000"/>
          <w:sz w:val="20"/>
        </w:rPr>
        <w:t>Тапсырмалар 209–212</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209.</w:t>
        <w:tab/>
      </w:r>
      <w:r>
        <w:rPr>
          <w:rFonts w:ascii="Arial" w:hAnsi="Arial"/>
          <w:sz w:val="21"/>
        </w:rPr>
        <w:t>Тіктөртбұрыш қабырғаларының сантиметрмен берілген ұзындықтары 2 см-ден кем емес бүтін сандар. Периметрі 28 см.</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Тіктөртбұрыштың см²-пен берілген ауданы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45</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210.</w:t>
        <w:tab/>
      </w:r>
      <w:r>
        <w:rPr>
          <w:rFonts w:ascii="Arial" w:hAnsi="Arial"/>
          <w:sz w:val="21"/>
        </w:rPr>
        <w:t>x пен y — оң сандар, x/y = 3/4.</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(x + 2)/(y + 2)</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3/4</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211.</w:t>
        <w:tab/>
      </w:r>
      <w:r>
        <w:rPr>
          <w:rFonts w:ascii="Arial" w:hAnsi="Arial"/>
          <w:sz w:val="21"/>
        </w:rPr>
        <w:t>0 &lt; x &lt; 1.</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x/(1 + x)</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x/2</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212.</w:t>
        <w:tab/>
      </w:r>
      <w:r>
        <w:rPr>
          <w:rFonts w:ascii="Arial" w:hAnsi="Arial"/>
          <w:sz w:val="21"/>
        </w:rPr>
        <w:t>Бес санның арифметикалық ортасы 12. Бір санды одан 10-ға үлкен санға алмастырды, қалғандары өзгермеді.</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Жаңа арифметикалық орта</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14</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Күрделірек салыстырулар</w:t>
      </w:r>
    </w:p>
    <w:p>
      <w:pPr>
        <w:widowControl/>
        <w:spacing w:before="0" w:after="420" w:line="276" w:lineRule="auto"/>
        <w:ind w:left="0"/>
      </w:pPr>
      <w:r>
        <w:rPr>
          <w:rFonts w:ascii="Arial" w:hAnsi="Arial"/>
          <w:b w:val="0"/>
          <w:color w:val="000000"/>
          <w:sz w:val="20"/>
        </w:rPr>
        <w:t>Тапсырмалар 213–216</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213.</w:t>
        <w:tab/>
      </w:r>
      <w:r>
        <w:rPr>
          <w:rFonts w:ascii="Arial" w:hAnsi="Arial"/>
          <w:sz w:val="21"/>
        </w:rPr>
        <w:t>a, b, c — үш әртүрлі натурал сан, a + b + c = 12.</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abc</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64</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214.</w:t>
        <w:tab/>
      </w:r>
      <w:r>
        <w:rPr>
          <w:rFonts w:ascii="Arial" w:hAnsi="Arial"/>
          <w:sz w:val="21"/>
        </w:rPr>
        <w:t>Қапта 4 қызыл және 6 көк шар бар. Екі шар кездейсоқ, қайтарусыз алынады; әртүрлі шарлардан тұратын барлық жұптардың ықтималдығы бірдей.</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Түстері әртүрлі шарлар алу ықтималдығы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8/15</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215.</w:t>
        <w:tab/>
      </w:r>
      <w:r>
        <w:rPr>
          <w:rFonts w:ascii="Arial" w:hAnsi="Arial"/>
          <w:sz w:val="21"/>
        </w:rPr>
        <w:t>Автомобиль А-дан Б-ға 40 км/сағ жылдамдықпен барып, сол жолмен 60 км/сағ жылдамдықпен қайтты. Жол ұзындығы оң, аялдау болмады.</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Бүкіл сапардың км/сағ-пен берілген орташа жылдамдығы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50</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216.</w:t>
        <w:tab/>
      </w:r>
      <w:r>
        <w:rPr>
          <w:rFonts w:ascii="Arial" w:hAnsi="Arial"/>
          <w:sz w:val="21"/>
        </w:rPr>
        <w:t>Бірінші текшенің қыры 2a, екіншісінікі a, мұндағы a &gt; 0.</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Бірінші текшенің толық бетінің ауданы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Екінші текшенің толық бет ауданының үш есесі</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Күрделірек салыстырулар</w:t>
      </w:r>
    </w:p>
    <w:p>
      <w:pPr>
        <w:widowControl/>
        <w:spacing w:before="0" w:after="420" w:line="276" w:lineRule="auto"/>
        <w:ind w:left="0"/>
      </w:pPr>
      <w:r>
        <w:rPr>
          <w:rFonts w:ascii="Arial" w:hAnsi="Arial"/>
          <w:b w:val="0"/>
          <w:color w:val="000000"/>
          <w:sz w:val="20"/>
        </w:rPr>
        <w:t>Тапсырмалар 217–220</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217.</w:t>
        <w:tab/>
      </w:r>
      <w:r>
        <w:rPr>
          <w:rFonts w:ascii="Arial" w:hAnsi="Arial"/>
          <w:sz w:val="21"/>
        </w:rPr>
        <w:t>n — 5-ке бөлгенде 2 қалдық беретін натурал сан.</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n² санын 3-ке бөлгендегі қалдық</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1</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218.</w:t>
        <w:tab/>
      </w:r>
      <w:r>
        <w:rPr>
          <w:rFonts w:ascii="Arial" w:hAnsi="Arial"/>
          <w:sz w:val="21"/>
        </w:rPr>
        <w:t>Тауардың бастапқы бағасы оң. Бірінші дүкенде оны қатарынан екі рет 20%-ға, екінші дүкенде бір рет 35%-ға төмендетті.</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Бірінші дүкендегі соңғы баға</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Екінші дүкендегі соңғы баға</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219.</w:t>
        <w:tab/>
      </w:r>
      <w:r>
        <w:rPr>
          <w:rFonts w:ascii="Arial" w:hAnsi="Arial"/>
          <w:sz w:val="21"/>
        </w:rPr>
        <w:t>a мен b — оң сандар.</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(a + b)² − (a − b)²</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4ab</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220.</w:t>
        <w:tab/>
      </w:r>
      <w:r>
        <w:rPr>
          <w:rFonts w:ascii="Arial" w:hAnsi="Arial"/>
          <w:sz w:val="21"/>
        </w:rPr>
        <w:t>A бағанында алғашқы 20 оң тақ сан, B бағанында алғашқы 19 оң жұп сан қосылады.</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1 + 3 + 5 + … + 39</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2 + 4 + 6 + … + 38</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1-сынақ</w:t>
      </w:r>
    </w:p>
    <w:p>
      <w:pPr>
        <w:widowControl/>
        <w:spacing w:before="0" w:after="420" w:line="276" w:lineRule="auto"/>
        <w:ind w:left="0"/>
      </w:pPr>
      <w:r>
        <w:rPr>
          <w:rFonts w:ascii="Arial" w:hAnsi="Arial"/>
          <w:b w:val="0"/>
          <w:color w:val="000000"/>
          <w:sz w:val="20"/>
        </w:rPr>
        <w:t>Негізгі білімді тексеру</w:t>
      </w:r>
    </w:p>
    <w:p>
      <w:pPr>
        <w:widowControl/>
        <w:spacing w:before="0" w:after="140" w:line="276" w:lineRule="auto"/>
        <w:ind w:left="0"/>
      </w:pPr>
      <w:r>
        <w:rPr>
          <w:rFonts w:ascii="Arial" w:hAnsi="Arial"/>
          <w:b/>
          <w:color w:val="000000"/>
          <w:sz w:val="24"/>
        </w:rPr>
        <w:t>Дайындық</w:t>
      </w:r>
    </w:p>
    <w:p>
      <w:pPr>
        <w:widowControl/>
        <w:spacing w:before="0" w:after="360" w:line="276" w:lineRule="auto"/>
        <w:ind w:left="0"/>
      </w:pPr>
      <w:r>
        <w:rPr>
          <w:rFonts w:ascii="Arial" w:hAnsi="Arial"/>
          <w:b w:val="0"/>
          <w:color w:val="000000"/>
          <w:sz w:val="21"/>
        </w:rPr>
        <w:t>Бланкіні толтыруға гельді емес, қара сиялы шарикті қалам қолданыңыз. Ресми жадынамада қарындаш, түзеткіш сұйықтық және жауап парағында жауапты сызып тастауға тыйым салынған [1]. Нақты сынаққа ұқсас жаттығу үшін осы ережелерді ұстаныңыз. Үйде қаралама есептеулерді кітаптың бос жиегіне не жеке параққа жазыңыз.</w:t>
      </w:r>
    </w:p>
    <w:p>
      <w:pPr>
        <w:widowControl/>
        <w:spacing w:before="0" w:after="140" w:line="276" w:lineRule="auto"/>
        <w:ind w:left="0"/>
      </w:pPr>
      <w:r>
        <w:rPr>
          <w:rFonts w:ascii="Arial" w:hAnsi="Arial"/>
          <w:b/>
          <w:color w:val="000000"/>
          <w:sz w:val="24"/>
        </w:rPr>
        <w:t>Математика</w:t>
      </w:r>
    </w:p>
    <w:p>
      <w:pPr>
        <w:widowControl/>
        <w:spacing w:before="0" w:after="360" w:line="276" w:lineRule="auto"/>
        <w:ind w:left="0"/>
      </w:pPr>
      <w:r>
        <w:rPr>
          <w:rFonts w:ascii="Arial" w:hAnsi="Arial"/>
          <w:b w:val="0"/>
          <w:color w:val="000000"/>
          <w:sz w:val="21"/>
        </w:rPr>
        <w:t>60 минутта 40 сұрақ. Бір жауап нұсқасын таңдаңыз. Жауаптарды көшіруге қосымша уақыт бөлмеңіз. Калькулятор, сызғыш не анықтамалық қолданбаңыз.</w:t>
      </w:r>
    </w:p>
    <w:p>
      <w:pPr>
        <w:widowControl/>
        <w:spacing w:before="0" w:after="140" w:line="276" w:lineRule="auto"/>
        <w:ind w:left="0"/>
      </w:pPr>
      <w:r>
        <w:rPr>
          <w:rFonts w:ascii="Arial" w:hAnsi="Arial"/>
          <w:b/>
          <w:color w:val="000000"/>
          <w:sz w:val="24"/>
        </w:rPr>
        <w:t>Сандық сипаттамалар</w:t>
      </w:r>
    </w:p>
    <w:p>
      <w:pPr>
        <w:widowControl/>
        <w:spacing w:before="0" w:after="360" w:line="276" w:lineRule="auto"/>
        <w:ind w:left="0"/>
      </w:pPr>
      <w:r>
        <w:rPr>
          <w:rFonts w:ascii="Arial" w:hAnsi="Arial"/>
          <w:b w:val="0"/>
          <w:color w:val="000000"/>
          <w:sz w:val="21"/>
        </w:rPr>
        <w:t>30 минутта 60 салыстыру. A — A мәні үлкен; B — B мәні үлкен; C — теңдік міндетті; D — алғашқы үш қорытындының біреуіне дерек жеткіліксіз. Бір қарсы мысал A, B не C-ні жоққа шығара алады; D үшін екі түрлі рұқсат етілген нәтиже келтіріңіз.</w:t>
      </w:r>
    </w:p>
    <w:p>
      <w:pPr>
        <w:widowControl/>
        <w:spacing w:before="0" w:after="140" w:line="276" w:lineRule="auto"/>
        <w:ind w:left="0"/>
      </w:pPr>
      <w:r>
        <w:rPr>
          <w:rFonts w:ascii="Arial" w:hAnsi="Arial"/>
          <w:b/>
          <w:color w:val="000000"/>
          <w:sz w:val="24"/>
        </w:rPr>
        <w:t>Оқу нәтижесі</w:t>
      </w:r>
    </w:p>
    <w:p>
      <w:pPr>
        <w:widowControl/>
        <w:spacing w:before="0" w:after="360" w:line="276" w:lineRule="auto"/>
        <w:ind w:left="0"/>
      </w:pPr>
      <w:r>
        <w:rPr>
          <w:rFonts w:ascii="Arial" w:hAnsi="Arial"/>
          <w:b w:val="0"/>
          <w:color w:val="000000"/>
          <w:sz w:val="21"/>
        </w:rPr>
        <w:t>Дұрыс жауапқа 1, қате не бос жауапқа 0. 40 пен 60 ішіндегі дұрыс жауаптар санын бөлек есептеңіз. Бұл — ресми салмақтарсыз оқу шкаласы. Оны түсу ықтималдығына айналдырмаңыз.</w:t>
      </w:r>
    </w:p>
    <w:p>
      <w:pPr>
        <w:widowControl/>
        <w:spacing w:before="0" w:after="140" w:line="276" w:lineRule="auto"/>
        <w:ind w:left="0"/>
      </w:pPr>
      <w:r>
        <w:rPr>
          <w:rFonts w:ascii="Arial" w:hAnsi="Arial"/>
          <w:b/>
          <w:color w:val="000000"/>
          <w:sz w:val="24"/>
        </w:rPr>
        <w:t>Орындағаннан кейін</w:t>
      </w:r>
    </w:p>
    <w:p>
      <w:pPr>
        <w:widowControl/>
        <w:spacing w:before="0" w:after="360" w:line="276" w:lineRule="auto"/>
        <w:ind w:left="0"/>
      </w:pPr>
      <w:r>
        <w:rPr>
          <w:rFonts w:ascii="Arial" w:hAnsi="Arial"/>
          <w:b w:val="0"/>
          <w:color w:val="000000"/>
          <w:sz w:val="21"/>
        </w:rPr>
        <w:t>Бос жауаптар мен қате себептерін белгілеңіз: оқу, әдіс, есептеу не уақыт. Суреті бар есепте бірліктерді, шкала басын, жүрген жол мен үйден қашықтық айырмасын тексеріңіз.</w:t>
      </w:r>
    </w:p>
    <w:p>
      <w:pPr>
        <w:pStyle w:val="Heading1"/>
        <w:pageBreakBefore/>
        <w:widowControl/>
        <w:spacing w:before="0" w:after="160" w:line="276" w:lineRule="auto"/>
        <w:ind w:left="0"/>
      </w:pPr>
      <w:r>
        <w:rPr>
          <w:rFonts w:ascii="Arial" w:hAnsi="Arial"/>
          <w:b/>
          <w:color w:val="000000"/>
          <w:sz w:val="42"/>
        </w:rPr>
        <w:t>1-сынақ · Математика</w:t>
      </w:r>
    </w:p>
    <w:p>
      <w:pPr>
        <w:widowControl/>
        <w:spacing w:before="0" w:after="420" w:line="276" w:lineRule="auto"/>
        <w:ind w:left="0"/>
      </w:pPr>
      <w:r>
        <w:rPr>
          <w:rFonts w:ascii="Arial" w:hAnsi="Arial"/>
          <w:b w:val="0"/>
          <w:color w:val="000000"/>
          <w:sz w:val="20"/>
        </w:rPr>
        <w:t>Бөлімге 60 минут · Тапсырмалар 1–4</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w:t>
        <w:tab/>
      </w:r>
      <w:r>
        <w:rPr>
          <w:rFonts w:ascii="Arial" w:hAnsi="Arial"/>
          <w:sz w:val="21"/>
        </w:rPr>
        <w:t>Карточкаларда 1-ден 20-ға дейінгі сандар жазылған. Бір карточка кездейсоқ таңдалады, барлық карточканың ықтималдығы бірдей. 3-ке еселік сан түсу ықтималдығын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7/20</w:t>
        <w:tab/>
        <w:t>B)  3/10</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1/3</w:t>
        <w:tab/>
        <w:t>D)  2/5</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w:t>
        <w:tab/>
      </w:r>
      <w:r>
        <w:rPr>
          <w:rFonts w:ascii="Arial" w:hAnsi="Arial"/>
          <w:sz w:val="21"/>
        </w:rPr>
        <w:t>Үшбұрыштың ауданы 54 см², табаны 12 см. Осы табанға түсірілген биіктікті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4,5 см</w:t>
        <w:tab/>
        <w:t>B)  12 см</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6 см</w:t>
        <w:tab/>
        <w:t>D)  9 см</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3.</w:t>
        <w:tab/>
      </w:r>
      <w:r>
        <w:rPr>
          <w:rFonts w:ascii="Arial" w:hAnsi="Arial"/>
          <w:sz w:val="21"/>
        </w:rPr>
        <w:t>Ұзындығы 180 м пойыз 420 м көпірден 40 с ішінде толық өтеді. Пойыз жылдамдығын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45 км/сағ</w:t>
        <w:tab/>
        <w:t>B)  60 км/сағ</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37,8 км/сағ</w:t>
        <w:tab/>
        <w:t>D)  54 км/сағ</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4.</w:t>
        <w:tab/>
      </w:r>
      <w:r>
        <w:rPr>
          <w:rFonts w:ascii="Arial" w:hAnsi="Arial"/>
          <w:sz w:val="21"/>
        </w:rPr>
        <w:t>6 жұмысшы тапсырысты 14 күнде орындайды. Өнімділігі сондай 7 жұмысшыға неше күн керек?</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10</w:t>
        <w:tab/>
        <w:t>B)  12</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13</w:t>
        <w:tab/>
        <w:t>D)  16</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1-сынақ · Математика</w:t>
      </w:r>
    </w:p>
    <w:p>
      <w:pPr>
        <w:widowControl/>
        <w:spacing w:before="0" w:after="420" w:line="276" w:lineRule="auto"/>
        <w:ind w:left="0"/>
      </w:pPr>
      <w:r>
        <w:rPr>
          <w:rFonts w:ascii="Arial" w:hAnsi="Arial"/>
          <w:b w:val="0"/>
          <w:color w:val="000000"/>
          <w:sz w:val="20"/>
        </w:rPr>
        <w:t>Бөлімге 60 минут · Тапсырмалар 5–8</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5.</w:t>
        <w:tab/>
      </w:r>
      <w:r>
        <w:rPr>
          <w:rFonts w:ascii="Arial" w:hAnsi="Arial"/>
          <w:sz w:val="21"/>
        </w:rPr>
        <w:t>400 г ерітіндіде 8% тұз бар. Тұздың үлесі 20% болу үшін неше грамм тұз қосу керек?</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48 г</w:t>
        <w:tab/>
        <w:t>B)  80 г</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50 г</w:t>
        <w:tab/>
        <w:t>D)  60 г</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6.</w:t>
        <w:tab/>
      </w:r>
      <w:r>
        <w:rPr>
          <w:rFonts w:ascii="Arial" w:hAnsi="Arial"/>
          <w:sz w:val="21"/>
        </w:rPr>
        <w:t>Жәшікте 8 қара және 6 ақ шұлық бар. Кемінде 3 ақ шұлық шығатынына кепіл болу үшін қарамай неше шұлық алу керек?</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11</w:t>
        <w:tab/>
        <w:t>B)  9</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10</w:t>
        <w:tab/>
        <w:t>D)  3</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7.</w:t>
        <w:tab/>
      </w:r>
      <w:r>
        <w:rPr>
          <w:rFonts w:ascii="Arial" w:hAnsi="Arial"/>
          <w:sz w:val="21"/>
        </w:rPr>
        <w:t>3, 11, 6, 8, 14, 10 қатарының медианасын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8</w:t>
        <w:tab/>
        <w:t>B)  8,5</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10</w:t>
        <w:tab/>
        <w:t>D)  9</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8.</w:t>
        <w:tab/>
      </w:r>
      <w:r>
        <w:rPr>
          <w:rFonts w:ascii="Arial" w:hAnsi="Arial"/>
          <w:sz w:val="21"/>
        </w:rPr>
        <w:t>5 санның арифметикалық ортасы 12. Алтыншы сан қосылған соң орташа мән 13 болды. Қандай сан қосылды?</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15</w:t>
        <w:tab/>
        <w:t>B)  17</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13</w:t>
        <w:tab/>
        <w:t>D)  18</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1-сынақ · Математика</w:t>
      </w:r>
    </w:p>
    <w:p>
      <w:pPr>
        <w:widowControl/>
        <w:spacing w:before="0" w:after="420" w:line="276" w:lineRule="auto"/>
        <w:ind w:left="0"/>
      </w:pPr>
      <w:r>
        <w:rPr>
          <w:rFonts w:ascii="Arial" w:hAnsi="Arial"/>
          <w:b w:val="0"/>
          <w:color w:val="000000"/>
          <w:sz w:val="20"/>
        </w:rPr>
        <w:t>Бөлімге 60 минут · Тапсырмалар 9–12</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9.</w:t>
        <w:tab/>
      </w:r>
      <w:r>
        <w:rPr>
          <w:rFonts w:ascii="Arial" w:hAnsi="Arial"/>
          <w:sz w:val="21"/>
        </w:rPr>
        <w:t>a = −3 және b = 2 болғанда a² − 2ab мәнін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21</w:t>
        <w:tab/>
        <w:t>B)  −3</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15</w:t>
        <w:tab/>
        <w:t>D)  3</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10.</w:t>
        <w:tab/>
      </w:r>
      <w:r>
        <w:rPr>
          <w:rFonts w:ascii="Arial" w:hAnsi="Arial"/>
          <w:sz w:val="21"/>
        </w:rPr>
        <w:t>240 санының 35%-ын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96</w:t>
        <w:tab/>
        <w:t>B)  80</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72</w:t>
        <w:tab/>
        <w:t>D)  84</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11.</w:t>
        <w:tab/>
      </w:r>
      <w:r>
        <w:rPr>
          <w:rFonts w:ascii="Arial" w:hAnsi="Arial"/>
          <w:sz w:val="21"/>
        </w:rPr>
        <w:t>Бактың ішкі өлшемдері 50 × 40 × 30 см. Көлемінің 3/4 бөлігі сумен толған. Бакта неше литр су бар?</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40 л</w:t>
        <w:tab/>
        <w:t>B)  30 л</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60 л</w:t>
        <w:tab/>
        <w:t>D)  45 л</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12.</w:t>
        <w:tab/>
      </w:r>
      <w:r>
        <w:rPr>
          <w:rFonts w:ascii="Arial" w:hAnsi="Arial"/>
          <w:sz w:val="21"/>
        </w:rPr>
        <w:t>Тауар бағасы 25%-ға өсіп, кейін 12%-ға төмендеді. Бастапқы бағамен салыстырғанда ол қалай өзгерді?</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10%-ға төмендеді</w:t>
        <w:tab/>
        <w:t>B)  10%-ға өсті</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Өзгермеді</w:t>
        <w:tab/>
        <w:t>D)  13%-ға өсті</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1-сынақ · Математика</w:t>
      </w:r>
    </w:p>
    <w:p>
      <w:pPr>
        <w:widowControl/>
        <w:spacing w:before="0" w:after="420" w:line="276" w:lineRule="auto"/>
        <w:ind w:left="0"/>
      </w:pPr>
      <w:r>
        <w:rPr>
          <w:rFonts w:ascii="Arial" w:hAnsi="Arial"/>
          <w:b w:val="0"/>
          <w:color w:val="000000"/>
          <w:sz w:val="20"/>
        </w:rPr>
        <w:t>Бөлімге 60 минут · Тапсырмалар 13–16</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13.</w:t>
        <w:tab/>
      </w:r>
      <w:r>
        <w:rPr>
          <w:rFonts w:ascii="Arial" w:hAnsi="Arial"/>
          <w:sz w:val="21"/>
        </w:rPr>
        <w:t>Автомобиль алғашқы 2 сағатта 140 км, келесі 3 сағатта 180 км жүрді. Орташа жылдамдығын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64 км/сағ</w:t>
        <w:tab/>
        <w:t>B)  70 км/сағ</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60 км/сағ</w:t>
        <w:tab/>
        <w:t>D)  65 км/сағ</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14.</w:t>
        <w:tab/>
      </w:r>
      <w:r>
        <w:rPr>
          <w:rFonts w:ascii="Arial" w:hAnsi="Arial"/>
          <w:sz w:val="21"/>
        </w:rPr>
        <w:t>Текшенің қыры 5 см. Толық бетінің ауданын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125 см²</w:t>
        <w:tab/>
        <w:t>B)  100 см²</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150 см²</w:t>
        <w:tab/>
        <w:t>D)  25 см²</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15.</w:t>
        <w:tab/>
      </w:r>
      <w:r>
        <w:rPr>
          <w:rFonts w:ascii="Arial" w:hAnsi="Arial"/>
          <w:sz w:val="21"/>
        </w:rPr>
        <w:t>Арасы 330 км екі пункттен екі машина бір мезгілде бір-біріне қарсы шықты. Жылдамдықтары 50 және 60 км/сағ. Қашан кездеседі?</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4 сағаттан кейін</w:t>
        <w:tab/>
        <w:t>B)  6 сағаттан кейін</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2 сағаттан кейін</w:t>
        <w:tab/>
        <w:t>D)  3 сағаттан кейін</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16.</w:t>
        <w:tab/>
      </w:r>
      <w:r>
        <w:rPr>
          <w:rFonts w:ascii="Arial" w:hAnsi="Arial"/>
          <w:sz w:val="21"/>
        </w:rPr>
        <w:t>−1 ≤ x &lt; 5 теңсіздігінің бүтін шешімдерінің санын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6</w:t>
        <w:tab/>
        <w:t>B)  7</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4</w:t>
        <w:tab/>
        <w:t>D)  5</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1-сынақ · Математика</w:t>
      </w:r>
    </w:p>
    <w:p>
      <w:pPr>
        <w:widowControl/>
        <w:spacing w:before="0" w:after="420" w:line="276" w:lineRule="auto"/>
        <w:ind w:left="0"/>
      </w:pPr>
      <w:r>
        <w:rPr>
          <w:rFonts w:ascii="Arial" w:hAnsi="Arial"/>
          <w:b w:val="0"/>
          <w:color w:val="000000"/>
          <w:sz w:val="20"/>
        </w:rPr>
        <w:t>Бөлімге 60 минут · Тапсырмалар 17–20</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17.</w:t>
        <w:tab/>
      </w:r>
      <w:r>
        <w:rPr>
          <w:rFonts w:ascii="Arial" w:hAnsi="Arial"/>
          <w:sz w:val="21"/>
        </w:rPr>
        <w:t>Тіктөртбұрыштың периметрі 64 см. Ұзындығы енінен 6 см артық. Ауданын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256 см²</w:t>
        <w:tab/>
        <w:t>B)  247 см²</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208 см²</w:t>
        <w:tab/>
        <w:t>D)  240 см²</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18.</w:t>
        <w:tab/>
      </w:r>
      <w:r>
        <w:rPr>
          <w:rFonts w:ascii="Arial" w:hAnsi="Arial"/>
          <w:sz w:val="21"/>
        </w:rPr>
        <w:t>π = 3,14 болғанда диаметрі 10 см дөңгелектің ауданын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78,5 см²</w:t>
        <w:tab/>
        <w:t>B)  314 см²</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157 см²</w:t>
        <w:tab/>
        <w:t>D)  31,4 см²</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19.</w:t>
        <w:tab/>
      </w:r>
      <w:r>
        <w:rPr>
          <w:rFonts w:ascii="Arial" w:hAnsi="Arial"/>
          <w:sz w:val="21"/>
        </w:rPr>
        <w:t>Анасы 36 жаста, қызы 8 жаста. Неше жылдан кейін анасының жасы қызының жасынан 3 есе үлкен болады?</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10</w:t>
        <w:tab/>
        <w:t>B)  6</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8</w:t>
        <w:tab/>
        <w:t>D)  4</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20.</w:t>
        <w:tab/>
      </w:r>
      <w:r>
        <w:rPr>
          <w:rFonts w:ascii="Arial" w:hAnsi="Arial"/>
          <w:sz w:val="21"/>
        </w:rPr>
        <w:t>7/10 − 1/4 + 3/5 мәнін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9/20</w:t>
        <w:tab/>
        <w:t>B)  11/20</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21/20</w:t>
        <w:tab/>
        <w:t>D)  19/20</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1-сынақ · Математика</w:t>
      </w:r>
    </w:p>
    <w:p>
      <w:pPr>
        <w:widowControl/>
        <w:spacing w:before="0" w:after="420" w:line="276" w:lineRule="auto"/>
        <w:ind w:left="0"/>
      </w:pPr>
      <w:r>
        <w:rPr>
          <w:rFonts w:ascii="Arial" w:hAnsi="Arial"/>
          <w:b w:val="0"/>
          <w:color w:val="000000"/>
          <w:sz w:val="20"/>
        </w:rPr>
        <w:t>Бөлімге 60 минут · Тапсырмалар 21–24</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21.</w:t>
        <w:tab/>
      </w:r>
      <w:r>
        <w:rPr>
          <w:rFonts w:ascii="Arial" w:hAnsi="Arial"/>
          <w:sz w:val="21"/>
        </w:rPr>
        <w:t>40-қа бөлінетін неше үш таңбалы сан бар?</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21</w:t>
        <w:tab/>
        <w:t>B)  23</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22</w:t>
        <w:tab/>
        <w:t>D)  20</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22.</w:t>
        <w:tab/>
      </w:r>
      <w:r>
        <w:rPr>
          <w:rFonts w:ascii="Arial" w:hAnsi="Arial"/>
          <w:sz w:val="21"/>
        </w:rPr>
        <w:t>Топта 35 бала бар. 22-сі жүзуді, 18-і коньки тебуді, 9-ы екеуін де біледі. Екеуін де білмейтіндер нешеу?</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2</w:t>
        <w:tab/>
        <w:t>B)  4</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13</w:t>
        <w:tab/>
        <w:t>D)  5</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23.</w:t>
        <w:tab/>
      </w:r>
      <w:r>
        <w:rPr>
          <w:rFonts w:ascii="Arial" w:hAnsi="Arial"/>
          <w:sz w:val="21"/>
        </w:rPr>
        <w:t>5 сусын және 4 түрлі пісірме бар. Бір сусын мен бір пісірмені неше тәсілмен таңдауға болады?</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20</w:t>
        <w:tab/>
        <w:t>B)  10</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25</w:t>
        <w:tab/>
        <w:t>D)  9</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24.</w:t>
        <w:tab/>
      </w:r>
      <w:r>
        <w:rPr>
          <w:rFonts w:ascii="Arial" w:hAnsi="Arial"/>
          <w:sz w:val="21"/>
        </w:rPr>
        <w:t>|x + 4| = 7 теңдеуінің түбірлерінің қосындысын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8</w:t>
        <w:tab/>
        <w:t>B)  3</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−8</w:t>
        <w:tab/>
        <w:t>D)  −4</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1-сынақ · Математика</w:t>
      </w:r>
    </w:p>
    <w:p>
      <w:pPr>
        <w:widowControl/>
        <w:spacing w:before="0" w:after="420" w:line="276" w:lineRule="auto"/>
        <w:ind w:left="0"/>
      </w:pPr>
      <w:r>
        <w:rPr>
          <w:rFonts w:ascii="Arial" w:hAnsi="Arial"/>
          <w:b w:val="0"/>
          <w:color w:val="000000"/>
          <w:sz w:val="20"/>
        </w:rPr>
        <w:t>Бөлімге 60 минут · Тапсырмалар 25–28</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25.</w:t>
        <w:tab/>
      </w:r>
      <w:r>
        <w:rPr>
          <w:rFonts w:ascii="Arial" w:hAnsi="Arial"/>
          <w:sz w:val="21"/>
        </w:rPr>
        <w:t>(x − 2)/3 = 5 болса, x-ті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13</w:t>
        <w:tab/>
        <w:t>B)  21</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17</w:t>
        <w:tab/>
        <w:t>D)  15</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26.</w:t>
        <w:tab/>
      </w:r>
      <w:r>
        <w:rPr>
          <w:rFonts w:ascii="Arial" w:hAnsi="Arial"/>
          <w:sz w:val="21"/>
        </w:rPr>
        <w:t>72b4 саны 9-ға бөлінсе, b цифрын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5</w:t>
        <w:tab/>
        <w:t>B)  4</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2</w:t>
        <w:tab/>
        <w:t>D)  8</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27.</w:t>
        <w:tab/>
      </w:r>
      <w:r>
        <w:rPr>
          <w:rFonts w:ascii="Arial" w:hAnsi="Arial"/>
          <w:sz w:val="21"/>
        </w:rPr>
        <w:t>4,8 : 0,16 − 2,5 мәнін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30</w:t>
        <w:tab/>
        <w:t>B)  27,5</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32,5</w:t>
        <w:tab/>
        <w:t>D)  0,5</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28.</w:t>
        <w:tab/>
      </w:r>
      <w:r>
        <w:rPr>
          <w:rFonts w:ascii="Arial" w:hAnsi="Arial"/>
          <w:sz w:val="21"/>
        </w:rPr>
        <w:t>18 және 30 сандарының ЕКОЕ-ін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6</w:t>
        <w:tab/>
        <w:t>B)  90</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540</w:t>
        <w:tab/>
        <w:t>D)  60</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1-сынақ · Математика</w:t>
      </w:r>
    </w:p>
    <w:p>
      <w:pPr>
        <w:widowControl/>
        <w:spacing w:before="0" w:after="420" w:line="276" w:lineRule="auto"/>
        <w:ind w:left="0"/>
      </w:pPr>
      <w:r>
        <w:rPr>
          <w:rFonts w:ascii="Arial" w:hAnsi="Arial"/>
          <w:b w:val="0"/>
          <w:color w:val="000000"/>
          <w:sz w:val="20"/>
        </w:rPr>
        <w:t>Бөлімге 60 минут · Тапсырмалар 29–32</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29.</w:t>
        <w:tab/>
      </w:r>
      <w:r>
        <w:rPr>
          <w:rFonts w:ascii="Arial" w:hAnsi="Arial"/>
          <w:sz w:val="21"/>
        </w:rPr>
        <w:t>Бір құбыр бакты 9 сағатта, екіншісі 18 сағатта толтырады. Екеуі бірге неше сағатта толтырады?</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13,5</w:t>
        <w:tab/>
        <w:t>B)  9</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4,5</w:t>
        <w:tab/>
        <w:t>D)  6</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30.</w:t>
        <w:tab/>
      </w:r>
      <w:r>
        <w:rPr>
          <w:rFonts w:ascii="Arial" w:hAnsi="Arial"/>
          <w:sz w:val="21"/>
        </w:rPr>
        <w:t>6 қораптың әрқайсысында 8 жиынтық, әр жиынтықта 12 бөлшек бар. Барлық бөлшектен әрқайсысына 18 бөлшек кететін модельдер жасалды. Неше толық модель шықты?</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32</w:t>
        <w:tab/>
        <w:t>B)  36</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48</w:t>
        <w:tab/>
        <w:t>D)  24</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31.</w:t>
        <w:tab/>
      </w:r>
      <w:r>
        <w:rPr>
          <w:rFonts w:ascii="Arial" w:hAnsi="Arial"/>
          <w:sz w:val="21"/>
        </w:rPr>
        <w:t>840 : 28 + 17 · 4 мәнін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98</w:t>
        <w:tab/>
        <w:t>B)  188</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128</w:t>
        <w:tab/>
        <w:t>D)  47</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32.</w:t>
        <w:tab/>
      </w:r>
      <w:r>
        <w:rPr>
          <w:rFonts w:ascii="Arial" w:hAnsi="Arial"/>
          <w:sz w:val="21"/>
        </w:rPr>
        <w:t>0, 1, 4, 8 цифрларынан цифрларды қайталамай үш таңбалы сандар құрайды. Неше сан бар?</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24</w:t>
        <w:tab/>
        <w:t>B)  18</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12</w:t>
        <w:tab/>
        <w:t>D)  16</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1-сынақ · Математика</w:t>
      </w:r>
    </w:p>
    <w:p>
      <w:pPr>
        <w:widowControl/>
        <w:spacing w:before="0" w:after="420" w:line="276" w:lineRule="auto"/>
        <w:ind w:left="0"/>
      </w:pPr>
      <w:r>
        <w:rPr>
          <w:rFonts w:ascii="Arial" w:hAnsi="Arial"/>
          <w:b w:val="0"/>
          <w:color w:val="000000"/>
          <w:sz w:val="20"/>
        </w:rPr>
        <w:t>Бөлімге 60 минут · Тапсырмалар 33–36</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33.</w:t>
        <w:tab/>
      </w:r>
      <w:r>
        <w:rPr>
          <w:rFonts w:ascii="Arial" w:hAnsi="Arial"/>
          <w:sz w:val="21"/>
        </w:rPr>
        <w:t>Бір қатарға аралығы 4 м болатын 18 бағана қойылды. Бірінші және соңғы бағананың арасын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72 м</w:t>
        <w:tab/>
        <w:t>B)  76 м</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64 м</w:t>
        <w:tab/>
        <w:t>D)  68 м</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34.</w:t>
        <w:tab/>
      </w:r>
      <w:r>
        <w:rPr>
          <w:rFonts w:ascii="Arial" w:hAnsi="Arial"/>
          <w:sz w:val="21"/>
        </w:rPr>
        <w:t>Катердің меншікті жылдамдығы 18 км/сағ, ағыс жылдамдығы 3 км/сағ. Ол ағыс бойымен 63 км-ді неше сағатта жүреді?</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3</w:t>
        <w:tab/>
        <w:t>B)  5</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4,2</w:t>
        <w:tab/>
        <w:t>D)  3,5</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35.</w:t>
        <w:tab/>
      </w:r>
      <w:r>
        <w:rPr>
          <w:rFonts w:ascii="Arial" w:hAnsi="Arial"/>
          <w:sz w:val="21"/>
        </w:rPr>
        <w:t>Санды алдымен 7-ге арттырып, кейін 4-ке көбейтті. Нәтиже 100 болды. Бастапқы санды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18</w:t>
        <w:tab/>
        <w:t>B)  17</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23</w:t>
        <w:tab/>
        <w:t>D)  32</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36.</w:t>
        <w:tab/>
      </w:r>
      <w:r>
        <w:rPr>
          <w:rFonts w:ascii="Arial" w:hAnsi="Arial"/>
          <w:sz w:val="21"/>
        </w:rPr>
        <w:t>7x + 4 = 4x + 31 теңдеуін шешіңіз.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9</w:t>
        <w:tab/>
        <w:t>B)  5</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11</w:t>
        <w:tab/>
        <w:t>D)  7</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1-сынақ · Математика</w:t>
      </w:r>
    </w:p>
    <w:p>
      <w:pPr>
        <w:widowControl/>
        <w:spacing w:before="0" w:after="420" w:line="276" w:lineRule="auto"/>
        <w:ind w:left="0"/>
      </w:pPr>
      <w:r>
        <w:rPr>
          <w:rFonts w:ascii="Arial" w:hAnsi="Arial"/>
          <w:b w:val="0"/>
          <w:color w:val="000000"/>
          <w:sz w:val="20"/>
        </w:rPr>
        <w:t>Бөлімге 60 минут · Тапсырмалар 37–40</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37.</w:t>
        <w:tab/>
      </w:r>
      <w:r>
        <w:rPr>
          <w:rFonts w:ascii="Arial" w:hAnsi="Arial"/>
          <w:sz w:val="21"/>
        </w:rPr>
        <w:t>Екі таспаның ұзындықтарының қатынасы 5 : 7. Жалпы ұзындығы 84 см. Ұзын таспаның ұзындығын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42 см</w:t>
        <w:tab/>
        <w:t>B)  35 см</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59 см</w:t>
        <w:tab/>
        <w:t>D)  49 см</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38.</w:t>
        <w:tab/>
      </w:r>
      <w:r>
        <w:rPr>
          <w:rFonts w:ascii="Arial" w:hAnsi="Arial"/>
          <w:sz w:val="21"/>
        </w:rPr>
        <w:t>Масштабы 1 : 25 000 жоспарда арақашықтық 8,4 см. Жер бетіндегі қашықтық қандай?</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210 км</w:t>
        <w:tab/>
        <w:t>B)  2,1 км</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0,21 км</w:t>
        <w:tab/>
        <w:t>D)  21 км</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39.</w:t>
        <w:tab/>
      </w:r>
      <w:r>
        <w:rPr>
          <w:rFonts w:ascii="Arial" w:hAnsi="Arial"/>
          <w:sz w:val="21"/>
        </w:rPr>
        <w:t>Тізбек a(1) = 2, a(n + 1) = 3a(n) − 2 ережесімен берілген. Мұндағы a(n) — n-ші мүше. a(4)-ті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10</w:t>
        <w:tab/>
        <w:t>B)  26</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54</w:t>
        <w:tab/>
        <w:t>D)  28</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40.</w:t>
        <w:tab/>
      </w:r>
      <w:r>
        <w:rPr>
          <w:rFonts w:ascii="Arial" w:hAnsi="Arial"/>
          <w:sz w:val="21"/>
        </w:rPr>
        <w:t>15%-ға артқаннан кейін баға 9200 теңге болды. Бұрынғы бағаны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7820 теңге</w:t>
        <w:tab/>
        <w:t>B)  8200 теңге</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8000 теңге</w:t>
        <w:tab/>
        <w:t>D)  10 580 теңге</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1-сынақ · Салыстырулар</w:t>
      </w:r>
    </w:p>
    <w:p>
      <w:pPr>
        <w:widowControl/>
        <w:spacing w:before="0" w:after="420" w:line="276" w:lineRule="auto"/>
        <w:ind w:left="0"/>
      </w:pPr>
      <w:r>
        <w:rPr>
          <w:rFonts w:ascii="Arial" w:hAnsi="Arial"/>
          <w:b w:val="0"/>
          <w:color w:val="000000"/>
          <w:sz w:val="20"/>
        </w:rPr>
        <w:t>Бөлімге 30 минут · Тапсырмалар 1–6</w:t>
      </w:r>
    </w:p>
    <w:p>
      <w:pPr>
        <w:widowControl/>
        <w:spacing w:before="0" w:after="200" w:line="276" w:lineRule="auto"/>
        <w:ind w:left="0"/>
      </w:pPr>
      <w:r>
        <w:rPr>
          <w:rFonts w:ascii="Arial" w:hAnsi="Arial"/>
          <w:b w:val="0"/>
          <w:color w:val="000000"/>
          <w:sz w:val="18"/>
        </w:rPr>
        <w:t>A — A үлкен   B — B үлкен   C — тең   D — ақпарат жеткіліксіз</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w:t>
        <w:tab/>
      </w:r>
      <w:r>
        <w:rPr>
          <w:rFonts w:ascii="Arial" w:hAnsi="Arial"/>
          <w:sz w:val="21"/>
        </w:rPr>
        <w:t>Бағандардағы мәндерді салыстырыңыз.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36 · 15</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27 · 20</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w:t>
        <w:tab/>
      </w:r>
      <w:r>
        <w:rPr>
          <w:rFonts w:ascii="Arial" w:hAnsi="Arial"/>
          <w:sz w:val="21"/>
        </w:rPr>
        <w:t>n — натурал сан.</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2n + 1</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2n</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3.</w:t>
        <w:tab/>
      </w:r>
      <w:r>
        <w:rPr>
          <w:rFonts w:ascii="Arial" w:hAnsi="Arial"/>
          <w:sz w:val="21"/>
        </w:rPr>
        <w:t>Бағандардағы мәндерді салыстырыңыз.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0,65 кг</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640 г</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4.</w:t>
        <w:tab/>
      </w:r>
      <w:r>
        <w:rPr>
          <w:rFonts w:ascii="Arial" w:hAnsi="Arial"/>
          <w:sz w:val="21"/>
        </w:rPr>
        <w:t>Бағандардағы мәндерді салыстырыңыз.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125 · 16</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2001</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5.</w:t>
        <w:tab/>
      </w:r>
      <w:r>
        <w:rPr>
          <w:rFonts w:ascii="Arial" w:hAnsi="Arial"/>
          <w:sz w:val="21"/>
        </w:rPr>
        <w:t>a &gt; b &gt; 0.</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a/b</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1</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6.</w:t>
        <w:tab/>
      </w:r>
      <w:r>
        <w:rPr>
          <w:rFonts w:ascii="Arial" w:hAnsi="Arial"/>
          <w:sz w:val="21"/>
        </w:rPr>
        <w:t>Бағандардағы мәндерді салыстырыңыз.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7 қатысушыдан құрылатын жұптар саны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8 қатысушыдан құрылатын жұптар саны</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1-сынақ · Салыстырулар</w:t>
      </w:r>
    </w:p>
    <w:p>
      <w:pPr>
        <w:widowControl/>
        <w:spacing w:before="0" w:after="420" w:line="276" w:lineRule="auto"/>
        <w:ind w:left="0"/>
      </w:pPr>
      <w:r>
        <w:rPr>
          <w:rFonts w:ascii="Arial" w:hAnsi="Arial"/>
          <w:b w:val="0"/>
          <w:color w:val="000000"/>
          <w:sz w:val="20"/>
        </w:rPr>
        <w:t>Бөлімге 30 минут · Тапсырмалар 7–12</w:t>
      </w:r>
    </w:p>
    <w:p>
      <w:pPr>
        <w:widowControl/>
        <w:spacing w:before="0" w:after="200" w:line="276" w:lineRule="auto"/>
        <w:ind w:left="0"/>
      </w:pPr>
      <w:r>
        <w:rPr>
          <w:rFonts w:ascii="Arial" w:hAnsi="Arial"/>
          <w:b w:val="0"/>
          <w:color w:val="000000"/>
          <w:sz w:val="18"/>
        </w:rPr>
        <w:t>A — A үлкен   B — B үлкен   C — тең   D — ақпарат жеткіліксіз</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7.</w:t>
        <w:tab/>
      </w:r>
      <w:r>
        <w:rPr>
          <w:rFonts w:ascii="Arial" w:hAnsi="Arial"/>
          <w:sz w:val="21"/>
        </w:rPr>
        <w:t>Бағандардағы мәндерді салыстырыңыз.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9 және 12 сандарының ЕКОЕ-і</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72 және 108 сандарының ЕҮОБ-ы</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8.</w:t>
        <w:tab/>
      </w:r>
      <w:r>
        <w:rPr>
          <w:rFonts w:ascii="Arial" w:hAnsi="Arial"/>
          <w:sz w:val="21"/>
        </w:rPr>
        <w:t>n — бүтін сан, −1 ≤ n ≤ 1.</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n²</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0</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9.</w:t>
        <w:tab/>
      </w:r>
      <w:r>
        <w:rPr>
          <w:rFonts w:ascii="Arial" w:hAnsi="Arial"/>
          <w:sz w:val="21"/>
        </w:rPr>
        <w:t>a + b + c = 45.</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a, b, c сандарының арифметикалық ортасы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15</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10.</w:t>
        <w:tab/>
      </w:r>
      <w:r>
        <w:rPr>
          <w:rFonts w:ascii="Arial" w:hAnsi="Arial"/>
          <w:sz w:val="21"/>
        </w:rPr>
        <w:t>a : b = 4 : 7, a &gt; 0, b &gt; 0.</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7a</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4b</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11.</w:t>
        <w:tab/>
      </w:r>
      <w:r>
        <w:rPr>
          <w:rFonts w:ascii="Arial" w:hAnsi="Arial"/>
          <w:sz w:val="21"/>
        </w:rPr>
        <w:t>Бағандардағы мәндерді салыстырыңыз.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1,8 л</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1850 см³</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12.</w:t>
        <w:tab/>
      </w:r>
      <w:r>
        <w:rPr>
          <w:rFonts w:ascii="Arial" w:hAnsi="Arial"/>
          <w:sz w:val="21"/>
        </w:rPr>
        <w:t>Қозғалыс бірқалыпты.</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10 км/сағ жылдамдықпен 30 минутта жүрген жол</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18 км/сағ жылдамдықпен 20 минутта жүрген жол</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1-сынақ · Салыстырулар</w:t>
      </w:r>
    </w:p>
    <w:p>
      <w:pPr>
        <w:widowControl/>
        <w:spacing w:before="0" w:after="420" w:line="276" w:lineRule="auto"/>
        <w:ind w:left="0"/>
      </w:pPr>
      <w:r>
        <w:rPr>
          <w:rFonts w:ascii="Arial" w:hAnsi="Arial"/>
          <w:b w:val="0"/>
          <w:color w:val="000000"/>
          <w:sz w:val="20"/>
        </w:rPr>
        <w:t>Бөлімге 30 минут · Тапсырмалар 13–18</w:t>
      </w:r>
    </w:p>
    <w:p>
      <w:pPr>
        <w:widowControl/>
        <w:spacing w:before="0" w:after="200" w:line="276" w:lineRule="auto"/>
        <w:ind w:left="0"/>
      </w:pPr>
      <w:r>
        <w:rPr>
          <w:rFonts w:ascii="Arial" w:hAnsi="Arial"/>
          <w:b w:val="0"/>
          <w:color w:val="000000"/>
          <w:sz w:val="18"/>
        </w:rPr>
        <w:t>A — A үлкен   B — B үлкен   C — тең   D — ақпарат жеткіліксіз</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13.</w:t>
        <w:tab/>
      </w:r>
      <w:r>
        <w:rPr>
          <w:rFonts w:ascii="Arial" w:hAnsi="Arial"/>
          <w:sz w:val="21"/>
        </w:rPr>
        <w:t>Бағандардағы мәндерді салыстырыңыз.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40%-ы 28-ге тең сан</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25%-ы 20-ға тең сан</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14.</w:t>
        <w:tab/>
      </w:r>
      <w:r>
        <w:rPr>
          <w:rFonts w:ascii="Arial" w:hAnsi="Arial"/>
          <w:sz w:val="21"/>
        </w:rPr>
        <w:t>x &lt; y &lt; 0.</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x²</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y²</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15.</w:t>
        <w:tab/>
      </w:r>
      <w:r>
        <w:rPr>
          <w:rFonts w:ascii="Arial" w:hAnsi="Arial"/>
          <w:sz w:val="21"/>
        </w:rPr>
        <w:t>Бағандардағы мәндерді салыстырыңыз.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54 км/сағ</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15 м/с</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16.</w:t>
        <w:tab/>
      </w:r>
      <w:r>
        <w:rPr>
          <w:rFonts w:ascii="Arial" w:hAnsi="Arial"/>
          <w:sz w:val="21"/>
        </w:rPr>
        <w:t>Бағандардағы мәндерді салыстырыңыз.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4/7 + 2/7</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0,85</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17.</w:t>
        <w:tab/>
      </w:r>
      <w:r>
        <w:rPr>
          <w:rFonts w:ascii="Arial" w:hAnsi="Arial"/>
          <w:sz w:val="21"/>
        </w:rPr>
        <w:t>x &gt; 4.</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2x</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8</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18.</w:t>
        <w:tab/>
      </w:r>
      <w:r>
        <w:rPr>
          <w:rFonts w:ascii="Arial" w:hAnsi="Arial"/>
          <w:sz w:val="21"/>
        </w:rPr>
        <w:t>6 санның арифметикалық ортасы 8.</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Осы сандардың қосындысы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48</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1-сынақ · Салыстырулар</w:t>
      </w:r>
    </w:p>
    <w:p>
      <w:pPr>
        <w:widowControl/>
        <w:spacing w:before="0" w:after="420" w:line="276" w:lineRule="auto"/>
        <w:ind w:left="0"/>
      </w:pPr>
      <w:r>
        <w:rPr>
          <w:rFonts w:ascii="Arial" w:hAnsi="Arial"/>
          <w:b w:val="0"/>
          <w:color w:val="000000"/>
          <w:sz w:val="20"/>
        </w:rPr>
        <w:t>Бөлімге 30 минут · Тапсырмалар 19–24</w:t>
      </w:r>
    </w:p>
    <w:p>
      <w:pPr>
        <w:widowControl/>
        <w:spacing w:before="0" w:after="200" w:line="276" w:lineRule="auto"/>
        <w:ind w:left="0"/>
      </w:pPr>
      <w:r>
        <w:rPr>
          <w:rFonts w:ascii="Arial" w:hAnsi="Arial"/>
          <w:b w:val="0"/>
          <w:color w:val="000000"/>
          <w:sz w:val="18"/>
        </w:rPr>
        <w:t>A — A үлкен   B — B үлкен   C — тең   D — ақпарат жеткіліксіз</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19.</w:t>
        <w:tab/>
      </w:r>
      <w:r>
        <w:rPr>
          <w:rFonts w:ascii="Arial" w:hAnsi="Arial"/>
          <w:sz w:val="21"/>
        </w:rPr>
        <w:t>8 санның әрқайсысын 2-ге кемітті.</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Қосындының кему шамасы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Арифметикалық ортаның кему шамасы</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20.</w:t>
        <w:tab/>
      </w:r>
      <w:r>
        <w:rPr>
          <w:rFonts w:ascii="Arial" w:hAnsi="Arial"/>
          <w:sz w:val="21"/>
        </w:rPr>
        <w:t>0 &lt; x &lt; 1.</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1/x</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1</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21.</w:t>
        <w:tab/>
      </w:r>
      <w:r>
        <w:rPr>
          <w:rFonts w:ascii="Arial" w:hAnsi="Arial"/>
          <w:sz w:val="21"/>
        </w:rPr>
        <w:t>Бағандардағы мәндерді салыстырыңыз.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2,25 сағ</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135 мин</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22.</w:t>
        <w:tab/>
      </w:r>
      <w:r>
        <w:rPr>
          <w:rFonts w:ascii="Arial" w:hAnsi="Arial"/>
          <w:sz w:val="21"/>
        </w:rPr>
        <w:t>a &gt; 0.</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Екі рет 10%-ға арттырылған a саны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1,2a</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23.</w:t>
        <w:tab/>
      </w:r>
      <w:r>
        <w:rPr>
          <w:rFonts w:ascii="Arial" w:hAnsi="Arial"/>
          <w:sz w:val="21"/>
        </w:rPr>
        <w:t>Бағандардағы мәндерді салыстырыңыз.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1, 3, 6, 7, 8 қатарының медианасы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Осы қатардың арифметикалық ортасы</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24.</w:t>
        <w:tab/>
      </w:r>
      <w:r>
        <w:rPr>
          <w:rFonts w:ascii="Arial" w:hAnsi="Arial"/>
          <w:sz w:val="21"/>
        </w:rPr>
        <w:t>Үшбұрыштың табаны 10 см, оған түсірілген биіктік белгісіз және оң.</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Үшбұрыштың ауданы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25 см²</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1-сынақ · Салыстырулар</w:t>
      </w:r>
    </w:p>
    <w:p>
      <w:pPr>
        <w:widowControl/>
        <w:spacing w:before="0" w:after="420" w:line="276" w:lineRule="auto"/>
        <w:ind w:left="0"/>
      </w:pPr>
      <w:r>
        <w:rPr>
          <w:rFonts w:ascii="Arial" w:hAnsi="Arial"/>
          <w:b w:val="0"/>
          <w:color w:val="000000"/>
          <w:sz w:val="20"/>
        </w:rPr>
        <w:t>Бөлімге 30 минут · Тапсырмалар 25–30</w:t>
      </w:r>
    </w:p>
    <w:p>
      <w:pPr>
        <w:widowControl/>
        <w:spacing w:before="0" w:after="200" w:line="276" w:lineRule="auto"/>
        <w:ind w:left="0"/>
      </w:pPr>
      <w:r>
        <w:rPr>
          <w:rFonts w:ascii="Arial" w:hAnsi="Arial"/>
          <w:b w:val="0"/>
          <w:color w:val="000000"/>
          <w:sz w:val="18"/>
        </w:rPr>
        <w:t>A — A үлкен   B — B үлкен   C — тең   D — ақпарат жеткіліксіз</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25.</w:t>
        <w:tab/>
      </w:r>
      <w:r>
        <w:rPr>
          <w:rFonts w:ascii="Arial" w:hAnsi="Arial"/>
          <w:sz w:val="21"/>
        </w:rPr>
        <w:t>Бағандардағы мәндерді салыстырыңыз.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80 санының 35%-ы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150 санының 20%-ы</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26.</w:t>
        <w:tab/>
      </w:r>
      <w:r>
        <w:rPr>
          <w:rFonts w:ascii="Arial" w:hAnsi="Arial"/>
          <w:sz w:val="21"/>
        </w:rPr>
        <w:t>Өнімділіктер тұрақты.</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Сағатына 9 бөлшектен 7 сағатта жасалған бөлшектер</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Сағатына 7 бөлшектен 9 сағатта жасалған бөлшектер</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27.</w:t>
        <w:tab/>
      </w:r>
      <w:r>
        <w:rPr>
          <w:rFonts w:ascii="Arial" w:hAnsi="Arial"/>
          <w:sz w:val="21"/>
        </w:rPr>
        <w:t>Бағандардағы мәндерді салыстырыңыз.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0,009 км</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90 дм</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28.</w:t>
        <w:tab/>
      </w:r>
      <w:r>
        <w:rPr>
          <w:rFonts w:ascii="Arial" w:hAnsi="Arial"/>
          <w:sz w:val="21"/>
        </w:rPr>
        <w:t>x + y = 20.</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x + y</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20</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29.</w:t>
        <w:tab/>
      </w:r>
      <w:r>
        <w:rPr>
          <w:rFonts w:ascii="Arial" w:hAnsi="Arial"/>
          <w:sz w:val="21"/>
        </w:rPr>
        <w:t>Бағандардағы мәндерді салыстырыңыз.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0,7 м²</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700 см²</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30.</w:t>
        <w:tab/>
      </w:r>
      <w:r>
        <w:rPr>
          <w:rFonts w:ascii="Arial" w:hAnsi="Arial"/>
          <w:sz w:val="21"/>
        </w:rPr>
        <w:t>Бағандардағы мәндерді салыстырыңыз.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23² − 22²</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44</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1-сынақ · Салыстырулар</w:t>
      </w:r>
    </w:p>
    <w:p>
      <w:pPr>
        <w:widowControl/>
        <w:spacing w:before="0" w:after="420" w:line="276" w:lineRule="auto"/>
        <w:ind w:left="0"/>
      </w:pPr>
      <w:r>
        <w:rPr>
          <w:rFonts w:ascii="Arial" w:hAnsi="Arial"/>
          <w:b w:val="0"/>
          <w:color w:val="000000"/>
          <w:sz w:val="20"/>
        </w:rPr>
        <w:t>Бөлімге 30 минут · Тапсырмалар 31–36</w:t>
      </w:r>
    </w:p>
    <w:p>
      <w:pPr>
        <w:widowControl/>
        <w:spacing w:before="0" w:after="200" w:line="276" w:lineRule="auto"/>
        <w:ind w:left="0"/>
      </w:pPr>
      <w:r>
        <w:rPr>
          <w:rFonts w:ascii="Arial" w:hAnsi="Arial"/>
          <w:b w:val="0"/>
          <w:color w:val="000000"/>
          <w:sz w:val="18"/>
        </w:rPr>
        <w:t>A — A үлкен   B — B үлкен   C — тең   D — ақпарат жеткіліксіз</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31.</w:t>
        <w:tab/>
      </w:r>
      <w:r>
        <w:rPr>
          <w:rFonts w:ascii="Arial" w:hAnsi="Arial"/>
          <w:sz w:val="21"/>
        </w:rPr>
        <w:t>Бірінші үшбұрыштың табаны екіншісінің табанынан 2 есе ұзын, ал осы табандарға түсірілген биіктіктері тең және оң.</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Біріншісінің ауданы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Екіншісінің ауданы</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32.</w:t>
        <w:tab/>
      </w:r>
      <w:r>
        <w:rPr>
          <w:rFonts w:ascii="Arial" w:hAnsi="Arial"/>
          <w:sz w:val="21"/>
        </w:rPr>
        <w:t>Бағандардағы мәндерді салыстырыңыз.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6,4 : 0,8</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64 : 8</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33.</w:t>
        <w:tab/>
      </w:r>
      <w:r>
        <w:rPr>
          <w:rFonts w:ascii="Arial" w:hAnsi="Arial"/>
          <w:sz w:val="21"/>
        </w:rPr>
        <w:t>Бағандардағы мәндерді салыстырыңыз.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12 · 49</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12 · 50 − 12</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34.</w:t>
        <w:tab/>
      </w:r>
      <w:r>
        <w:rPr>
          <w:rFonts w:ascii="Arial" w:hAnsi="Arial"/>
          <w:sz w:val="21"/>
        </w:rPr>
        <w:t>Тіктөртбұрыштың периметрі 28 см.</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Оның ауданы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40 см²</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35.</w:t>
        <w:tab/>
      </w:r>
      <w:r>
        <w:rPr>
          <w:rFonts w:ascii="Arial" w:hAnsi="Arial"/>
          <w:sz w:val="21"/>
        </w:rPr>
        <w:t>Бағандардағы мәндерді салыстырыңыз.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3 × 11 см тіктөртбұрыштың периметрі</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Қабырғасы 7 см шаршының периметрі</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36.</w:t>
        <w:tab/>
      </w:r>
      <w:r>
        <w:rPr>
          <w:rFonts w:ascii="Arial" w:hAnsi="Arial"/>
          <w:sz w:val="21"/>
        </w:rPr>
        <w:t>x — кез келген нақты сан.</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|x|</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x</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1-сынақ · Салыстырулар</w:t>
      </w:r>
    </w:p>
    <w:p>
      <w:pPr>
        <w:widowControl/>
        <w:spacing w:before="0" w:after="420" w:line="276" w:lineRule="auto"/>
        <w:ind w:left="0"/>
      </w:pPr>
      <w:r>
        <w:rPr>
          <w:rFonts w:ascii="Arial" w:hAnsi="Arial"/>
          <w:b w:val="0"/>
          <w:color w:val="000000"/>
          <w:sz w:val="20"/>
        </w:rPr>
        <w:t>Бөлімге 30 минут · Тапсырмалар 37–42</w:t>
      </w:r>
    </w:p>
    <w:p>
      <w:pPr>
        <w:widowControl/>
        <w:spacing w:before="0" w:after="200" w:line="276" w:lineRule="auto"/>
        <w:ind w:left="0"/>
      </w:pPr>
      <w:r>
        <w:rPr>
          <w:rFonts w:ascii="Arial" w:hAnsi="Arial"/>
          <w:b w:val="0"/>
          <w:color w:val="000000"/>
          <w:sz w:val="18"/>
        </w:rPr>
        <w:t>A — A үлкен   B — B үлкен   C — тең   D — ақпарат жеткіліксіз</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37.</w:t>
        <w:tab/>
      </w:r>
      <w:r>
        <w:rPr>
          <w:rFonts w:ascii="Arial" w:hAnsi="Arial"/>
          <w:sz w:val="21"/>
        </w:rPr>
        <w:t>Қашықтықтар бірдей және оң.</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12 км/сағ жылдамдықпен жүру уақыты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8 км/сағ жылдамдықпен жүру уақыты</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38.</w:t>
        <w:tab/>
      </w:r>
      <w:r>
        <w:rPr>
          <w:rFonts w:ascii="Arial" w:hAnsi="Arial"/>
          <w:sz w:val="21"/>
        </w:rPr>
        <w:t>Шаршы мен тіктөртбұрыштың аудандары бірдей: 36 см². Тіктөртбұрыштың қабырғалары 4 және 9 см.</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Шаршының периметрі</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Тіктөртбұрыштың периметрі</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39.</w:t>
        <w:tab/>
      </w:r>
      <w:r>
        <w:rPr>
          <w:rFonts w:ascii="Arial" w:hAnsi="Arial"/>
          <w:sz w:val="21"/>
        </w:rPr>
        <w:t>Бағандардағы мәндерді салыстырыңыз.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5/8</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62%</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40.</w:t>
        <w:tab/>
      </w:r>
      <w:r>
        <w:rPr>
          <w:rFonts w:ascii="Arial" w:hAnsi="Arial"/>
          <w:sz w:val="21"/>
        </w:rPr>
        <w:t>n — бүтін сан, 5 &lt; n &lt; 7.</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n</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6</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41.</w:t>
        <w:tab/>
      </w:r>
      <w:r>
        <w:rPr>
          <w:rFonts w:ascii="Arial" w:hAnsi="Arial"/>
          <w:sz w:val="21"/>
        </w:rPr>
        <w:t>Бағандардағы мәндерді салыстырыңыз.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3 тәулік</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4300 мин</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42.</w:t>
        <w:tab/>
      </w:r>
      <w:r>
        <w:rPr>
          <w:rFonts w:ascii="Arial" w:hAnsi="Arial"/>
          <w:sz w:val="21"/>
        </w:rPr>
        <w:t>Бағандардағы мәндерді салыстырыңыз.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Қабырғасы 9 см шаршының ауданы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8 × 10 см тіктөртбұрыштың ауданы</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1-сынақ · Салыстырулар</w:t>
      </w:r>
    </w:p>
    <w:p>
      <w:pPr>
        <w:widowControl/>
        <w:spacing w:before="0" w:after="420" w:line="276" w:lineRule="auto"/>
        <w:ind w:left="0"/>
      </w:pPr>
      <w:r>
        <w:rPr>
          <w:rFonts w:ascii="Arial" w:hAnsi="Arial"/>
          <w:b w:val="0"/>
          <w:color w:val="000000"/>
          <w:sz w:val="20"/>
        </w:rPr>
        <w:t>Бөлімге 30 минут · Тапсырмалар 43–48</w:t>
      </w:r>
    </w:p>
    <w:p>
      <w:pPr>
        <w:widowControl/>
        <w:spacing w:before="0" w:after="200" w:line="276" w:lineRule="auto"/>
        <w:ind w:left="0"/>
      </w:pPr>
      <w:r>
        <w:rPr>
          <w:rFonts w:ascii="Arial" w:hAnsi="Arial"/>
          <w:b w:val="0"/>
          <w:color w:val="000000"/>
          <w:sz w:val="18"/>
        </w:rPr>
        <w:t>A — A үлкен   B — B үлкен   C — тең   D — ақпарат жеткіліксіз</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43.</w:t>
        <w:tab/>
      </w:r>
      <w:r>
        <w:rPr>
          <w:rFonts w:ascii="Arial" w:hAnsi="Arial"/>
          <w:sz w:val="21"/>
        </w:rPr>
        <w:t>Үшбұрыштың бір бұрышы 85°.</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Қалған бұрыштардың қосындысы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90°</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44.</w:t>
        <w:tab/>
      </w:r>
      <w:r>
        <w:rPr>
          <w:rFonts w:ascii="Arial" w:hAnsi="Arial"/>
          <w:sz w:val="21"/>
        </w:rPr>
        <w:t>Бағандардағы мәндерді салыстырыңыз.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11/15</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3/4</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45.</w:t>
        <w:tab/>
      </w:r>
      <w:r>
        <w:rPr>
          <w:rFonts w:ascii="Arial" w:hAnsi="Arial"/>
          <w:sz w:val="21"/>
        </w:rPr>
        <w:t>x &lt; 10.</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x</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8</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46.</w:t>
        <w:tab/>
      </w:r>
      <w:r>
        <w:rPr>
          <w:rFonts w:ascii="Arial" w:hAnsi="Arial"/>
          <w:sz w:val="21"/>
        </w:rPr>
        <w:t>Тауар бағалары оң және белгісіз.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Бірінші тауарға 15% жеңілдік сомасы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Екінші тауарға 10% жеңілдік сомасы</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47.</w:t>
        <w:tab/>
      </w:r>
      <w:r>
        <w:rPr>
          <w:rFonts w:ascii="Arial" w:hAnsi="Arial"/>
          <w:sz w:val="21"/>
        </w:rPr>
        <w:t>Бағандардағы мәндерді салыстырыңыз.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300 санының 12%-ы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200 санының 18%-ы</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48.</w:t>
        <w:tab/>
      </w:r>
      <w:r>
        <w:rPr>
          <w:rFonts w:ascii="Arial" w:hAnsi="Arial"/>
          <w:sz w:val="21"/>
        </w:rPr>
        <w:t>Бағандардағы мәндерді салыстырыңыз.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90 санының 30%-ы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30 санының 90%-ы</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1-сынақ · Салыстырулар</w:t>
      </w:r>
    </w:p>
    <w:p>
      <w:pPr>
        <w:widowControl/>
        <w:spacing w:before="0" w:after="420" w:line="276" w:lineRule="auto"/>
        <w:ind w:left="0"/>
      </w:pPr>
      <w:r>
        <w:rPr>
          <w:rFonts w:ascii="Arial" w:hAnsi="Arial"/>
          <w:b w:val="0"/>
          <w:color w:val="000000"/>
          <w:sz w:val="20"/>
        </w:rPr>
        <w:t>Бөлімге 30 минут · Тапсырмалар 49–54</w:t>
      </w:r>
    </w:p>
    <w:p>
      <w:pPr>
        <w:widowControl/>
        <w:spacing w:before="0" w:after="200" w:line="276" w:lineRule="auto"/>
        <w:ind w:left="0"/>
      </w:pPr>
      <w:r>
        <w:rPr>
          <w:rFonts w:ascii="Arial" w:hAnsi="Arial"/>
          <w:b w:val="0"/>
          <w:color w:val="000000"/>
          <w:sz w:val="18"/>
        </w:rPr>
        <w:t>A — A үлкен   B — B үлкен   C — тең   D — ақпарат жеткіліксіз</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49.</w:t>
        <w:tab/>
      </w:r>
      <w:r>
        <w:rPr>
          <w:rFonts w:ascii="Arial" w:hAnsi="Arial"/>
          <w:sz w:val="21"/>
        </w:rPr>
        <w:t>Бағандардағы мәндерді салыстырыңыз.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Қыры 3 см текшенің көлемі</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1 × 3 × 9 см қораптың көлемі</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50.</w:t>
        <w:tab/>
      </w:r>
      <w:r>
        <w:rPr>
          <w:rFonts w:ascii="Arial" w:hAnsi="Arial"/>
          <w:sz w:val="21"/>
        </w:rPr>
        <w:t>a &gt; 0.</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Қыры 2a текшенің көлемі</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Қыры a текше көлемінің төрт есесі</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51.</w:t>
        <w:tab/>
      </w:r>
      <w:r>
        <w:rPr>
          <w:rFonts w:ascii="Arial" w:hAnsi="Arial"/>
          <w:sz w:val="21"/>
        </w:rPr>
        <w:t>Бағандардағы мәндерді салыстырыңыз.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|−12| − 5</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|−7|</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52.</w:t>
        <w:tab/>
      </w:r>
      <w:r>
        <w:rPr>
          <w:rFonts w:ascii="Arial" w:hAnsi="Arial"/>
          <w:sz w:val="21"/>
        </w:rPr>
        <w:t>Бағандардағы мәндерді салыстырыңыз.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1 : 0,25</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3,9</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53.</w:t>
        <w:tab/>
      </w:r>
      <w:r>
        <w:rPr>
          <w:rFonts w:ascii="Arial" w:hAnsi="Arial"/>
          <w:sz w:val="21"/>
        </w:rPr>
        <w:t>a мен b — оң бүтін сандар, a + b = 11.</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ab</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25</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54.</w:t>
        <w:tab/>
      </w:r>
      <w:r>
        <w:rPr>
          <w:rFonts w:ascii="Arial" w:hAnsi="Arial"/>
          <w:sz w:val="21"/>
        </w:rPr>
        <w:t>x − y = 3.</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x</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y</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1-сынақ · Салыстырулар</w:t>
      </w:r>
    </w:p>
    <w:p>
      <w:pPr>
        <w:widowControl/>
        <w:spacing w:before="0" w:after="420" w:line="276" w:lineRule="auto"/>
        <w:ind w:left="0"/>
      </w:pPr>
      <w:r>
        <w:rPr>
          <w:rFonts w:ascii="Arial" w:hAnsi="Arial"/>
          <w:b w:val="0"/>
          <w:color w:val="000000"/>
          <w:sz w:val="20"/>
        </w:rPr>
        <w:t>Бөлімге 30 минут · Тапсырмалар 55–60</w:t>
      </w:r>
    </w:p>
    <w:p>
      <w:pPr>
        <w:widowControl/>
        <w:spacing w:before="0" w:after="200" w:line="276" w:lineRule="auto"/>
        <w:ind w:left="0"/>
      </w:pPr>
      <w:r>
        <w:rPr>
          <w:rFonts w:ascii="Arial" w:hAnsi="Arial"/>
          <w:b w:val="0"/>
          <w:color w:val="000000"/>
          <w:sz w:val="18"/>
        </w:rPr>
        <w:t>A — A үлкен   B — B үлкен   C — тең   D — ақпарат жеткіліксіз</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55.</w:t>
        <w:tab/>
      </w:r>
      <w:r>
        <w:rPr>
          <w:rFonts w:ascii="Arial" w:hAnsi="Arial"/>
          <w:sz w:val="21"/>
        </w:rPr>
        <w:t>Бағандардағы мәндерді салыстырыңыз.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Радиусы 4 см шеңбердің ұзындығы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Диаметрі 9 см шеңбердің ұзындығы</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56.</w:t>
        <w:tab/>
      </w:r>
      <w:r>
        <w:rPr>
          <w:rFonts w:ascii="Arial" w:hAnsi="Arial"/>
          <w:sz w:val="21"/>
        </w:rPr>
        <w:t>x &gt; 1.</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x²</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x</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57.</w:t>
        <w:tab/>
      </w:r>
      <w:r>
        <w:rPr>
          <w:rFonts w:ascii="Arial" w:hAnsi="Arial"/>
          <w:sz w:val="21"/>
        </w:rPr>
        <w:t>Бағандардағы мәндерді салыстырыңыз.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120-дан 150-ге дейінгі өсім пайызы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150-ден 180-ге дейінгі өсім пайызы</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58.</w:t>
        <w:tab/>
      </w:r>
      <w:r>
        <w:rPr>
          <w:rFonts w:ascii="Arial" w:hAnsi="Arial"/>
          <w:sz w:val="21"/>
        </w:rPr>
        <w:t>xy = 0.</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x</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y</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59.</w:t>
        <w:tab/>
      </w:r>
      <w:r>
        <w:rPr>
          <w:rFonts w:ascii="Arial" w:hAnsi="Arial"/>
          <w:sz w:val="21"/>
        </w:rPr>
        <w:t>Бағандардағы мәндерді салыстырыңыз.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0,56 + 0,008</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0,57</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60.</w:t>
        <w:tab/>
      </w:r>
      <w:r>
        <w:rPr>
          <w:rFonts w:ascii="Arial" w:hAnsi="Arial"/>
          <w:sz w:val="21"/>
        </w:rPr>
        <w:t>Бағандардағы мәндерді салыстырыңыз.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−6-дан 3-ке дейінгі бүтін сандар саны, шеттері қоса есептеледі</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9</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Жауап бланкісі</w:t>
      </w:r>
    </w:p>
    <w:p>
      <w:pPr>
        <w:widowControl/>
        <w:spacing w:before="0" w:after="420" w:line="276" w:lineRule="auto"/>
        <w:ind w:left="0"/>
      </w:pPr>
      <w:r>
        <w:rPr>
          <w:rFonts w:ascii="Arial" w:hAnsi="Arial"/>
          <w:b w:val="0"/>
          <w:color w:val="000000"/>
          <w:sz w:val="20"/>
        </w:rPr>
        <w:t>1-сынақ · Математика</w:t>
      </w:r>
    </w:p>
    <w:p>
      <w:pPr>
        <w:widowControl/>
        <w:spacing w:before="0" w:after="240" w:line="276" w:lineRule="auto"/>
        <w:ind w:left="0"/>
      </w:pPr>
      <w:r>
        <w:rPr>
          <w:rFonts w:ascii="Arial" w:hAnsi="Arial"/>
          <w:b w:val="0"/>
          <w:color w:val="000000"/>
          <w:sz w:val="21"/>
        </w:rPr>
        <w:t>Аты __________________________   Күні ______________</w:t>
      </w:r>
    </w:p>
    <w:p>
      <w:pPr>
        <w:widowControl/>
        <w:spacing w:before="0" w:after="240" w:line="276" w:lineRule="auto"/>
        <w:ind w:left="0"/>
      </w:pPr>
      <w:r>
        <w:rPr>
          <w:rFonts w:ascii="Arial" w:hAnsi="Arial"/>
          <w:b w:val="0"/>
          <w:color w:val="000000"/>
          <w:sz w:val="19"/>
        </w:rPr>
        <w:t>Таңдалған әріптің жанындағы бір өрісті бояңыз. Қара шарикті қалам қолданыңыз. Бұл — оқу бланкісі, НЗМ-нің ресми жауап парағының көшірмесі емес.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696"/>
        <w:gridCol w:w="4277"/>
        <w:gridCol w:w="696"/>
        <w:gridCol w:w="4277"/>
      </w:tblGrid>
      <w:tr>
        <w:trPr>
          <w:cantSplit/>
        </w:trPr>
        <w:tc>
          <w:tcPr>
            <w:tcW w:type="dxa" w:w="696"/>
            <w:vAlign w:val="center"/>
            <w:tcMar>
              <w:left w:w="110" w:type="dxa"/>
              <w:right w:w="110" w:type="dxa"/>
              <w:top w:w="80" w:type="dxa"/>
              <w:bottom w:w="80" w:type="dxa"/>
            </w:tcMar>
            <w:shd w:fill="233B4B"/>
          </w:tcPr>
          <w:p>
            <w:pPr>
              <w:spacing w:after="0" w:line="254" w:lineRule="auto"/>
            </w:pPr>
            <w:r>
              <w:rPr>
                <w:rFonts w:ascii="Arial" w:hAnsi="Arial"/>
                <w:b/>
                <w:color w:val="FFFFFF"/>
                <w:sz w:val="17"/>
              </w:rPr>
              <w:t>№</w:t>
            </w:r>
          </w:p>
        </w:tc>
        <w:tc>
          <w:tcPr>
            <w:tcW w:type="dxa" w:w="4277"/>
            <w:vAlign w:val="center"/>
            <w:tcMar>
              <w:left w:w="110" w:type="dxa"/>
              <w:right w:w="110" w:type="dxa"/>
              <w:top w:w="80" w:type="dxa"/>
              <w:bottom w:w="80" w:type="dxa"/>
            </w:tcMar>
            <w:shd w:fill="233B4B"/>
          </w:tcPr>
          <w:p>
            <w:pPr>
              <w:spacing w:after="0" w:line="254" w:lineRule="auto"/>
            </w:pPr>
            <w:r>
              <w:rPr>
                <w:rFonts w:ascii="Arial" w:hAnsi="Arial"/>
                <w:b/>
                <w:color w:val="FFFFFF"/>
                <w:sz w:val="17"/>
              </w:rPr>
              <w:t>Жауап</w:t>
            </w:r>
          </w:p>
        </w:tc>
        <w:tc>
          <w:tcPr>
            <w:tcW w:type="dxa" w:w="696"/>
            <w:vAlign w:val="center"/>
            <w:tcMar>
              <w:left w:w="110" w:type="dxa"/>
              <w:right w:w="110" w:type="dxa"/>
              <w:top w:w="80" w:type="dxa"/>
              <w:bottom w:w="80" w:type="dxa"/>
            </w:tcMar>
            <w:shd w:fill="233B4B"/>
          </w:tcPr>
          <w:p>
            <w:pPr>
              <w:spacing w:after="0" w:line="254" w:lineRule="auto"/>
            </w:pPr>
            <w:r>
              <w:rPr>
                <w:rFonts w:ascii="Arial" w:hAnsi="Arial"/>
                <w:b/>
                <w:color w:val="FFFFFF"/>
                <w:sz w:val="17"/>
              </w:rPr>
              <w:t>№</w:t>
            </w:r>
          </w:p>
        </w:tc>
        <w:tc>
          <w:tcPr>
            <w:tcW w:type="dxa" w:w="4277"/>
            <w:vAlign w:val="center"/>
            <w:tcMar>
              <w:left w:w="110" w:type="dxa"/>
              <w:right w:w="110" w:type="dxa"/>
              <w:top w:w="80" w:type="dxa"/>
              <w:bottom w:w="80" w:type="dxa"/>
            </w:tcMar>
            <w:shd w:fill="233B4B"/>
          </w:tcPr>
          <w:p>
            <w:pPr>
              <w:spacing w:after="0" w:line="254" w:lineRule="auto"/>
            </w:pPr>
            <w:r>
              <w:rPr>
                <w:rFonts w:ascii="Arial" w:hAnsi="Arial"/>
                <w:b/>
                <w:color w:val="FFFFFF"/>
                <w:sz w:val="17"/>
              </w:rPr>
              <w:t>Жауап</w:t>
            </w:r>
          </w:p>
        </w:tc>
      </w:tr>
      <w:tr>
        <w:trPr>
          <w:cantSplit/>
        </w:trPr>
        <w:tc>
          <w:tcPr>
            <w:tcW w:type="dxa" w:w="696"/>
            <w:vAlign w:val="center"/>
            <w:tcMar>
              <w:left w:w="110" w:type="dxa"/>
              <w:right w:w="110" w:type="dxa"/>
              <w:top w:w="80" w:type="dxa"/>
              <w:bottom w:w="80" w:type="dxa"/>
            </w:tcMar>
          </w:tcPr>
          <w:p>
            <w:pPr>
              <w:spacing w:after="0" w:line="254" w:lineRule="auto"/>
            </w:pPr>
            <w:r>
              <w:rPr>
                <w:rFonts w:ascii="Arial" w:hAnsi="Arial"/>
                <w:b w:val="0"/>
                <w:color w:val="000000"/>
                <w:sz w:val="17"/>
              </w:rPr>
              <w:t>1</w:t>
            </w:r>
          </w:p>
        </w:tc>
        <w:tc>
          <w:tcPr>
            <w:tcW w:type="dxa" w:w="4277"/>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696"/>
            <w:vAlign w:val="center"/>
            <w:tcMar>
              <w:left w:w="110" w:type="dxa"/>
              <w:right w:w="110" w:type="dxa"/>
              <w:top w:w="80" w:type="dxa"/>
              <w:bottom w:w="80" w:type="dxa"/>
            </w:tcMar>
          </w:tcPr>
          <w:p>
            <w:pPr>
              <w:spacing w:after="0" w:line="254" w:lineRule="auto"/>
            </w:pPr>
            <w:r>
              <w:rPr>
                <w:rFonts w:ascii="Arial" w:hAnsi="Arial"/>
                <w:b w:val="0"/>
                <w:color w:val="000000"/>
                <w:sz w:val="17"/>
              </w:rPr>
              <w:t>21</w:t>
            </w:r>
          </w:p>
        </w:tc>
        <w:tc>
          <w:tcPr>
            <w:tcW w:type="dxa" w:w="4277"/>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r>
      <w:tr>
        <w:trPr>
          <w:cantSplit/>
        </w:trPr>
        <w:tc>
          <w:tcPr>
            <w:tcW w:type="dxa" w:w="696"/>
            <w:vAlign w:val="center"/>
            <w:tcMar>
              <w:left w:w="110" w:type="dxa"/>
              <w:right w:w="110" w:type="dxa"/>
              <w:top w:w="80" w:type="dxa"/>
              <w:bottom w:w="80" w:type="dxa"/>
            </w:tcMar>
            <w:shd w:fill="F3F6F7"/>
          </w:tcPr>
          <w:p>
            <w:pPr>
              <w:spacing w:after="0" w:line="254" w:lineRule="auto"/>
            </w:pPr>
            <w:r>
              <w:rPr>
                <w:rFonts w:ascii="Arial" w:hAnsi="Arial"/>
                <w:b w:val="0"/>
                <w:color w:val="000000"/>
                <w:sz w:val="17"/>
              </w:rPr>
              <w:t>2</w:t>
            </w:r>
          </w:p>
        </w:tc>
        <w:tc>
          <w:tcPr>
            <w:tcW w:type="dxa" w:w="427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696"/>
            <w:vAlign w:val="center"/>
            <w:tcMar>
              <w:left w:w="110" w:type="dxa"/>
              <w:right w:w="110" w:type="dxa"/>
              <w:top w:w="80" w:type="dxa"/>
              <w:bottom w:w="80" w:type="dxa"/>
            </w:tcMar>
            <w:shd w:fill="F3F6F7"/>
          </w:tcPr>
          <w:p>
            <w:pPr>
              <w:spacing w:after="0" w:line="254" w:lineRule="auto"/>
            </w:pPr>
            <w:r>
              <w:rPr>
                <w:rFonts w:ascii="Arial" w:hAnsi="Arial"/>
                <w:b w:val="0"/>
                <w:color w:val="000000"/>
                <w:sz w:val="17"/>
              </w:rPr>
              <w:t>22</w:t>
            </w:r>
          </w:p>
        </w:tc>
        <w:tc>
          <w:tcPr>
            <w:tcW w:type="dxa" w:w="427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r>
      <w:tr>
        <w:trPr>
          <w:cantSplit/>
        </w:trPr>
        <w:tc>
          <w:tcPr>
            <w:tcW w:type="dxa" w:w="696"/>
            <w:vAlign w:val="center"/>
            <w:tcMar>
              <w:left w:w="110" w:type="dxa"/>
              <w:right w:w="110" w:type="dxa"/>
              <w:top w:w="80" w:type="dxa"/>
              <w:bottom w:w="80" w:type="dxa"/>
            </w:tcMar>
          </w:tcPr>
          <w:p>
            <w:pPr>
              <w:spacing w:after="0" w:line="254" w:lineRule="auto"/>
            </w:pPr>
            <w:r>
              <w:rPr>
                <w:rFonts w:ascii="Arial" w:hAnsi="Arial"/>
                <w:b w:val="0"/>
                <w:color w:val="000000"/>
                <w:sz w:val="17"/>
              </w:rPr>
              <w:t>3</w:t>
            </w:r>
          </w:p>
        </w:tc>
        <w:tc>
          <w:tcPr>
            <w:tcW w:type="dxa" w:w="4277"/>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696"/>
            <w:vAlign w:val="center"/>
            <w:tcMar>
              <w:left w:w="110" w:type="dxa"/>
              <w:right w:w="110" w:type="dxa"/>
              <w:top w:w="80" w:type="dxa"/>
              <w:bottom w:w="80" w:type="dxa"/>
            </w:tcMar>
          </w:tcPr>
          <w:p>
            <w:pPr>
              <w:spacing w:after="0" w:line="254" w:lineRule="auto"/>
            </w:pPr>
            <w:r>
              <w:rPr>
                <w:rFonts w:ascii="Arial" w:hAnsi="Arial"/>
                <w:b w:val="0"/>
                <w:color w:val="000000"/>
                <w:sz w:val="17"/>
              </w:rPr>
              <w:t>23</w:t>
            </w:r>
          </w:p>
        </w:tc>
        <w:tc>
          <w:tcPr>
            <w:tcW w:type="dxa" w:w="4277"/>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r>
      <w:tr>
        <w:trPr>
          <w:cantSplit/>
        </w:trPr>
        <w:tc>
          <w:tcPr>
            <w:tcW w:type="dxa" w:w="696"/>
            <w:vAlign w:val="center"/>
            <w:tcMar>
              <w:left w:w="110" w:type="dxa"/>
              <w:right w:w="110" w:type="dxa"/>
              <w:top w:w="80" w:type="dxa"/>
              <w:bottom w:w="80" w:type="dxa"/>
            </w:tcMar>
            <w:shd w:fill="F3F6F7"/>
          </w:tcPr>
          <w:p>
            <w:pPr>
              <w:spacing w:after="0" w:line="254" w:lineRule="auto"/>
            </w:pPr>
            <w:r>
              <w:rPr>
                <w:rFonts w:ascii="Arial" w:hAnsi="Arial"/>
                <w:b w:val="0"/>
                <w:color w:val="000000"/>
                <w:sz w:val="17"/>
              </w:rPr>
              <w:t>4</w:t>
            </w:r>
          </w:p>
        </w:tc>
        <w:tc>
          <w:tcPr>
            <w:tcW w:type="dxa" w:w="427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696"/>
            <w:vAlign w:val="center"/>
            <w:tcMar>
              <w:left w:w="110" w:type="dxa"/>
              <w:right w:w="110" w:type="dxa"/>
              <w:top w:w="80" w:type="dxa"/>
              <w:bottom w:w="80" w:type="dxa"/>
            </w:tcMar>
            <w:shd w:fill="F3F6F7"/>
          </w:tcPr>
          <w:p>
            <w:pPr>
              <w:spacing w:after="0" w:line="254" w:lineRule="auto"/>
            </w:pPr>
            <w:r>
              <w:rPr>
                <w:rFonts w:ascii="Arial" w:hAnsi="Arial"/>
                <w:b w:val="0"/>
                <w:color w:val="000000"/>
                <w:sz w:val="17"/>
              </w:rPr>
              <w:t>24</w:t>
            </w:r>
          </w:p>
        </w:tc>
        <w:tc>
          <w:tcPr>
            <w:tcW w:type="dxa" w:w="427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r>
      <w:tr>
        <w:trPr>
          <w:cantSplit/>
        </w:trPr>
        <w:tc>
          <w:tcPr>
            <w:tcW w:type="dxa" w:w="696"/>
            <w:vAlign w:val="center"/>
            <w:tcMar>
              <w:left w:w="110" w:type="dxa"/>
              <w:right w:w="110" w:type="dxa"/>
              <w:top w:w="80" w:type="dxa"/>
              <w:bottom w:w="80" w:type="dxa"/>
            </w:tcMar>
          </w:tcPr>
          <w:p>
            <w:pPr>
              <w:spacing w:after="0" w:line="254" w:lineRule="auto"/>
            </w:pPr>
            <w:r>
              <w:rPr>
                <w:rFonts w:ascii="Arial" w:hAnsi="Arial"/>
                <w:b w:val="0"/>
                <w:color w:val="000000"/>
                <w:sz w:val="17"/>
              </w:rPr>
              <w:t>5</w:t>
            </w:r>
          </w:p>
        </w:tc>
        <w:tc>
          <w:tcPr>
            <w:tcW w:type="dxa" w:w="4277"/>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696"/>
            <w:vAlign w:val="center"/>
            <w:tcMar>
              <w:left w:w="110" w:type="dxa"/>
              <w:right w:w="110" w:type="dxa"/>
              <w:top w:w="80" w:type="dxa"/>
              <w:bottom w:w="80" w:type="dxa"/>
            </w:tcMar>
          </w:tcPr>
          <w:p>
            <w:pPr>
              <w:spacing w:after="0" w:line="254" w:lineRule="auto"/>
            </w:pPr>
            <w:r>
              <w:rPr>
                <w:rFonts w:ascii="Arial" w:hAnsi="Arial"/>
                <w:b w:val="0"/>
                <w:color w:val="000000"/>
                <w:sz w:val="17"/>
              </w:rPr>
              <w:t>25</w:t>
            </w:r>
          </w:p>
        </w:tc>
        <w:tc>
          <w:tcPr>
            <w:tcW w:type="dxa" w:w="4277"/>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r>
      <w:tr>
        <w:trPr>
          <w:cantSplit/>
        </w:trPr>
        <w:tc>
          <w:tcPr>
            <w:tcW w:type="dxa" w:w="696"/>
            <w:vAlign w:val="center"/>
            <w:tcMar>
              <w:left w:w="110" w:type="dxa"/>
              <w:right w:w="110" w:type="dxa"/>
              <w:top w:w="80" w:type="dxa"/>
              <w:bottom w:w="80" w:type="dxa"/>
            </w:tcMar>
            <w:shd w:fill="F3F6F7"/>
          </w:tcPr>
          <w:p>
            <w:pPr>
              <w:spacing w:after="0" w:line="254" w:lineRule="auto"/>
            </w:pPr>
            <w:r>
              <w:rPr>
                <w:rFonts w:ascii="Arial" w:hAnsi="Arial"/>
                <w:b w:val="0"/>
                <w:color w:val="000000"/>
                <w:sz w:val="17"/>
              </w:rPr>
              <w:t>6</w:t>
            </w:r>
          </w:p>
        </w:tc>
        <w:tc>
          <w:tcPr>
            <w:tcW w:type="dxa" w:w="427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696"/>
            <w:vAlign w:val="center"/>
            <w:tcMar>
              <w:left w:w="110" w:type="dxa"/>
              <w:right w:w="110" w:type="dxa"/>
              <w:top w:w="80" w:type="dxa"/>
              <w:bottom w:w="80" w:type="dxa"/>
            </w:tcMar>
            <w:shd w:fill="F3F6F7"/>
          </w:tcPr>
          <w:p>
            <w:pPr>
              <w:spacing w:after="0" w:line="254" w:lineRule="auto"/>
            </w:pPr>
            <w:r>
              <w:rPr>
                <w:rFonts w:ascii="Arial" w:hAnsi="Arial"/>
                <w:b w:val="0"/>
                <w:color w:val="000000"/>
                <w:sz w:val="17"/>
              </w:rPr>
              <w:t>26</w:t>
            </w:r>
          </w:p>
        </w:tc>
        <w:tc>
          <w:tcPr>
            <w:tcW w:type="dxa" w:w="427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r>
      <w:tr>
        <w:trPr>
          <w:cantSplit/>
        </w:trPr>
        <w:tc>
          <w:tcPr>
            <w:tcW w:type="dxa" w:w="696"/>
            <w:vAlign w:val="center"/>
            <w:tcMar>
              <w:left w:w="110" w:type="dxa"/>
              <w:right w:w="110" w:type="dxa"/>
              <w:top w:w="80" w:type="dxa"/>
              <w:bottom w:w="80" w:type="dxa"/>
            </w:tcMar>
          </w:tcPr>
          <w:p>
            <w:pPr>
              <w:spacing w:after="0" w:line="254" w:lineRule="auto"/>
            </w:pPr>
            <w:r>
              <w:rPr>
                <w:rFonts w:ascii="Arial" w:hAnsi="Arial"/>
                <w:b w:val="0"/>
                <w:color w:val="000000"/>
                <w:sz w:val="17"/>
              </w:rPr>
              <w:t>7</w:t>
            </w:r>
          </w:p>
        </w:tc>
        <w:tc>
          <w:tcPr>
            <w:tcW w:type="dxa" w:w="4277"/>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696"/>
            <w:vAlign w:val="center"/>
            <w:tcMar>
              <w:left w:w="110" w:type="dxa"/>
              <w:right w:w="110" w:type="dxa"/>
              <w:top w:w="80" w:type="dxa"/>
              <w:bottom w:w="80" w:type="dxa"/>
            </w:tcMar>
          </w:tcPr>
          <w:p>
            <w:pPr>
              <w:spacing w:after="0" w:line="254" w:lineRule="auto"/>
            </w:pPr>
            <w:r>
              <w:rPr>
                <w:rFonts w:ascii="Arial" w:hAnsi="Arial"/>
                <w:b w:val="0"/>
                <w:color w:val="000000"/>
                <w:sz w:val="17"/>
              </w:rPr>
              <w:t>27</w:t>
            </w:r>
          </w:p>
        </w:tc>
        <w:tc>
          <w:tcPr>
            <w:tcW w:type="dxa" w:w="4277"/>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r>
      <w:tr>
        <w:trPr>
          <w:cantSplit/>
        </w:trPr>
        <w:tc>
          <w:tcPr>
            <w:tcW w:type="dxa" w:w="696"/>
            <w:vAlign w:val="center"/>
            <w:tcMar>
              <w:left w:w="110" w:type="dxa"/>
              <w:right w:w="110" w:type="dxa"/>
              <w:top w:w="80" w:type="dxa"/>
              <w:bottom w:w="80" w:type="dxa"/>
            </w:tcMar>
            <w:shd w:fill="F3F6F7"/>
          </w:tcPr>
          <w:p>
            <w:pPr>
              <w:spacing w:after="0" w:line="254" w:lineRule="auto"/>
            </w:pPr>
            <w:r>
              <w:rPr>
                <w:rFonts w:ascii="Arial" w:hAnsi="Arial"/>
                <w:b w:val="0"/>
                <w:color w:val="000000"/>
                <w:sz w:val="17"/>
              </w:rPr>
              <w:t>8</w:t>
            </w:r>
          </w:p>
        </w:tc>
        <w:tc>
          <w:tcPr>
            <w:tcW w:type="dxa" w:w="427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696"/>
            <w:vAlign w:val="center"/>
            <w:tcMar>
              <w:left w:w="110" w:type="dxa"/>
              <w:right w:w="110" w:type="dxa"/>
              <w:top w:w="80" w:type="dxa"/>
              <w:bottom w:w="80" w:type="dxa"/>
            </w:tcMar>
            <w:shd w:fill="F3F6F7"/>
          </w:tcPr>
          <w:p>
            <w:pPr>
              <w:spacing w:after="0" w:line="254" w:lineRule="auto"/>
            </w:pPr>
            <w:r>
              <w:rPr>
                <w:rFonts w:ascii="Arial" w:hAnsi="Arial"/>
                <w:b w:val="0"/>
                <w:color w:val="000000"/>
                <w:sz w:val="17"/>
              </w:rPr>
              <w:t>28</w:t>
            </w:r>
          </w:p>
        </w:tc>
        <w:tc>
          <w:tcPr>
            <w:tcW w:type="dxa" w:w="427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r>
      <w:tr>
        <w:trPr>
          <w:cantSplit/>
        </w:trPr>
        <w:tc>
          <w:tcPr>
            <w:tcW w:type="dxa" w:w="696"/>
            <w:vAlign w:val="center"/>
            <w:tcMar>
              <w:left w:w="110" w:type="dxa"/>
              <w:right w:w="110" w:type="dxa"/>
              <w:top w:w="80" w:type="dxa"/>
              <w:bottom w:w="80" w:type="dxa"/>
            </w:tcMar>
          </w:tcPr>
          <w:p>
            <w:pPr>
              <w:spacing w:after="0" w:line="254" w:lineRule="auto"/>
            </w:pPr>
            <w:r>
              <w:rPr>
                <w:rFonts w:ascii="Arial" w:hAnsi="Arial"/>
                <w:b w:val="0"/>
                <w:color w:val="000000"/>
                <w:sz w:val="17"/>
              </w:rPr>
              <w:t>9</w:t>
            </w:r>
          </w:p>
        </w:tc>
        <w:tc>
          <w:tcPr>
            <w:tcW w:type="dxa" w:w="4277"/>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696"/>
            <w:vAlign w:val="center"/>
            <w:tcMar>
              <w:left w:w="110" w:type="dxa"/>
              <w:right w:w="110" w:type="dxa"/>
              <w:top w:w="80" w:type="dxa"/>
              <w:bottom w:w="80" w:type="dxa"/>
            </w:tcMar>
          </w:tcPr>
          <w:p>
            <w:pPr>
              <w:spacing w:after="0" w:line="254" w:lineRule="auto"/>
            </w:pPr>
            <w:r>
              <w:rPr>
                <w:rFonts w:ascii="Arial" w:hAnsi="Arial"/>
                <w:b w:val="0"/>
                <w:color w:val="000000"/>
                <w:sz w:val="17"/>
              </w:rPr>
              <w:t>29</w:t>
            </w:r>
          </w:p>
        </w:tc>
        <w:tc>
          <w:tcPr>
            <w:tcW w:type="dxa" w:w="4277"/>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r>
      <w:tr>
        <w:trPr>
          <w:cantSplit/>
        </w:trPr>
        <w:tc>
          <w:tcPr>
            <w:tcW w:type="dxa" w:w="696"/>
            <w:vAlign w:val="center"/>
            <w:tcMar>
              <w:left w:w="110" w:type="dxa"/>
              <w:right w:w="110" w:type="dxa"/>
              <w:top w:w="80" w:type="dxa"/>
              <w:bottom w:w="80" w:type="dxa"/>
            </w:tcMar>
            <w:shd w:fill="F3F6F7"/>
          </w:tcPr>
          <w:p>
            <w:pPr>
              <w:spacing w:after="0" w:line="254" w:lineRule="auto"/>
            </w:pPr>
            <w:r>
              <w:rPr>
                <w:rFonts w:ascii="Arial" w:hAnsi="Arial"/>
                <w:b w:val="0"/>
                <w:color w:val="000000"/>
                <w:sz w:val="17"/>
              </w:rPr>
              <w:t>10</w:t>
            </w:r>
          </w:p>
        </w:tc>
        <w:tc>
          <w:tcPr>
            <w:tcW w:type="dxa" w:w="427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696"/>
            <w:vAlign w:val="center"/>
            <w:tcMar>
              <w:left w:w="110" w:type="dxa"/>
              <w:right w:w="110" w:type="dxa"/>
              <w:top w:w="80" w:type="dxa"/>
              <w:bottom w:w="80" w:type="dxa"/>
            </w:tcMar>
            <w:shd w:fill="F3F6F7"/>
          </w:tcPr>
          <w:p>
            <w:pPr>
              <w:spacing w:after="0" w:line="254" w:lineRule="auto"/>
            </w:pPr>
            <w:r>
              <w:rPr>
                <w:rFonts w:ascii="Arial" w:hAnsi="Arial"/>
                <w:b w:val="0"/>
                <w:color w:val="000000"/>
                <w:sz w:val="17"/>
              </w:rPr>
              <w:t>30</w:t>
            </w:r>
          </w:p>
        </w:tc>
        <w:tc>
          <w:tcPr>
            <w:tcW w:type="dxa" w:w="427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r>
      <w:tr>
        <w:trPr>
          <w:cantSplit/>
        </w:trPr>
        <w:tc>
          <w:tcPr>
            <w:tcW w:type="dxa" w:w="696"/>
            <w:vAlign w:val="center"/>
            <w:tcMar>
              <w:left w:w="110" w:type="dxa"/>
              <w:right w:w="110" w:type="dxa"/>
              <w:top w:w="80" w:type="dxa"/>
              <w:bottom w:w="80" w:type="dxa"/>
            </w:tcMar>
          </w:tcPr>
          <w:p>
            <w:pPr>
              <w:spacing w:after="0" w:line="254" w:lineRule="auto"/>
            </w:pPr>
            <w:r>
              <w:rPr>
                <w:rFonts w:ascii="Arial" w:hAnsi="Arial"/>
                <w:b w:val="0"/>
                <w:color w:val="000000"/>
                <w:sz w:val="17"/>
              </w:rPr>
              <w:t>11</w:t>
            </w:r>
          </w:p>
        </w:tc>
        <w:tc>
          <w:tcPr>
            <w:tcW w:type="dxa" w:w="4277"/>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696"/>
            <w:vAlign w:val="center"/>
            <w:tcMar>
              <w:left w:w="110" w:type="dxa"/>
              <w:right w:w="110" w:type="dxa"/>
              <w:top w:w="80" w:type="dxa"/>
              <w:bottom w:w="80" w:type="dxa"/>
            </w:tcMar>
          </w:tcPr>
          <w:p>
            <w:pPr>
              <w:spacing w:after="0" w:line="254" w:lineRule="auto"/>
            </w:pPr>
            <w:r>
              <w:rPr>
                <w:rFonts w:ascii="Arial" w:hAnsi="Arial"/>
                <w:b w:val="0"/>
                <w:color w:val="000000"/>
                <w:sz w:val="17"/>
              </w:rPr>
              <w:t>31</w:t>
            </w:r>
          </w:p>
        </w:tc>
        <w:tc>
          <w:tcPr>
            <w:tcW w:type="dxa" w:w="4277"/>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r>
      <w:tr>
        <w:trPr>
          <w:cantSplit/>
        </w:trPr>
        <w:tc>
          <w:tcPr>
            <w:tcW w:type="dxa" w:w="696"/>
            <w:vAlign w:val="center"/>
            <w:tcMar>
              <w:left w:w="110" w:type="dxa"/>
              <w:right w:w="110" w:type="dxa"/>
              <w:top w:w="80" w:type="dxa"/>
              <w:bottom w:w="80" w:type="dxa"/>
            </w:tcMar>
            <w:shd w:fill="F3F6F7"/>
          </w:tcPr>
          <w:p>
            <w:pPr>
              <w:spacing w:after="0" w:line="254" w:lineRule="auto"/>
            </w:pPr>
            <w:r>
              <w:rPr>
                <w:rFonts w:ascii="Arial" w:hAnsi="Arial"/>
                <w:b w:val="0"/>
                <w:color w:val="000000"/>
                <w:sz w:val="17"/>
              </w:rPr>
              <w:t>12</w:t>
            </w:r>
          </w:p>
        </w:tc>
        <w:tc>
          <w:tcPr>
            <w:tcW w:type="dxa" w:w="427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696"/>
            <w:vAlign w:val="center"/>
            <w:tcMar>
              <w:left w:w="110" w:type="dxa"/>
              <w:right w:w="110" w:type="dxa"/>
              <w:top w:w="80" w:type="dxa"/>
              <w:bottom w:w="80" w:type="dxa"/>
            </w:tcMar>
            <w:shd w:fill="F3F6F7"/>
          </w:tcPr>
          <w:p>
            <w:pPr>
              <w:spacing w:after="0" w:line="254" w:lineRule="auto"/>
            </w:pPr>
            <w:r>
              <w:rPr>
                <w:rFonts w:ascii="Arial" w:hAnsi="Arial"/>
                <w:b w:val="0"/>
                <w:color w:val="000000"/>
                <w:sz w:val="17"/>
              </w:rPr>
              <w:t>32</w:t>
            </w:r>
          </w:p>
        </w:tc>
        <w:tc>
          <w:tcPr>
            <w:tcW w:type="dxa" w:w="427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r>
      <w:tr>
        <w:trPr>
          <w:cantSplit/>
        </w:trPr>
        <w:tc>
          <w:tcPr>
            <w:tcW w:type="dxa" w:w="696"/>
            <w:vAlign w:val="center"/>
            <w:tcMar>
              <w:left w:w="110" w:type="dxa"/>
              <w:right w:w="110" w:type="dxa"/>
              <w:top w:w="80" w:type="dxa"/>
              <w:bottom w:w="80" w:type="dxa"/>
            </w:tcMar>
          </w:tcPr>
          <w:p>
            <w:pPr>
              <w:spacing w:after="0" w:line="254" w:lineRule="auto"/>
            </w:pPr>
            <w:r>
              <w:rPr>
                <w:rFonts w:ascii="Arial" w:hAnsi="Arial"/>
                <w:b w:val="0"/>
                <w:color w:val="000000"/>
                <w:sz w:val="17"/>
              </w:rPr>
              <w:t>13</w:t>
            </w:r>
          </w:p>
        </w:tc>
        <w:tc>
          <w:tcPr>
            <w:tcW w:type="dxa" w:w="4277"/>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696"/>
            <w:vAlign w:val="center"/>
            <w:tcMar>
              <w:left w:w="110" w:type="dxa"/>
              <w:right w:w="110" w:type="dxa"/>
              <w:top w:w="80" w:type="dxa"/>
              <w:bottom w:w="80" w:type="dxa"/>
            </w:tcMar>
          </w:tcPr>
          <w:p>
            <w:pPr>
              <w:spacing w:after="0" w:line="254" w:lineRule="auto"/>
            </w:pPr>
            <w:r>
              <w:rPr>
                <w:rFonts w:ascii="Arial" w:hAnsi="Arial"/>
                <w:b w:val="0"/>
                <w:color w:val="000000"/>
                <w:sz w:val="17"/>
              </w:rPr>
              <w:t>33</w:t>
            </w:r>
          </w:p>
        </w:tc>
        <w:tc>
          <w:tcPr>
            <w:tcW w:type="dxa" w:w="4277"/>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r>
      <w:tr>
        <w:trPr>
          <w:cantSplit/>
        </w:trPr>
        <w:tc>
          <w:tcPr>
            <w:tcW w:type="dxa" w:w="696"/>
            <w:vAlign w:val="center"/>
            <w:tcMar>
              <w:left w:w="110" w:type="dxa"/>
              <w:right w:w="110" w:type="dxa"/>
              <w:top w:w="80" w:type="dxa"/>
              <w:bottom w:w="80" w:type="dxa"/>
            </w:tcMar>
            <w:shd w:fill="F3F6F7"/>
          </w:tcPr>
          <w:p>
            <w:pPr>
              <w:spacing w:after="0" w:line="254" w:lineRule="auto"/>
            </w:pPr>
            <w:r>
              <w:rPr>
                <w:rFonts w:ascii="Arial" w:hAnsi="Arial"/>
                <w:b w:val="0"/>
                <w:color w:val="000000"/>
                <w:sz w:val="17"/>
              </w:rPr>
              <w:t>14</w:t>
            </w:r>
          </w:p>
        </w:tc>
        <w:tc>
          <w:tcPr>
            <w:tcW w:type="dxa" w:w="427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696"/>
            <w:vAlign w:val="center"/>
            <w:tcMar>
              <w:left w:w="110" w:type="dxa"/>
              <w:right w:w="110" w:type="dxa"/>
              <w:top w:w="80" w:type="dxa"/>
              <w:bottom w:w="80" w:type="dxa"/>
            </w:tcMar>
            <w:shd w:fill="F3F6F7"/>
          </w:tcPr>
          <w:p>
            <w:pPr>
              <w:spacing w:after="0" w:line="254" w:lineRule="auto"/>
            </w:pPr>
            <w:r>
              <w:rPr>
                <w:rFonts w:ascii="Arial" w:hAnsi="Arial"/>
                <w:b w:val="0"/>
                <w:color w:val="000000"/>
                <w:sz w:val="17"/>
              </w:rPr>
              <w:t>34</w:t>
            </w:r>
          </w:p>
        </w:tc>
        <w:tc>
          <w:tcPr>
            <w:tcW w:type="dxa" w:w="427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r>
      <w:tr>
        <w:trPr>
          <w:cantSplit/>
        </w:trPr>
        <w:tc>
          <w:tcPr>
            <w:tcW w:type="dxa" w:w="696"/>
            <w:vAlign w:val="center"/>
            <w:tcMar>
              <w:left w:w="110" w:type="dxa"/>
              <w:right w:w="110" w:type="dxa"/>
              <w:top w:w="80" w:type="dxa"/>
              <w:bottom w:w="80" w:type="dxa"/>
            </w:tcMar>
          </w:tcPr>
          <w:p>
            <w:pPr>
              <w:spacing w:after="0" w:line="254" w:lineRule="auto"/>
            </w:pPr>
            <w:r>
              <w:rPr>
                <w:rFonts w:ascii="Arial" w:hAnsi="Arial"/>
                <w:b w:val="0"/>
                <w:color w:val="000000"/>
                <w:sz w:val="17"/>
              </w:rPr>
              <w:t>15</w:t>
            </w:r>
          </w:p>
        </w:tc>
        <w:tc>
          <w:tcPr>
            <w:tcW w:type="dxa" w:w="4277"/>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696"/>
            <w:vAlign w:val="center"/>
            <w:tcMar>
              <w:left w:w="110" w:type="dxa"/>
              <w:right w:w="110" w:type="dxa"/>
              <w:top w:w="80" w:type="dxa"/>
              <w:bottom w:w="80" w:type="dxa"/>
            </w:tcMar>
          </w:tcPr>
          <w:p>
            <w:pPr>
              <w:spacing w:after="0" w:line="254" w:lineRule="auto"/>
            </w:pPr>
            <w:r>
              <w:rPr>
                <w:rFonts w:ascii="Arial" w:hAnsi="Arial"/>
                <w:b w:val="0"/>
                <w:color w:val="000000"/>
                <w:sz w:val="17"/>
              </w:rPr>
              <w:t>35</w:t>
            </w:r>
          </w:p>
        </w:tc>
        <w:tc>
          <w:tcPr>
            <w:tcW w:type="dxa" w:w="4277"/>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r>
      <w:tr>
        <w:trPr>
          <w:cantSplit/>
        </w:trPr>
        <w:tc>
          <w:tcPr>
            <w:tcW w:type="dxa" w:w="696"/>
            <w:vAlign w:val="center"/>
            <w:tcMar>
              <w:left w:w="110" w:type="dxa"/>
              <w:right w:w="110" w:type="dxa"/>
              <w:top w:w="80" w:type="dxa"/>
              <w:bottom w:w="80" w:type="dxa"/>
            </w:tcMar>
            <w:shd w:fill="F3F6F7"/>
          </w:tcPr>
          <w:p>
            <w:pPr>
              <w:spacing w:after="0" w:line="254" w:lineRule="auto"/>
            </w:pPr>
            <w:r>
              <w:rPr>
                <w:rFonts w:ascii="Arial" w:hAnsi="Arial"/>
                <w:b w:val="0"/>
                <w:color w:val="000000"/>
                <w:sz w:val="17"/>
              </w:rPr>
              <w:t>16</w:t>
            </w:r>
          </w:p>
        </w:tc>
        <w:tc>
          <w:tcPr>
            <w:tcW w:type="dxa" w:w="427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696"/>
            <w:vAlign w:val="center"/>
            <w:tcMar>
              <w:left w:w="110" w:type="dxa"/>
              <w:right w:w="110" w:type="dxa"/>
              <w:top w:w="80" w:type="dxa"/>
              <w:bottom w:w="80" w:type="dxa"/>
            </w:tcMar>
            <w:shd w:fill="F3F6F7"/>
          </w:tcPr>
          <w:p>
            <w:pPr>
              <w:spacing w:after="0" w:line="254" w:lineRule="auto"/>
            </w:pPr>
            <w:r>
              <w:rPr>
                <w:rFonts w:ascii="Arial" w:hAnsi="Arial"/>
                <w:b w:val="0"/>
                <w:color w:val="000000"/>
                <w:sz w:val="17"/>
              </w:rPr>
              <w:t>36</w:t>
            </w:r>
          </w:p>
        </w:tc>
        <w:tc>
          <w:tcPr>
            <w:tcW w:type="dxa" w:w="427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r>
      <w:tr>
        <w:trPr>
          <w:cantSplit/>
        </w:trPr>
        <w:tc>
          <w:tcPr>
            <w:tcW w:type="dxa" w:w="696"/>
            <w:vAlign w:val="center"/>
            <w:tcMar>
              <w:left w:w="110" w:type="dxa"/>
              <w:right w:w="110" w:type="dxa"/>
              <w:top w:w="80" w:type="dxa"/>
              <w:bottom w:w="80" w:type="dxa"/>
            </w:tcMar>
          </w:tcPr>
          <w:p>
            <w:pPr>
              <w:spacing w:after="0" w:line="254" w:lineRule="auto"/>
            </w:pPr>
            <w:r>
              <w:rPr>
                <w:rFonts w:ascii="Arial" w:hAnsi="Arial"/>
                <w:b w:val="0"/>
                <w:color w:val="000000"/>
                <w:sz w:val="17"/>
              </w:rPr>
              <w:t>17</w:t>
            </w:r>
          </w:p>
        </w:tc>
        <w:tc>
          <w:tcPr>
            <w:tcW w:type="dxa" w:w="4277"/>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696"/>
            <w:vAlign w:val="center"/>
            <w:tcMar>
              <w:left w:w="110" w:type="dxa"/>
              <w:right w:w="110" w:type="dxa"/>
              <w:top w:w="80" w:type="dxa"/>
              <w:bottom w:w="80" w:type="dxa"/>
            </w:tcMar>
          </w:tcPr>
          <w:p>
            <w:pPr>
              <w:spacing w:after="0" w:line="254" w:lineRule="auto"/>
            </w:pPr>
            <w:r>
              <w:rPr>
                <w:rFonts w:ascii="Arial" w:hAnsi="Arial"/>
                <w:b w:val="0"/>
                <w:color w:val="000000"/>
                <w:sz w:val="17"/>
              </w:rPr>
              <w:t>37</w:t>
            </w:r>
          </w:p>
        </w:tc>
        <w:tc>
          <w:tcPr>
            <w:tcW w:type="dxa" w:w="4277"/>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r>
      <w:tr>
        <w:trPr>
          <w:cantSplit/>
        </w:trPr>
        <w:tc>
          <w:tcPr>
            <w:tcW w:type="dxa" w:w="696"/>
            <w:vAlign w:val="center"/>
            <w:tcMar>
              <w:left w:w="110" w:type="dxa"/>
              <w:right w:w="110" w:type="dxa"/>
              <w:top w:w="80" w:type="dxa"/>
              <w:bottom w:w="80" w:type="dxa"/>
            </w:tcMar>
            <w:shd w:fill="F3F6F7"/>
          </w:tcPr>
          <w:p>
            <w:pPr>
              <w:spacing w:after="0" w:line="254" w:lineRule="auto"/>
            </w:pPr>
            <w:r>
              <w:rPr>
                <w:rFonts w:ascii="Arial" w:hAnsi="Arial"/>
                <w:b w:val="0"/>
                <w:color w:val="000000"/>
                <w:sz w:val="17"/>
              </w:rPr>
              <w:t>18</w:t>
            </w:r>
          </w:p>
        </w:tc>
        <w:tc>
          <w:tcPr>
            <w:tcW w:type="dxa" w:w="427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696"/>
            <w:vAlign w:val="center"/>
            <w:tcMar>
              <w:left w:w="110" w:type="dxa"/>
              <w:right w:w="110" w:type="dxa"/>
              <w:top w:w="80" w:type="dxa"/>
              <w:bottom w:w="80" w:type="dxa"/>
            </w:tcMar>
            <w:shd w:fill="F3F6F7"/>
          </w:tcPr>
          <w:p>
            <w:pPr>
              <w:spacing w:after="0" w:line="254" w:lineRule="auto"/>
            </w:pPr>
            <w:r>
              <w:rPr>
                <w:rFonts w:ascii="Arial" w:hAnsi="Arial"/>
                <w:b w:val="0"/>
                <w:color w:val="000000"/>
                <w:sz w:val="17"/>
              </w:rPr>
              <w:t>38</w:t>
            </w:r>
          </w:p>
        </w:tc>
        <w:tc>
          <w:tcPr>
            <w:tcW w:type="dxa" w:w="427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r>
      <w:tr>
        <w:trPr>
          <w:cantSplit/>
        </w:trPr>
        <w:tc>
          <w:tcPr>
            <w:tcW w:type="dxa" w:w="696"/>
            <w:vAlign w:val="center"/>
            <w:tcMar>
              <w:left w:w="110" w:type="dxa"/>
              <w:right w:w="110" w:type="dxa"/>
              <w:top w:w="80" w:type="dxa"/>
              <w:bottom w:w="80" w:type="dxa"/>
            </w:tcMar>
          </w:tcPr>
          <w:p>
            <w:pPr>
              <w:spacing w:after="0" w:line="254" w:lineRule="auto"/>
            </w:pPr>
            <w:r>
              <w:rPr>
                <w:rFonts w:ascii="Arial" w:hAnsi="Arial"/>
                <w:b w:val="0"/>
                <w:color w:val="000000"/>
                <w:sz w:val="17"/>
              </w:rPr>
              <w:t>19</w:t>
            </w:r>
          </w:p>
        </w:tc>
        <w:tc>
          <w:tcPr>
            <w:tcW w:type="dxa" w:w="4277"/>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696"/>
            <w:vAlign w:val="center"/>
            <w:tcMar>
              <w:left w:w="110" w:type="dxa"/>
              <w:right w:w="110" w:type="dxa"/>
              <w:top w:w="80" w:type="dxa"/>
              <w:bottom w:w="80" w:type="dxa"/>
            </w:tcMar>
          </w:tcPr>
          <w:p>
            <w:pPr>
              <w:spacing w:after="0" w:line="254" w:lineRule="auto"/>
            </w:pPr>
            <w:r>
              <w:rPr>
                <w:rFonts w:ascii="Arial" w:hAnsi="Arial"/>
                <w:b w:val="0"/>
                <w:color w:val="000000"/>
                <w:sz w:val="17"/>
              </w:rPr>
              <w:t>39</w:t>
            </w:r>
          </w:p>
        </w:tc>
        <w:tc>
          <w:tcPr>
            <w:tcW w:type="dxa" w:w="4277"/>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r>
      <w:tr>
        <w:trPr>
          <w:cantSplit/>
        </w:trPr>
        <w:tc>
          <w:tcPr>
            <w:tcW w:type="dxa" w:w="696"/>
            <w:vAlign w:val="center"/>
            <w:tcMar>
              <w:left w:w="110" w:type="dxa"/>
              <w:right w:w="110" w:type="dxa"/>
              <w:top w:w="80" w:type="dxa"/>
              <w:bottom w:w="80" w:type="dxa"/>
            </w:tcMar>
            <w:shd w:fill="F3F6F7"/>
          </w:tcPr>
          <w:p>
            <w:pPr>
              <w:spacing w:after="0" w:line="254" w:lineRule="auto"/>
            </w:pPr>
            <w:r>
              <w:rPr>
                <w:rFonts w:ascii="Arial" w:hAnsi="Arial"/>
                <w:b w:val="0"/>
                <w:color w:val="000000"/>
                <w:sz w:val="17"/>
              </w:rPr>
              <w:t>20</w:t>
            </w:r>
          </w:p>
        </w:tc>
        <w:tc>
          <w:tcPr>
            <w:tcW w:type="dxa" w:w="427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696"/>
            <w:vAlign w:val="center"/>
            <w:tcMar>
              <w:left w:w="110" w:type="dxa"/>
              <w:right w:w="110" w:type="dxa"/>
              <w:top w:w="80" w:type="dxa"/>
              <w:bottom w:w="80" w:type="dxa"/>
            </w:tcMar>
            <w:shd w:fill="F3F6F7"/>
          </w:tcPr>
          <w:p>
            <w:pPr>
              <w:spacing w:after="0" w:line="254" w:lineRule="auto"/>
            </w:pPr>
            <w:r>
              <w:rPr>
                <w:rFonts w:ascii="Arial" w:hAnsi="Arial"/>
                <w:b w:val="0"/>
                <w:color w:val="000000"/>
                <w:sz w:val="17"/>
              </w:rPr>
              <w:t>40</w:t>
            </w:r>
          </w:p>
        </w:tc>
        <w:tc>
          <w:tcPr>
            <w:tcW w:type="dxa" w:w="427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r>
    </w:tbl>
    <w:p>
      <w:pPr>
        <w:widowControl/>
        <w:spacing w:before="0" w:after="160" w:line="20" w:lineRule="exact"/>
        <w:ind w:left="0"/>
      </w:pPr>
      <w:r>
        <w:rPr>
          <w:rFonts w:ascii="Arial" w:hAnsi="Arial"/>
          <w:b w:val="0"/>
          <w:color w:val="000000"/>
          <w:sz w:val="2"/>
        </w:rPr>
      </w:r>
    </w:p>
    <w:p>
      <w:pPr>
        <w:widowControl/>
        <w:spacing w:before="0" w:after="200" w:line="276" w:lineRule="auto"/>
        <w:ind w:left="0"/>
      </w:pPr>
      <w:r>
        <w:rPr>
          <w:rFonts w:ascii="Arial" w:hAnsi="Arial"/>
          <w:b w:val="0"/>
          <w:color w:val="000000"/>
          <w:sz w:val="19"/>
        </w:rPr>
        <w:t>Тексергеннен кейін: дұрыс ____ / 40; бос ____; оқу қатесі ____; әдіс ____; есептеу ____</w:t>
      </w:r>
    </w:p>
    <w:p>
      <w:pPr>
        <w:pStyle w:val="Heading1"/>
        <w:pageBreakBefore/>
        <w:widowControl/>
        <w:spacing w:before="0" w:after="160" w:line="276" w:lineRule="auto"/>
        <w:ind w:left="0"/>
      </w:pPr>
      <w:r>
        <w:rPr>
          <w:rFonts w:ascii="Arial" w:hAnsi="Arial"/>
          <w:b/>
          <w:color w:val="000000"/>
          <w:sz w:val="42"/>
        </w:rPr>
        <w:t>Жауап бланкісі</w:t>
      </w:r>
    </w:p>
    <w:p>
      <w:pPr>
        <w:widowControl/>
        <w:spacing w:before="0" w:after="420" w:line="276" w:lineRule="auto"/>
        <w:ind w:left="0"/>
      </w:pPr>
      <w:r>
        <w:rPr>
          <w:rFonts w:ascii="Arial" w:hAnsi="Arial"/>
          <w:b w:val="0"/>
          <w:color w:val="000000"/>
          <w:sz w:val="20"/>
        </w:rPr>
        <w:t>1-сынақ · Сандық сипаттамалар</w:t>
      </w:r>
    </w:p>
    <w:p>
      <w:pPr>
        <w:widowControl/>
        <w:spacing w:before="0" w:after="240" w:line="276" w:lineRule="auto"/>
        <w:ind w:left="0"/>
      </w:pPr>
      <w:r>
        <w:rPr>
          <w:rFonts w:ascii="Arial" w:hAnsi="Arial"/>
          <w:b w:val="0"/>
          <w:color w:val="000000"/>
          <w:sz w:val="21"/>
        </w:rPr>
        <w:t>Аты __________________________   Күні ______________</w:t>
      </w:r>
    </w:p>
    <w:p>
      <w:pPr>
        <w:widowControl/>
        <w:spacing w:before="0" w:after="240" w:line="276" w:lineRule="auto"/>
        <w:ind w:left="0"/>
      </w:pPr>
      <w:r>
        <w:rPr>
          <w:rFonts w:ascii="Arial" w:hAnsi="Arial"/>
          <w:b w:val="0"/>
          <w:color w:val="000000"/>
          <w:sz w:val="19"/>
        </w:rPr>
        <w:t>Таңдалған әріптің жанындағы бір өрісті бояңыз. Қара шарикті қалам қолданыңыз. Бұл — оқу бланкісі, НЗМ-нің ресми жауап парағының көшірмесі емес.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97"/>
        <w:gridCol w:w="2718"/>
        <w:gridCol w:w="597"/>
        <w:gridCol w:w="2718"/>
        <w:gridCol w:w="597"/>
        <w:gridCol w:w="2718"/>
      </w:tblGrid>
      <w:tr>
        <w:trPr>
          <w:cantSplit/>
        </w:trPr>
        <w:tc>
          <w:tcPr>
            <w:tcW w:type="dxa" w:w="597"/>
            <w:vAlign w:val="center"/>
            <w:tcMar>
              <w:left w:w="110" w:type="dxa"/>
              <w:right w:w="110" w:type="dxa"/>
              <w:top w:w="80" w:type="dxa"/>
              <w:bottom w:w="80" w:type="dxa"/>
            </w:tcMar>
            <w:shd w:fill="233B4B"/>
          </w:tcPr>
          <w:p>
            <w:pPr>
              <w:spacing w:after="0" w:line="254" w:lineRule="auto"/>
            </w:pPr>
            <w:r>
              <w:rPr>
                <w:rFonts w:ascii="Arial" w:hAnsi="Arial"/>
                <w:b/>
                <w:color w:val="FFFFFF"/>
                <w:sz w:val="17"/>
              </w:rPr>
              <w:t>№</w:t>
            </w:r>
          </w:p>
        </w:tc>
        <w:tc>
          <w:tcPr>
            <w:tcW w:type="dxa" w:w="2718"/>
            <w:vAlign w:val="center"/>
            <w:tcMar>
              <w:left w:w="110" w:type="dxa"/>
              <w:right w:w="110" w:type="dxa"/>
              <w:top w:w="80" w:type="dxa"/>
              <w:bottom w:w="80" w:type="dxa"/>
            </w:tcMar>
            <w:shd w:fill="233B4B"/>
          </w:tcPr>
          <w:p>
            <w:pPr>
              <w:spacing w:after="0" w:line="254" w:lineRule="auto"/>
            </w:pPr>
            <w:r>
              <w:rPr>
                <w:rFonts w:ascii="Arial" w:hAnsi="Arial"/>
                <w:b/>
                <w:color w:val="FFFFFF"/>
                <w:sz w:val="17"/>
              </w:rPr>
              <w:t>Жауап</w:t>
            </w:r>
          </w:p>
        </w:tc>
        <w:tc>
          <w:tcPr>
            <w:tcW w:type="dxa" w:w="597"/>
            <w:vAlign w:val="center"/>
            <w:tcMar>
              <w:left w:w="110" w:type="dxa"/>
              <w:right w:w="110" w:type="dxa"/>
              <w:top w:w="80" w:type="dxa"/>
              <w:bottom w:w="80" w:type="dxa"/>
            </w:tcMar>
            <w:shd w:fill="233B4B"/>
          </w:tcPr>
          <w:p>
            <w:pPr>
              <w:spacing w:after="0" w:line="254" w:lineRule="auto"/>
            </w:pPr>
            <w:r>
              <w:rPr>
                <w:rFonts w:ascii="Arial" w:hAnsi="Arial"/>
                <w:b/>
                <w:color w:val="FFFFFF"/>
                <w:sz w:val="17"/>
              </w:rPr>
              <w:t>№</w:t>
            </w:r>
          </w:p>
        </w:tc>
        <w:tc>
          <w:tcPr>
            <w:tcW w:type="dxa" w:w="2718"/>
            <w:vAlign w:val="center"/>
            <w:tcMar>
              <w:left w:w="110" w:type="dxa"/>
              <w:right w:w="110" w:type="dxa"/>
              <w:top w:w="80" w:type="dxa"/>
              <w:bottom w:w="80" w:type="dxa"/>
            </w:tcMar>
            <w:shd w:fill="233B4B"/>
          </w:tcPr>
          <w:p>
            <w:pPr>
              <w:spacing w:after="0" w:line="254" w:lineRule="auto"/>
            </w:pPr>
            <w:r>
              <w:rPr>
                <w:rFonts w:ascii="Arial" w:hAnsi="Arial"/>
                <w:b/>
                <w:color w:val="FFFFFF"/>
                <w:sz w:val="17"/>
              </w:rPr>
              <w:t>Жауап</w:t>
            </w:r>
          </w:p>
        </w:tc>
        <w:tc>
          <w:tcPr>
            <w:tcW w:type="dxa" w:w="597"/>
            <w:vAlign w:val="center"/>
            <w:tcMar>
              <w:left w:w="110" w:type="dxa"/>
              <w:right w:w="110" w:type="dxa"/>
              <w:top w:w="80" w:type="dxa"/>
              <w:bottom w:w="80" w:type="dxa"/>
            </w:tcMar>
            <w:shd w:fill="233B4B"/>
          </w:tcPr>
          <w:p>
            <w:pPr>
              <w:spacing w:after="0" w:line="254" w:lineRule="auto"/>
            </w:pPr>
            <w:r>
              <w:rPr>
                <w:rFonts w:ascii="Arial" w:hAnsi="Arial"/>
                <w:b/>
                <w:color w:val="FFFFFF"/>
                <w:sz w:val="17"/>
              </w:rPr>
              <w:t>№</w:t>
            </w:r>
          </w:p>
        </w:tc>
        <w:tc>
          <w:tcPr>
            <w:tcW w:type="dxa" w:w="2718"/>
            <w:vAlign w:val="center"/>
            <w:tcMar>
              <w:left w:w="110" w:type="dxa"/>
              <w:right w:w="110" w:type="dxa"/>
              <w:top w:w="80" w:type="dxa"/>
              <w:bottom w:w="80" w:type="dxa"/>
            </w:tcMar>
            <w:shd w:fill="233B4B"/>
          </w:tcPr>
          <w:p>
            <w:pPr>
              <w:spacing w:after="0" w:line="254" w:lineRule="auto"/>
            </w:pPr>
            <w:r>
              <w:rPr>
                <w:rFonts w:ascii="Arial" w:hAnsi="Arial"/>
                <w:b/>
                <w:color w:val="FFFFFF"/>
                <w:sz w:val="17"/>
              </w:rPr>
              <w:t>Жауап</w:t>
            </w:r>
          </w:p>
        </w:tc>
      </w:tr>
      <w:tr>
        <w:trPr>
          <w:cantSplit/>
        </w:trPr>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1</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21</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41</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r>
      <w:tr>
        <w:trPr>
          <w:cantSplit/>
        </w:trPr>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2</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22</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42</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r>
      <w:tr>
        <w:trPr>
          <w:cantSplit/>
        </w:trPr>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3</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23</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43</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r>
      <w:tr>
        <w:trPr>
          <w:cantSplit/>
        </w:trPr>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4</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24</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44</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r>
      <w:tr>
        <w:trPr>
          <w:cantSplit/>
        </w:trPr>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5</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25</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45</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r>
      <w:tr>
        <w:trPr>
          <w:cantSplit/>
        </w:trPr>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6</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26</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46</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r>
      <w:tr>
        <w:trPr>
          <w:cantSplit/>
        </w:trPr>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7</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27</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47</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r>
      <w:tr>
        <w:trPr>
          <w:cantSplit/>
        </w:trPr>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8</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28</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48</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r>
      <w:tr>
        <w:trPr>
          <w:cantSplit/>
        </w:trPr>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9</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29</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49</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r>
      <w:tr>
        <w:trPr>
          <w:cantSplit/>
        </w:trPr>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10</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30</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50</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r>
      <w:tr>
        <w:trPr>
          <w:cantSplit/>
        </w:trPr>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11</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31</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51</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r>
      <w:tr>
        <w:trPr>
          <w:cantSplit/>
        </w:trPr>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12</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32</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52</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r>
      <w:tr>
        <w:trPr>
          <w:cantSplit/>
        </w:trPr>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13</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33</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53</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r>
      <w:tr>
        <w:trPr>
          <w:cantSplit/>
        </w:trPr>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14</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34</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54</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r>
      <w:tr>
        <w:trPr>
          <w:cantSplit/>
        </w:trPr>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15</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35</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55</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r>
      <w:tr>
        <w:trPr>
          <w:cantSplit/>
        </w:trPr>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16</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36</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56</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r>
      <w:tr>
        <w:trPr>
          <w:cantSplit/>
        </w:trPr>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17</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37</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57</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r>
      <w:tr>
        <w:trPr>
          <w:cantSplit/>
        </w:trPr>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18</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38</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58</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r>
      <w:tr>
        <w:trPr>
          <w:cantSplit/>
        </w:trPr>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19</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39</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59</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r>
      <w:tr>
        <w:trPr>
          <w:cantSplit/>
        </w:trPr>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20</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40</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60</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r>
    </w:tbl>
    <w:p>
      <w:pPr>
        <w:widowControl/>
        <w:spacing w:before="0" w:after="160" w:line="20" w:lineRule="exact"/>
        <w:ind w:left="0"/>
      </w:pPr>
      <w:r>
        <w:rPr>
          <w:rFonts w:ascii="Arial" w:hAnsi="Arial"/>
          <w:b w:val="0"/>
          <w:color w:val="000000"/>
          <w:sz w:val="2"/>
        </w:rPr>
      </w:r>
    </w:p>
    <w:p>
      <w:pPr>
        <w:widowControl/>
        <w:spacing w:before="0" w:after="200" w:line="276" w:lineRule="auto"/>
        <w:ind w:left="0"/>
      </w:pPr>
      <w:r>
        <w:rPr>
          <w:rFonts w:ascii="Arial" w:hAnsi="Arial"/>
          <w:b w:val="0"/>
          <w:color w:val="000000"/>
          <w:sz w:val="19"/>
        </w:rPr>
        <w:t>Тексергеннен кейін: дұрыс ____ / 60; бос ____; оқу қатесі ____; әдіс ____; есептеу ____</w:t>
      </w:r>
    </w:p>
    <w:p>
      <w:pPr>
        <w:pStyle w:val="Heading1"/>
        <w:pageBreakBefore/>
        <w:widowControl/>
        <w:spacing w:before="0" w:after="160" w:line="276" w:lineRule="auto"/>
        <w:ind w:left="0"/>
      </w:pPr>
      <w:r>
        <w:rPr>
          <w:rFonts w:ascii="Arial" w:hAnsi="Arial"/>
          <w:b/>
          <w:color w:val="000000"/>
          <w:sz w:val="42"/>
        </w:rPr>
        <w:t>2-сынақ</w:t>
      </w:r>
    </w:p>
    <w:p>
      <w:pPr>
        <w:widowControl/>
        <w:spacing w:before="0" w:after="420" w:line="276" w:lineRule="auto"/>
        <w:ind w:left="0"/>
      </w:pPr>
      <w:r>
        <w:rPr>
          <w:rFonts w:ascii="Arial" w:hAnsi="Arial"/>
          <w:b w:val="0"/>
          <w:color w:val="000000"/>
          <w:sz w:val="20"/>
        </w:rPr>
        <w:t>Аралас есептер және графика</w:t>
      </w:r>
    </w:p>
    <w:p>
      <w:pPr>
        <w:widowControl/>
        <w:spacing w:before="0" w:after="140" w:line="276" w:lineRule="auto"/>
        <w:ind w:left="0"/>
      </w:pPr>
      <w:r>
        <w:rPr>
          <w:rFonts w:ascii="Arial" w:hAnsi="Arial"/>
          <w:b/>
          <w:color w:val="000000"/>
          <w:sz w:val="24"/>
        </w:rPr>
        <w:t>Дайындық</w:t>
      </w:r>
    </w:p>
    <w:p>
      <w:pPr>
        <w:widowControl/>
        <w:spacing w:before="0" w:after="360" w:line="276" w:lineRule="auto"/>
        <w:ind w:left="0"/>
      </w:pPr>
      <w:r>
        <w:rPr>
          <w:rFonts w:ascii="Arial" w:hAnsi="Arial"/>
          <w:b w:val="0"/>
          <w:color w:val="000000"/>
          <w:sz w:val="21"/>
        </w:rPr>
        <w:t>Бланкіні толтыруға гельді емес, қара сиялы шарикті қалам қолданыңыз. Ресми жадынамада қарындаш, түзеткіш сұйықтық және жауап парағында жауапты сызып тастауға тыйым салынған [1]. Нақты сынаққа ұқсас жаттығу үшін осы ережелерді ұстаныңыз. Үйде қаралама есептеулерді кітаптың бос жиегіне не жеке параққа жазыңыз.</w:t>
      </w:r>
    </w:p>
    <w:p>
      <w:pPr>
        <w:widowControl/>
        <w:spacing w:before="0" w:after="140" w:line="276" w:lineRule="auto"/>
        <w:ind w:left="0"/>
      </w:pPr>
      <w:r>
        <w:rPr>
          <w:rFonts w:ascii="Arial" w:hAnsi="Arial"/>
          <w:b/>
          <w:color w:val="000000"/>
          <w:sz w:val="24"/>
        </w:rPr>
        <w:t>Математика</w:t>
      </w:r>
    </w:p>
    <w:p>
      <w:pPr>
        <w:widowControl/>
        <w:spacing w:before="0" w:after="360" w:line="276" w:lineRule="auto"/>
        <w:ind w:left="0"/>
      </w:pPr>
      <w:r>
        <w:rPr>
          <w:rFonts w:ascii="Arial" w:hAnsi="Arial"/>
          <w:b w:val="0"/>
          <w:color w:val="000000"/>
          <w:sz w:val="21"/>
        </w:rPr>
        <w:t>60 минутта 40 сұрақ. Бір жауап нұсқасын таңдаңыз. Жауаптарды көшіруге қосымша уақыт бөлмеңіз. Калькулятор, сызғыш не анықтамалық қолданбаңыз.</w:t>
      </w:r>
    </w:p>
    <w:p>
      <w:pPr>
        <w:widowControl/>
        <w:spacing w:before="0" w:after="140" w:line="276" w:lineRule="auto"/>
        <w:ind w:left="0"/>
      </w:pPr>
      <w:r>
        <w:rPr>
          <w:rFonts w:ascii="Arial" w:hAnsi="Arial"/>
          <w:b/>
          <w:color w:val="000000"/>
          <w:sz w:val="24"/>
        </w:rPr>
        <w:t>Сандық сипаттамалар</w:t>
      </w:r>
    </w:p>
    <w:p>
      <w:pPr>
        <w:widowControl/>
        <w:spacing w:before="0" w:after="360" w:line="276" w:lineRule="auto"/>
        <w:ind w:left="0"/>
      </w:pPr>
      <w:r>
        <w:rPr>
          <w:rFonts w:ascii="Arial" w:hAnsi="Arial"/>
          <w:b w:val="0"/>
          <w:color w:val="000000"/>
          <w:sz w:val="21"/>
        </w:rPr>
        <w:t>30 минутта 60 салыстыру. A — A мәні үлкен; B — B мәні үлкен; C — теңдік міндетті; D — алғашқы үш қорытындының біреуіне дерек жеткіліксіз. Бір қарсы мысал A, B не C-ні жоққа шығара алады; D үшін екі түрлі рұқсат етілген нәтиже келтіріңіз.</w:t>
      </w:r>
    </w:p>
    <w:p>
      <w:pPr>
        <w:widowControl/>
        <w:spacing w:before="0" w:after="140" w:line="276" w:lineRule="auto"/>
        <w:ind w:left="0"/>
      </w:pPr>
      <w:r>
        <w:rPr>
          <w:rFonts w:ascii="Arial" w:hAnsi="Arial"/>
          <w:b/>
          <w:color w:val="000000"/>
          <w:sz w:val="24"/>
        </w:rPr>
        <w:t>Оқу нәтижесі</w:t>
      </w:r>
    </w:p>
    <w:p>
      <w:pPr>
        <w:widowControl/>
        <w:spacing w:before="0" w:after="360" w:line="276" w:lineRule="auto"/>
        <w:ind w:left="0"/>
      </w:pPr>
      <w:r>
        <w:rPr>
          <w:rFonts w:ascii="Arial" w:hAnsi="Arial"/>
          <w:b w:val="0"/>
          <w:color w:val="000000"/>
          <w:sz w:val="21"/>
        </w:rPr>
        <w:t>Дұрыс жауапқа 1, қате не бос жауапқа 0. 40 пен 60 ішіндегі дұрыс жауаптар санын бөлек есептеңіз. Бұл — ресми салмақтарсыз оқу шкаласы. Оны түсу ықтималдығына айналдырмаңыз.</w:t>
      </w:r>
    </w:p>
    <w:p>
      <w:pPr>
        <w:widowControl/>
        <w:spacing w:before="0" w:after="140" w:line="276" w:lineRule="auto"/>
        <w:ind w:left="0"/>
      </w:pPr>
      <w:r>
        <w:rPr>
          <w:rFonts w:ascii="Arial" w:hAnsi="Arial"/>
          <w:b/>
          <w:color w:val="000000"/>
          <w:sz w:val="24"/>
        </w:rPr>
        <w:t>Орындағаннан кейін</w:t>
      </w:r>
    </w:p>
    <w:p>
      <w:pPr>
        <w:widowControl/>
        <w:spacing w:before="0" w:after="360" w:line="276" w:lineRule="auto"/>
        <w:ind w:left="0"/>
      </w:pPr>
      <w:r>
        <w:rPr>
          <w:rFonts w:ascii="Arial" w:hAnsi="Arial"/>
          <w:b w:val="0"/>
          <w:color w:val="000000"/>
          <w:sz w:val="21"/>
        </w:rPr>
        <w:t>Бос жауаптар мен қате себептерін белгілеңіз: оқу, әдіс, есептеу не уақыт. Суреті бар есепте бірліктерді, шкала басын, жүрген жол мен үйден қашықтық айырмасын тексеріңіз.</w:t>
      </w:r>
    </w:p>
    <w:p>
      <w:pPr>
        <w:pStyle w:val="Heading1"/>
        <w:pageBreakBefore/>
        <w:widowControl/>
        <w:spacing w:before="0" w:after="160" w:line="276" w:lineRule="auto"/>
        <w:ind w:left="0"/>
      </w:pPr>
      <w:r>
        <w:rPr>
          <w:rFonts w:ascii="Arial" w:hAnsi="Arial"/>
          <w:b/>
          <w:color w:val="000000"/>
          <w:sz w:val="42"/>
        </w:rPr>
        <w:t>2-сынақ · Математика</w:t>
      </w:r>
    </w:p>
    <w:p>
      <w:pPr>
        <w:widowControl/>
        <w:spacing w:before="0" w:after="420" w:line="276" w:lineRule="auto"/>
        <w:ind w:left="0"/>
      </w:pPr>
      <w:r>
        <w:rPr>
          <w:rFonts w:ascii="Arial" w:hAnsi="Arial"/>
          <w:b w:val="0"/>
          <w:color w:val="000000"/>
          <w:sz w:val="20"/>
        </w:rPr>
        <w:t>Бөлімге 60 минут · Тапсырмалар 1–3</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w:t>
        <w:tab/>
      </w:r>
      <w:r>
        <w:rPr>
          <w:rFonts w:ascii="Arial" w:hAnsi="Arial"/>
          <w:sz w:val="21"/>
        </w:rPr>
        <w:t>18n саны 60-қа бөлінетін ең кіші натурал n санын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5</w:t>
        <w:tab/>
        <w:t>B)  30</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10</w:t>
        <w:tab/>
        <w:t>D)  20</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w:t>
        <w:tab/>
      </w:r>
      <w:r>
        <w:rPr>
          <w:rFonts w:ascii="Arial" w:hAnsi="Arial"/>
          <w:sz w:val="21"/>
        </w:rPr>
        <w:t>Екі натурал санның ЕҮОБ-ы 6, ЕКОЕ-і 90. Бірі 18-ге тең. Екіншісін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60</w:t>
        <w:tab/>
        <w:t>B)  36</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15</w:t>
        <w:tab/>
        <w:t>D)  30</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3.</w:t>
        <w:tab/>
      </w:r>
      <w:r>
        <w:rPr>
          <w:rFonts w:ascii="Arial" w:hAnsi="Arial"/>
          <w:sz w:val="21"/>
        </w:rPr>
        <w:t>−12 мен 18 арасында қатаң орналасқан неше бүтін сан 4-ке бөлінеді?</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7</w:t>
        <w:tab/>
        <w:t>B)  8</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9</w:t>
        <w:tab/>
        <w:t>D)  6</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2-сынақ · Математика</w:t>
      </w:r>
    </w:p>
    <w:p>
      <w:pPr>
        <w:widowControl/>
        <w:spacing w:before="0" w:after="420" w:line="276" w:lineRule="auto"/>
        <w:ind w:left="0"/>
      </w:pPr>
      <w:r>
        <w:rPr>
          <w:rFonts w:ascii="Arial" w:hAnsi="Arial"/>
          <w:b w:val="0"/>
          <w:color w:val="000000"/>
          <w:sz w:val="20"/>
        </w:rPr>
        <w:t>Бөлімге 60 минут · Тапсырмалар 4–5</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4.</w:t>
        <w:tab/>
      </w:r>
      <w:r>
        <w:rPr>
          <w:rFonts w:ascii="Arial" w:hAnsi="Arial"/>
          <w:sz w:val="21"/>
        </w:rPr>
        <w:t>Кітап беру диаграммасынан бейсенбідегі кітаптардың төрт күндегі жалпы санға қатынасын табыңыз.</w:t>
      </w:r>
    </w:p>
    <w:p>
      <w:pPr>
        <w:keepNext/>
        <w:spacing w:after="200"/>
        <w:jc w:val="center"/>
      </w:pPr>
      <w:r>
        <w:drawing>
          <wp:inline xmlns:a="http://schemas.openxmlformats.org/drawingml/2006/main" xmlns:pic="http://schemas.openxmlformats.org/drawingml/2006/picture">
            <wp:extent cx="5740400" cy="2009140"/>
            <wp:docPr id="10" name="Picture 10"/>
            <wp:cNvGraphicFramePr>
              <a:graphicFrameLocks noChangeAspect="1"/>
            </wp:cNvGraphicFramePr>
            <a:graphic>
              <a:graphicData uri="http://schemas.openxmlformats.org/drawingml/2006/picture">
                <pic:pic>
                  <pic:nvPicPr>
                    <pic:cNvPr id="0" name="bars2.png"/>
                    <pic:cNvPicPr/>
                  </pic:nvPicPr>
                  <pic:blipFill>
                    <a:blip r:embed="rId20"/>
                    <a:stretch>
                      <a:fillRect/>
                    </a:stretch>
                  </pic:blipFill>
                  <pic:spPr>
                    <a:xfrm>
                      <a:off x="0" y="0"/>
                      <a:ext cx="5740400" cy="2009140"/>
                    </a:xfrm>
                    <a:prstGeom prst="rect"/>
                  </pic:spPr>
                </pic:pic>
              </a:graphicData>
            </a:graphic>
          </wp:inline>
        </w:drawing>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5/14</w:t>
        <w:tab/>
        <w:t>B)  1/3</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3/7</w:t>
        <w:tab/>
        <w:t>D)  1/4</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5.</w:t>
        <w:tab/>
      </w:r>
      <w:r>
        <w:rPr>
          <w:rFonts w:ascii="Arial" w:hAnsi="Arial"/>
          <w:sz w:val="21"/>
        </w:rPr>
        <w:t>Оқушы ақшасының 2/7 бөлігін кітапқа, қалғанының 1/3 бөлігін дәптерге жұмсады. 3000 теңге қалды. Бастапқыда қанша ақша болған?</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5600 теңге</w:t>
        <w:tab/>
        <w:t>B)  4500 теңге</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7000 теңге</w:t>
        <w:tab/>
        <w:t>D)  6300 теңге</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2-сынақ · Математика</w:t>
      </w:r>
    </w:p>
    <w:p>
      <w:pPr>
        <w:widowControl/>
        <w:spacing w:before="0" w:after="420" w:line="276" w:lineRule="auto"/>
        <w:ind w:left="0"/>
      </w:pPr>
      <w:r>
        <w:rPr>
          <w:rFonts w:ascii="Arial" w:hAnsi="Arial"/>
          <w:b w:val="0"/>
          <w:color w:val="000000"/>
          <w:sz w:val="20"/>
        </w:rPr>
        <w:t>Бөлімге 60 минут · Тапсырмалар 6–9</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6.</w:t>
        <w:tab/>
      </w:r>
      <w:r>
        <w:rPr>
          <w:rFonts w:ascii="Arial" w:hAnsi="Arial"/>
          <w:sz w:val="21"/>
        </w:rPr>
        <w:t>5/9 бөлшегінің алымы мен бөліміне бірдей натурал x санын қосып, 3/5 алды. x-ті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4</w:t>
        <w:tab/>
        <w:t>B)  3</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w:t>
        <w:tab/>
        <w:t>D)  2</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7.</w:t>
        <w:tab/>
      </w:r>
      <w:r>
        <w:rPr>
          <w:rFonts w:ascii="Arial" w:hAnsi="Arial"/>
          <w:sz w:val="21"/>
        </w:rPr>
        <w:t>Тауар 15% жеңілдіктен және қосымша 20% жеңілдіктен кейін 6800 теңге тұрады. Екі жеңілдікке дейінгі бағасын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10 000 теңге</w:t>
        <w:tab/>
        <w:t>B)  10 460 теңге</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9200 теңге</w:t>
        <w:tab/>
        <w:t>D)  11 000 теңге</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8.</w:t>
        <w:tab/>
      </w:r>
      <w:r>
        <w:rPr>
          <w:rFonts w:ascii="Arial" w:hAnsi="Arial"/>
          <w:sz w:val="21"/>
        </w:rPr>
        <w:t>Топтағы ұлдар мен қыздар санының қатынасы 3 : 4. Бес ұл келген соң қатынас 7 : 8 болды. Бастапқыда неше бала болған?</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70</w:t>
        <w:tab/>
        <w:t>B)  35</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84</w:t>
        <w:tab/>
        <w:t>D)  56</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9.</w:t>
        <w:tab/>
      </w:r>
      <w:r>
        <w:rPr>
          <w:rFonts w:ascii="Arial" w:hAnsi="Arial"/>
          <w:sz w:val="21"/>
        </w:rPr>
        <w:t>Қорытпада 360 г мыс бар, бұл оның массасының 60%-ы. Оған 150 г таза мыс қосылды. Жаңа қорытпадағы мыстың үлесі қандай?</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68%</w:t>
        <w:tab/>
        <w:t>B)  70%</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75%</w:t>
        <w:tab/>
        <w:t>D)  64%</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2-сынақ · Математика</w:t>
      </w:r>
    </w:p>
    <w:p>
      <w:pPr>
        <w:widowControl/>
        <w:spacing w:before="0" w:after="420" w:line="276" w:lineRule="auto"/>
        <w:ind w:left="0"/>
      </w:pPr>
      <w:r>
        <w:rPr>
          <w:rFonts w:ascii="Arial" w:hAnsi="Arial"/>
          <w:b w:val="0"/>
          <w:color w:val="000000"/>
          <w:sz w:val="20"/>
        </w:rPr>
        <w:t>Бөлімге 60 минут · Тапсырмалар 10–13</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10.</w:t>
        <w:tab/>
      </w:r>
      <w:r>
        <w:rPr>
          <w:rFonts w:ascii="Arial" w:hAnsi="Arial"/>
          <w:sz w:val="21"/>
        </w:rPr>
        <w:t>Баға 500-ден 650 теңгеге өсті. 520 теңге шығуы үшін жаңа бағаны неше пайызға төмендету керек?</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10%</w:t>
        <w:tab/>
        <w:t>B)  25%</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20%</w:t>
        <w:tab/>
        <w:t>D)  26%</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11.</w:t>
        <w:tab/>
      </w:r>
      <w:r>
        <w:rPr>
          <w:rFonts w:ascii="Arial" w:hAnsi="Arial"/>
          <w:sz w:val="21"/>
        </w:rPr>
        <w:t>(2x − 3)/5 − (x + 1)/3 = 1 теңдеуін шешіңіз.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24</w:t>
        <w:tab/>
        <w:t>B)  19</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34</w:t>
        <w:tab/>
        <w:t>D)  29</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12.</w:t>
        <w:tab/>
      </w:r>
      <w:r>
        <w:rPr>
          <w:rFonts w:ascii="Arial" w:hAnsi="Arial"/>
          <w:sz w:val="21"/>
        </w:rPr>
        <w:t>−2 &lt; x ≤ 3 теңсіздігінің барлық бүтін шешімдерінің көбейтіндісін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0</w:t>
        <w:tab/>
        <w:t>B)  6</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12</w:t>
        <w:tab/>
        <w:t>D)  −6</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13.</w:t>
        <w:tab/>
      </w:r>
      <w:r>
        <w:rPr>
          <w:rFonts w:ascii="Arial" w:hAnsi="Arial"/>
          <w:sz w:val="21"/>
        </w:rPr>
        <w:t>|3x − 2| = 10 теңдеуінің үлкен түбірін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8/3</w:t>
        <w:tab/>
        <w:t>B)  −4</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6</w:t>
        <w:tab/>
        <w:t>D)  4</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2-сынақ · Математика</w:t>
      </w:r>
    </w:p>
    <w:p>
      <w:pPr>
        <w:widowControl/>
        <w:spacing w:before="0" w:after="420" w:line="276" w:lineRule="auto"/>
        <w:ind w:left="0"/>
      </w:pPr>
      <w:r>
        <w:rPr>
          <w:rFonts w:ascii="Arial" w:hAnsi="Arial"/>
          <w:b w:val="0"/>
          <w:color w:val="000000"/>
          <w:sz w:val="20"/>
        </w:rPr>
        <w:t>Бөлімге 60 минут · Тапсырмалар 14–15</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14.</w:t>
        <w:tab/>
      </w:r>
      <w:r>
        <w:rPr>
          <w:rFonts w:ascii="Arial" w:hAnsi="Arial"/>
          <w:sz w:val="21"/>
        </w:rPr>
        <w:t>x ≠ 2 болғанда (x² − 4)/(x − 2) − x өрнегін ықшамдаңыз.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0</w:t>
        <w:tab/>
        <w:t>B)  x</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2</w:t>
        <w:tab/>
        <w:t>D)  x + 2</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15.</w:t>
        <w:tab/>
      </w:r>
      <w:r>
        <w:rPr>
          <w:rFonts w:ascii="Arial" w:hAnsi="Arial"/>
          <w:sz w:val="21"/>
        </w:rPr>
        <w:t>Екі санның қосындысы 46. Үлкенін кішісіне бөлгенде бөлінді 3, қалдық 2 болады. Үлкен санды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36</w:t>
        <w:tab/>
        <w:t>B)  34</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33</w:t>
        <w:tab/>
        <w:t>D)  35</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2-сынақ · Математика</w:t>
      </w:r>
    </w:p>
    <w:p>
      <w:pPr>
        <w:widowControl/>
        <w:spacing w:before="0" w:after="420" w:line="276" w:lineRule="auto"/>
        <w:ind w:left="0"/>
      </w:pPr>
      <w:r>
        <w:rPr>
          <w:rFonts w:ascii="Arial" w:hAnsi="Arial"/>
          <w:b w:val="0"/>
          <w:color w:val="000000"/>
          <w:sz w:val="20"/>
        </w:rPr>
        <w:t>Бөлімге 60 минут · Тапсырмалар 16–17</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16.</w:t>
        <w:tab/>
      </w:r>
      <w:r>
        <w:rPr>
          <w:rFonts w:ascii="Arial" w:hAnsi="Arial"/>
          <w:sz w:val="21"/>
        </w:rPr>
        <w:t>Үйден қашықтық графигі бойынша аялдауды қоса есептегендегі 45 минуттық бүкіл сапардың орташа жылдамдығын табыңыз.</w:t>
      </w:r>
    </w:p>
    <w:p>
      <w:pPr>
        <w:keepNext/>
        <w:spacing w:after="200"/>
        <w:jc w:val="center"/>
      </w:pPr>
      <w:r>
        <w:drawing>
          <wp:inline xmlns:a="http://schemas.openxmlformats.org/drawingml/2006/main" xmlns:pic="http://schemas.openxmlformats.org/drawingml/2006/picture">
            <wp:extent cx="5740400" cy="2009140"/>
            <wp:docPr id="11" name="Picture 11"/>
            <wp:cNvGraphicFramePr>
              <a:graphicFrameLocks noChangeAspect="1"/>
            </wp:cNvGraphicFramePr>
            <a:graphic>
              <a:graphicData uri="http://schemas.openxmlformats.org/drawingml/2006/picture">
                <pic:pic>
                  <pic:nvPicPr>
                    <pic:cNvPr id="0" name="journey2.png"/>
                    <pic:cNvPicPr/>
                  </pic:nvPicPr>
                  <pic:blipFill>
                    <a:blip r:embed="rId21"/>
                    <a:stretch>
                      <a:fillRect/>
                    </a:stretch>
                  </pic:blipFill>
                  <pic:spPr>
                    <a:xfrm>
                      <a:off x="0" y="0"/>
                      <a:ext cx="5740400" cy="2009140"/>
                    </a:xfrm>
                    <a:prstGeom prst="rect"/>
                  </pic:spPr>
                </pic:pic>
              </a:graphicData>
            </a:graphic>
          </wp:inline>
        </w:drawing>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4 км/сағ</w:t>
        <w:tab/>
        <w:t>B)  8 км/сағ</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9 км/сағ</w:t>
        <w:tab/>
        <w:t>D)  6 км/сағ</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17.</w:t>
        <w:tab/>
      </w:r>
      <w:r>
        <w:rPr>
          <w:rFonts w:ascii="Arial" w:hAnsi="Arial"/>
          <w:sz w:val="21"/>
        </w:rPr>
        <w:t>Қайық 36 км-ді ағыс бойымен 2 сағатта, ағысқа қарсы 3 сағатта жүреді. Ағыс жылдамдығын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3 км/сағ</w:t>
        <w:tab/>
        <w:t>B)  2 км/сағ</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15 км/сағ</w:t>
        <w:tab/>
        <w:t>D)  6 км/сағ</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2-сынақ · Математика</w:t>
      </w:r>
    </w:p>
    <w:p>
      <w:pPr>
        <w:widowControl/>
        <w:spacing w:before="0" w:after="420" w:line="276" w:lineRule="auto"/>
        <w:ind w:left="0"/>
      </w:pPr>
      <w:r>
        <w:rPr>
          <w:rFonts w:ascii="Arial" w:hAnsi="Arial"/>
          <w:b w:val="0"/>
          <w:color w:val="000000"/>
          <w:sz w:val="20"/>
        </w:rPr>
        <w:t>Бөлімге 60 минут · Тапсырмалар 18–20</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18.</w:t>
        <w:tab/>
      </w:r>
      <w:r>
        <w:rPr>
          <w:rFonts w:ascii="Arial" w:hAnsi="Arial"/>
          <w:sz w:val="21"/>
        </w:rPr>
        <w:t>Жұмысшы тапсырыстың 1/3 бөлігін 4 сағатта орындады. Кейін өнімділігі 50%-ға артты. Қалғанын неше сағатта орындайды?</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8 сағ</w:t>
        <w:tab/>
        <w:t>B)  6 сағ</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5 1/3 сағ</w:t>
        <w:tab/>
        <w:t>D)  4 сағ</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19.</w:t>
        <w:tab/>
      </w:r>
      <w:r>
        <w:rPr>
          <w:rFonts w:ascii="Arial" w:hAnsi="Arial"/>
          <w:sz w:val="21"/>
        </w:rPr>
        <w:t>Бірдей 4 станок тапсырысты 9 сағатта орындауға тиіс. 3 сағаттан кейін бір станок тоқтады. Қалған үш станок өнімділігін сақтаса, тапсырыс басталғаннан неше сағаттан кейін бітеді?</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12 сағ</w:t>
        <w:tab/>
        <w:t>B)  10 сағ</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11 сағ</w:t>
        <w:tab/>
        <w:t>D)  9 сағ</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20.</w:t>
        <w:tab/>
      </w:r>
      <w:r>
        <w:rPr>
          <w:rFonts w:ascii="Arial" w:hAnsi="Arial"/>
          <w:sz w:val="21"/>
        </w:rPr>
        <w:t>Екі жүгіруші ұзындығы 400 м шеңбер бойымен бір бағытта 5 және 4 м/с жылдамдықпен жүгіреді. Бір нүктеден қатар шыққаннан кейін жылдамы баяуын алғаш рет неше секундтан соң қуып жетеді?</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100 с</w:t>
        <w:tab/>
        <w:t>B)  200 с</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400 с</w:t>
        <w:tab/>
        <w:t>D)  80 с</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2-сынақ · Математика</w:t>
      </w:r>
    </w:p>
    <w:p>
      <w:pPr>
        <w:widowControl/>
        <w:spacing w:before="0" w:after="420" w:line="276" w:lineRule="auto"/>
        <w:ind w:left="0"/>
      </w:pPr>
      <w:r>
        <w:rPr>
          <w:rFonts w:ascii="Arial" w:hAnsi="Arial"/>
          <w:b w:val="0"/>
          <w:color w:val="000000"/>
          <w:sz w:val="20"/>
        </w:rPr>
        <w:t>Бөлімге 60 минут · Тапсырмалар 21–22</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21.</w:t>
        <w:tab/>
      </w:r>
      <w:r>
        <w:rPr>
          <w:rFonts w:ascii="Arial" w:hAnsi="Arial"/>
          <w:sz w:val="21"/>
        </w:rPr>
        <w:t>Тарифтер графигі бойынша 30 км сапарға арзан тарифті таңдағандағы үнемді табыңыз.</w:t>
      </w:r>
    </w:p>
    <w:p>
      <w:pPr>
        <w:keepNext/>
        <w:spacing w:after="200"/>
        <w:jc w:val="center"/>
      </w:pPr>
      <w:r>
        <w:drawing>
          <wp:inline xmlns:a="http://schemas.openxmlformats.org/drawingml/2006/main" xmlns:pic="http://schemas.openxmlformats.org/drawingml/2006/picture">
            <wp:extent cx="5740400" cy="2123948"/>
            <wp:docPr id="12" name="Picture 12"/>
            <wp:cNvGraphicFramePr>
              <a:graphicFrameLocks noChangeAspect="1"/>
            </wp:cNvGraphicFramePr>
            <a:graphic>
              <a:graphicData uri="http://schemas.openxmlformats.org/drawingml/2006/picture">
                <pic:pic>
                  <pic:nvPicPr>
                    <pic:cNvPr id="0" name="tariffs2.png"/>
                    <pic:cNvPicPr/>
                  </pic:nvPicPr>
                  <pic:blipFill>
                    <a:blip r:embed="rId22"/>
                    <a:stretch>
                      <a:fillRect/>
                    </a:stretch>
                  </pic:blipFill>
                  <pic:spPr>
                    <a:xfrm>
                      <a:off x="0" y="0"/>
                      <a:ext cx="5740400" cy="2123948"/>
                    </a:xfrm>
                    <a:prstGeom prst="rect"/>
                  </pic:spPr>
                </pic:pic>
              </a:graphicData>
            </a:graphic>
          </wp:inline>
        </w:drawing>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400 теңге</w:t>
        <w:tab/>
        <w:t>B)  300 теңге</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200 теңге</w:t>
        <w:tab/>
        <w:t>D)  100 теңге</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22.</w:t>
        <w:tab/>
      </w:r>
      <w:r>
        <w:rPr>
          <w:rFonts w:ascii="Arial" w:hAnsi="Arial"/>
          <w:sz w:val="21"/>
        </w:rPr>
        <w:t>Тікбұрышты үшбұрыштың катеттері 9 және 12 см. Гипотенузаға түсірілген биіктігі 7,2 см. Гипотенуза ұзындығын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21,6 см</w:t>
        <w:tab/>
        <w:t>B)  18 см</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15 см</w:t>
        <w:tab/>
        <w:t>D)  12 см</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2-сынақ · Математика</w:t>
      </w:r>
    </w:p>
    <w:p>
      <w:pPr>
        <w:widowControl/>
        <w:spacing w:before="0" w:after="420" w:line="276" w:lineRule="auto"/>
        <w:ind w:left="0"/>
      </w:pPr>
      <w:r>
        <w:rPr>
          <w:rFonts w:ascii="Arial" w:hAnsi="Arial"/>
          <w:b w:val="0"/>
          <w:color w:val="000000"/>
          <w:sz w:val="20"/>
        </w:rPr>
        <w:t>Бөлімге 60 минут · Тапсырмалар 23–24</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23.</w:t>
        <w:tab/>
      </w:r>
      <w:r>
        <w:rPr>
          <w:rFonts w:ascii="Arial" w:hAnsi="Arial"/>
          <w:sz w:val="21"/>
        </w:rPr>
        <w:t>Қорап өлшемдері 12 × 8 × 6 см. Оны қыры 2 см болатын неше текше саңылаусыз толық толтырады?</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48</w:t>
        <w:tab/>
        <w:t>B)  144</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96</w:t>
        <w:tab/>
        <w:t>D)  72</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24.</w:t>
        <w:tab/>
      </w:r>
      <w:r>
        <w:rPr>
          <w:rFonts w:ascii="Arial" w:hAnsi="Arial"/>
          <w:sz w:val="21"/>
        </w:rPr>
        <w:t>Жақтаудың ені барлық жерде 2 см. Ақ ішкі бөлік сыртқы тіктөртбұрыш ауданының қандай үлесін алады?</w:t>
      </w:r>
    </w:p>
    <w:p>
      <w:pPr>
        <w:keepNext/>
        <w:spacing w:after="200"/>
        <w:jc w:val="center"/>
      </w:pPr>
      <w:r>
        <w:drawing>
          <wp:inline xmlns:a="http://schemas.openxmlformats.org/drawingml/2006/main" xmlns:pic="http://schemas.openxmlformats.org/drawingml/2006/picture">
            <wp:extent cx="5740400" cy="2009140"/>
            <wp:docPr id="13" name="Picture 13"/>
            <wp:cNvGraphicFramePr>
              <a:graphicFrameLocks noChangeAspect="1"/>
            </wp:cNvGraphicFramePr>
            <a:graphic>
              <a:graphicData uri="http://schemas.openxmlformats.org/drawingml/2006/picture">
                <pic:pic>
                  <pic:nvPicPr>
                    <pic:cNvPr id="0" name="frame.png"/>
                    <pic:cNvPicPr/>
                  </pic:nvPicPr>
                  <pic:blipFill>
                    <a:blip r:embed="rId23"/>
                    <a:stretch>
                      <a:fillRect/>
                    </a:stretch>
                  </pic:blipFill>
                  <pic:spPr>
                    <a:xfrm>
                      <a:off x="0" y="0"/>
                      <a:ext cx="5740400" cy="2009140"/>
                    </a:xfrm>
                    <a:prstGeom prst="rect"/>
                  </pic:spPr>
                </pic:pic>
              </a:graphicData>
            </a:graphic>
          </wp:inline>
        </w:drawing>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3/5</w:t>
        <w:tab/>
        <w:t>B)  8/15</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7/15</w:t>
        <w:tab/>
        <w:t>D)  2/3</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2-сынақ · Математика</w:t>
      </w:r>
    </w:p>
    <w:p>
      <w:pPr>
        <w:widowControl/>
        <w:spacing w:before="0" w:after="420" w:line="276" w:lineRule="auto"/>
        <w:ind w:left="0"/>
      </w:pPr>
      <w:r>
        <w:rPr>
          <w:rFonts w:ascii="Arial" w:hAnsi="Arial"/>
          <w:b w:val="0"/>
          <w:color w:val="000000"/>
          <w:sz w:val="20"/>
        </w:rPr>
        <w:t>Бөлімге 60 минут · Тапсырмалар 25–28</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25.</w:t>
        <w:tab/>
      </w:r>
      <w:r>
        <w:rPr>
          <w:rFonts w:ascii="Arial" w:hAnsi="Arial"/>
          <w:sz w:val="21"/>
        </w:rPr>
        <w:t>Екі сәуле арасындағы бұрыш 150°. Ішіндегі үшінші сәуле оны 2 : 3 қатынасында бөледі. Үшінші сәуле мен бастапқы бұрыштың биссектрисасы арасындағы бұрышты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60°</w:t>
        <w:tab/>
        <w:t>B)  30°</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25°</w:t>
        <w:tab/>
        <w:t>D)  15°</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26.</w:t>
        <w:tab/>
      </w:r>
      <w:r>
        <w:rPr>
          <w:rFonts w:ascii="Arial" w:hAnsi="Arial"/>
          <w:sz w:val="21"/>
        </w:rPr>
        <w:t>Бес санның арифметикалық ортасы 16. Олардың төртеуінің ортасы 14,5. Бесінші санды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22</w:t>
        <w:tab/>
        <w:t>B)  18</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24</w:t>
        <w:tab/>
        <w:t>D)  20</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27.</w:t>
        <w:tab/>
      </w:r>
      <w:r>
        <w:rPr>
          <w:rFonts w:ascii="Arial" w:hAnsi="Arial"/>
          <w:sz w:val="21"/>
        </w:rPr>
        <w:t>Тізбектес үш жұп санның арифметикалық ортасы 18. Ең кішісі мен ең үлкенінің көбейтіндісін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360</w:t>
        <w:tab/>
        <w:t>B)  288</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320</w:t>
        <w:tab/>
        <w:t>D)  324</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28.</w:t>
        <w:tab/>
      </w:r>
      <w:r>
        <w:rPr>
          <w:rFonts w:ascii="Arial" w:hAnsi="Arial"/>
          <w:sz w:val="21"/>
        </w:rPr>
        <w:t>Сыныпта 30 оқушы бар; 18-і футболды, 16-сы волейболды таңдады, 5-еуі екеуін де таңдамады. Екі спортты да таңдағандар нешеу?</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4</w:t>
        <w:tab/>
        <w:t>B)  9</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11</w:t>
        <w:tab/>
        <w:t>D)  7</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2-сынақ · Математика</w:t>
      </w:r>
    </w:p>
    <w:p>
      <w:pPr>
        <w:widowControl/>
        <w:spacing w:before="0" w:after="420" w:line="276" w:lineRule="auto"/>
        <w:ind w:left="0"/>
      </w:pPr>
      <w:r>
        <w:rPr>
          <w:rFonts w:ascii="Arial" w:hAnsi="Arial"/>
          <w:b w:val="0"/>
          <w:color w:val="000000"/>
          <w:sz w:val="20"/>
        </w:rPr>
        <w:t>Бөлімге 60 минут · Тапсырмалар 29–32</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29.</w:t>
        <w:tab/>
      </w:r>
      <w:r>
        <w:rPr>
          <w:rFonts w:ascii="Arial" w:hAnsi="Arial"/>
          <w:sz w:val="21"/>
        </w:rPr>
        <w:t>5 әртүрлі кітаптан ретін ескермей 2 кітап таңдайды. Неше таңдау тәсілі бар?</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20</w:t>
        <w:tab/>
        <w:t>B)  15</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8</w:t>
        <w:tab/>
        <w:t>D)  10</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30.</w:t>
        <w:tab/>
      </w:r>
      <w:r>
        <w:rPr>
          <w:rFonts w:ascii="Arial" w:hAnsi="Arial"/>
          <w:sz w:val="21"/>
        </w:rPr>
        <w:t>Қапта 4 ақ және 6 қара шар бар. Бір ақ шар алынып, қайтарылмады. Келесі кездейсоқ алынған шардың ақ болу ықтималдығы қандай?</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1/3</w:t>
        <w:tab/>
        <w:t>B)  3/10</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2/5</w:t>
        <w:tab/>
        <w:t>D)  1/2</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31.</w:t>
        <w:tab/>
      </w:r>
      <w:r>
        <w:rPr>
          <w:rFonts w:ascii="Arial" w:hAnsi="Arial"/>
          <w:sz w:val="21"/>
        </w:rPr>
        <w:t>Тікбұрышты тор 2 қатар және 4 баған ұяшықтан тұрады. Тор сызықтары бойымен шектелген, бүтін ұяшықтардан тұратын неше тіктөртбұрыш бар?</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40</w:t>
        <w:tab/>
        <w:t>B)  8</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20</w:t>
        <w:tab/>
        <w:t>D)  30</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32.</w:t>
        <w:tab/>
      </w:r>
      <w:r>
        <w:rPr>
          <w:rFonts w:ascii="Arial" w:hAnsi="Arial"/>
          <w:sz w:val="21"/>
        </w:rPr>
        <w:t>1 · 2 · … · 20 көбейтіндісінің соңында неше нөл бар?</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3</w:t>
        <w:tab/>
        <w:t>B)  5</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4</w:t>
        <w:tab/>
        <w:t>D)  2</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2-сынақ · Математика</w:t>
      </w:r>
    </w:p>
    <w:p>
      <w:pPr>
        <w:widowControl/>
        <w:spacing w:before="0" w:after="420" w:line="276" w:lineRule="auto"/>
        <w:ind w:left="0"/>
      </w:pPr>
      <w:r>
        <w:rPr>
          <w:rFonts w:ascii="Arial" w:hAnsi="Arial"/>
          <w:b w:val="0"/>
          <w:color w:val="000000"/>
          <w:sz w:val="20"/>
        </w:rPr>
        <w:t>Бөлімге 60 минут · Тапсырмалар 33–36</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33.</w:t>
        <w:tab/>
      </w:r>
      <w:r>
        <w:rPr>
          <w:rFonts w:ascii="Arial" w:hAnsi="Arial"/>
          <w:sz w:val="21"/>
        </w:rPr>
        <w:t>Айналмалы турнирде 28 ойын өтті. Қатысушылардың әр жұбы бір рет ойнады. Неше қатысушы болған?</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9</w:t>
        <w:tab/>
        <w:t>B)  7</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8</w:t>
        <w:tab/>
        <w:t>D)  14</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34.</w:t>
        <w:tab/>
      </w:r>
      <w:r>
        <w:rPr>
          <w:rFonts w:ascii="Arial" w:hAnsi="Arial"/>
          <w:sz w:val="21"/>
        </w:rPr>
        <w:t>1-ден 50-ге дейінгі барлық натурал санды қатар жазды. Барлығы неше цифр жазылған?</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91</w:t>
        <w:tab/>
        <w:t>B)  100</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92</w:t>
        <w:tab/>
        <w:t>D)  90</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35.</w:t>
        <w:tab/>
      </w:r>
      <w:r>
        <w:rPr>
          <w:rFonts w:ascii="Arial" w:hAnsi="Arial"/>
          <w:sz w:val="21"/>
        </w:rPr>
        <w:t>5 бірдей қаптамасы бар жәшік 14 кг, ал 8 сондай қаптамасы бар жәшік 20 кг тартады. Бос жәшіктің массасы қандай?</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3 кг</w:t>
        <w:tab/>
        <w:t>B)  4 кг</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6 кг</w:t>
        <w:tab/>
        <w:t>D)  2 кг</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36.</w:t>
        <w:tab/>
      </w:r>
      <w:r>
        <w:rPr>
          <w:rFonts w:ascii="Arial" w:hAnsi="Arial"/>
          <w:sz w:val="21"/>
        </w:rPr>
        <w:t>Кәмпиттерді әр балаға 4-тен берсе, 7 кәмпит қалады; 5-тен берсе, 2 кәмпит жетпейді. Неше бала бар?</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9</w:t>
        <w:tab/>
        <w:t>B)  8</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7</w:t>
        <w:tab/>
        <w:t>D)  11</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2-сынақ · Математика</w:t>
      </w:r>
    </w:p>
    <w:p>
      <w:pPr>
        <w:widowControl/>
        <w:spacing w:before="0" w:after="420" w:line="276" w:lineRule="auto"/>
        <w:ind w:left="0"/>
      </w:pPr>
      <w:r>
        <w:rPr>
          <w:rFonts w:ascii="Arial" w:hAnsi="Arial"/>
          <w:b w:val="0"/>
          <w:color w:val="000000"/>
          <w:sz w:val="20"/>
        </w:rPr>
        <w:t>Бөлімге 60 минут · Тапсырмалар 37–40</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37.</w:t>
        <w:tab/>
      </w:r>
      <w:r>
        <w:rPr>
          <w:rFonts w:ascii="Arial" w:hAnsi="Arial"/>
          <w:sz w:val="21"/>
        </w:rPr>
        <w:t>Үш таңбалы санның жүздік цифры 4, сан 5-ке де, 9-ға да бөлінеді. Осындай ең үлкен сан қандай?</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490</w:t>
        <w:tab/>
        <w:t>B)  450</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480</w:t>
        <w:tab/>
        <w:t>D)  495</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38.</w:t>
        <w:tab/>
      </w:r>
      <w:r>
        <w:rPr>
          <w:rFonts w:ascii="Arial" w:hAnsi="Arial"/>
          <w:sz w:val="21"/>
        </w:rPr>
        <w:t>Санды 20%-ға арттырып, содан кейін 12-ні қосқанда 96 шықты. Бастапқы санды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72</w:t>
        <w:tab/>
        <w:t>B)  70</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80</w:t>
        <w:tab/>
        <w:t>D)  64</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39.</w:t>
        <w:tab/>
      </w:r>
      <w:r>
        <w:rPr>
          <w:rFonts w:ascii="Arial" w:hAnsi="Arial"/>
          <w:sz w:val="21"/>
        </w:rPr>
        <w:t>Қорапта 10 көк, 8 жасыл және 6 қызыл қарындаш бар. Үш түстің де шығуына кепіл болу үшін қарамай неше қарындаш алу керек?</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18</w:t>
        <w:tab/>
        <w:t>B)  17</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19</w:t>
        <w:tab/>
        <w:t>D)  15</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40.</w:t>
        <w:tab/>
      </w:r>
      <w:r>
        <w:rPr>
          <w:rFonts w:ascii="Arial" w:hAnsi="Arial"/>
          <w:sz w:val="21"/>
        </w:rPr>
        <w:t>60 саны өзін 25%-ға кеміткеннен кейінгі мәнінен неше пайызға үлкен?</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33 1/3%</w:t>
        <w:tab/>
        <w:t>B)  75%</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25%</w:t>
        <w:tab/>
        <w:t>D)  30%</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2-сынақ · Салыстырулар</w:t>
      </w:r>
    </w:p>
    <w:p>
      <w:pPr>
        <w:widowControl/>
        <w:spacing w:before="0" w:after="420" w:line="276" w:lineRule="auto"/>
        <w:ind w:left="0"/>
      </w:pPr>
      <w:r>
        <w:rPr>
          <w:rFonts w:ascii="Arial" w:hAnsi="Arial"/>
          <w:b w:val="0"/>
          <w:color w:val="000000"/>
          <w:sz w:val="20"/>
        </w:rPr>
        <w:t>Бөлімге 30 минут · Тапсырмалар 1–6</w:t>
      </w:r>
    </w:p>
    <w:p>
      <w:pPr>
        <w:widowControl/>
        <w:spacing w:before="0" w:after="200" w:line="276" w:lineRule="auto"/>
        <w:ind w:left="0"/>
      </w:pPr>
      <w:r>
        <w:rPr>
          <w:rFonts w:ascii="Arial" w:hAnsi="Arial"/>
          <w:b w:val="0"/>
          <w:color w:val="000000"/>
          <w:sz w:val="18"/>
        </w:rPr>
        <w:t>A — A үлкен   B — B үлкен   C — тең   D — ақпарат жеткіліксіз</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w:t>
        <w:tab/>
      </w:r>
      <w:r>
        <w:rPr>
          <w:rFonts w:ascii="Arial" w:hAnsi="Arial"/>
          <w:sz w:val="21"/>
        </w:rPr>
        <w:t>a мен b оң.</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(a + a + a)/b</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3</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w:t>
        <w:tab/>
      </w:r>
      <w:r>
        <w:rPr>
          <w:rFonts w:ascii="Arial" w:hAnsi="Arial"/>
          <w:sz w:val="21"/>
        </w:rPr>
        <w:t>x &lt; 0.</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x³</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x²</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3.</w:t>
        <w:tab/>
      </w:r>
      <w:r>
        <w:rPr>
          <w:rFonts w:ascii="Arial" w:hAnsi="Arial"/>
          <w:sz w:val="21"/>
        </w:rPr>
        <w:t>x &gt; 2.</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0</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x² − 4</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4.</w:t>
        <w:tab/>
      </w:r>
      <w:r>
        <w:rPr>
          <w:rFonts w:ascii="Arial" w:hAnsi="Arial"/>
          <w:sz w:val="21"/>
        </w:rPr>
        <w:t>x + y = 8; x пен y оң.</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xy</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15</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5.</w:t>
        <w:tab/>
      </w:r>
      <w:r>
        <w:rPr>
          <w:rFonts w:ascii="Arial" w:hAnsi="Arial"/>
          <w:sz w:val="21"/>
        </w:rPr>
        <w:t>a &gt; b &gt; 0.</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a + 1</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b + 2</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6.</w:t>
        <w:tab/>
      </w:r>
      <w:r>
        <w:rPr>
          <w:rFonts w:ascii="Arial" w:hAnsi="Arial"/>
          <w:sz w:val="21"/>
        </w:rPr>
        <w:t>x пен y — әртүрлі оң сандар.</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(x + y)²</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x² + y²</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2-сынақ · Салыстырулар</w:t>
      </w:r>
    </w:p>
    <w:p>
      <w:pPr>
        <w:widowControl/>
        <w:spacing w:before="0" w:after="420" w:line="276" w:lineRule="auto"/>
        <w:ind w:left="0"/>
      </w:pPr>
      <w:r>
        <w:rPr>
          <w:rFonts w:ascii="Arial" w:hAnsi="Arial"/>
          <w:b w:val="0"/>
          <w:color w:val="000000"/>
          <w:sz w:val="20"/>
        </w:rPr>
        <w:t>Бөлімге 30 минут · Тапсырмалар 7–12</w:t>
      </w:r>
    </w:p>
    <w:p>
      <w:pPr>
        <w:widowControl/>
        <w:spacing w:before="0" w:after="200" w:line="276" w:lineRule="auto"/>
        <w:ind w:left="0"/>
      </w:pPr>
      <w:r>
        <w:rPr>
          <w:rFonts w:ascii="Arial" w:hAnsi="Arial"/>
          <w:b w:val="0"/>
          <w:color w:val="000000"/>
          <w:sz w:val="18"/>
        </w:rPr>
        <w:t>A — A үлкен   B — B үлкен   C — тең   D — ақпарат жеткіліксіз</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7.</w:t>
        <w:tab/>
      </w:r>
      <w:r>
        <w:rPr>
          <w:rFonts w:ascii="Arial" w:hAnsi="Arial"/>
          <w:sz w:val="21"/>
        </w:rPr>
        <w:t>x ≠ −2; y — кез келген нақты сан.</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(x² − 4)/(x + 2)</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y − 2</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8.</w:t>
        <w:tab/>
      </w:r>
      <w:r>
        <w:rPr>
          <w:rFonts w:ascii="Arial" w:hAnsi="Arial"/>
          <w:sz w:val="21"/>
        </w:rPr>
        <w:t>x = −1/2.</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x²</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−x</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9.</w:t>
        <w:tab/>
      </w:r>
      <w:r>
        <w:rPr>
          <w:rFonts w:ascii="Arial" w:hAnsi="Arial"/>
          <w:sz w:val="21"/>
        </w:rPr>
        <w:t>x &lt; −3.</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6</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−2x</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10.</w:t>
        <w:tab/>
      </w:r>
      <w:r>
        <w:rPr>
          <w:rFonts w:ascii="Arial" w:hAnsi="Arial"/>
          <w:sz w:val="21"/>
        </w:rPr>
        <w:t>a мен b — нақты сандар, a² = b².</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a</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b</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11.</w:t>
        <w:tab/>
      </w:r>
      <w:r>
        <w:rPr>
          <w:rFonts w:ascii="Arial" w:hAnsi="Arial"/>
          <w:sz w:val="21"/>
        </w:rPr>
        <w:t>n — натурал сан.</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n + 5 санын 3-ке бөлгендегі қалдық</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2</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12.</w:t>
        <w:tab/>
      </w:r>
      <w:r>
        <w:rPr>
          <w:rFonts w:ascii="Arial" w:hAnsi="Arial"/>
          <w:sz w:val="21"/>
        </w:rPr>
        <w:t>n — натурал сан.</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n² санын 4-ке бөлгендегі қалдық</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0</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2-сынақ · Салыстырулар</w:t>
      </w:r>
    </w:p>
    <w:p>
      <w:pPr>
        <w:widowControl/>
        <w:spacing w:before="0" w:after="420" w:line="276" w:lineRule="auto"/>
        <w:ind w:left="0"/>
      </w:pPr>
      <w:r>
        <w:rPr>
          <w:rFonts w:ascii="Arial" w:hAnsi="Arial"/>
          <w:b w:val="0"/>
          <w:color w:val="000000"/>
          <w:sz w:val="20"/>
        </w:rPr>
        <w:t>Бөлімге 30 минут · Тапсырмалар 13–18</w:t>
      </w:r>
    </w:p>
    <w:p>
      <w:pPr>
        <w:widowControl/>
        <w:spacing w:before="0" w:after="200" w:line="276" w:lineRule="auto"/>
        <w:ind w:left="0"/>
      </w:pPr>
      <w:r>
        <w:rPr>
          <w:rFonts w:ascii="Arial" w:hAnsi="Arial"/>
          <w:b w:val="0"/>
          <w:color w:val="000000"/>
          <w:sz w:val="18"/>
        </w:rPr>
        <w:t>A — A үлкен   B — B үлкен   C — тең   D — ақпарат жеткіліксіз</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13.</w:t>
        <w:tab/>
      </w:r>
      <w:r>
        <w:rPr>
          <w:rFonts w:ascii="Arial" w:hAnsi="Arial"/>
          <w:sz w:val="21"/>
        </w:rPr>
        <w:t>p — жай сан.</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p санын 2-ге бөлгендегі қалдық</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1</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14.</w:t>
        <w:tab/>
      </w:r>
      <w:r>
        <w:rPr>
          <w:rFonts w:ascii="Arial" w:hAnsi="Arial"/>
          <w:sz w:val="21"/>
        </w:rPr>
        <w:t>a — 3-ке бөлінетін натурал сан.</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ЕҮОБ(a; 6)</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6</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15.</w:t>
        <w:tab/>
      </w:r>
      <w:r>
        <w:rPr>
          <w:rFonts w:ascii="Arial" w:hAnsi="Arial"/>
          <w:sz w:val="21"/>
        </w:rPr>
        <w:t>Бағандардағы мәндерді салыстырыңыз.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8-ге еселік екі таңбалы сандар саны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9-ға еселік екі таңбалы сандар саны</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16.</w:t>
        <w:tab/>
      </w:r>
      <w:r>
        <w:rPr>
          <w:rFonts w:ascii="Arial" w:hAnsi="Arial"/>
          <w:sz w:val="21"/>
        </w:rPr>
        <w:t>Бағандардағы мәндерді салыстырыңыз.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1/21 + 1/42</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1/13</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17.</w:t>
        <w:tab/>
      </w:r>
      <w:r>
        <w:rPr>
          <w:rFonts w:ascii="Arial" w:hAnsi="Arial"/>
          <w:sz w:val="21"/>
        </w:rPr>
        <w:t>Бағандардағы мәндерді салыстырыңыз.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(7/8) : (7/9)</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1</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18.</w:t>
        <w:tab/>
      </w:r>
      <w:r>
        <w:rPr>
          <w:rFonts w:ascii="Arial" w:hAnsi="Arial"/>
          <w:sz w:val="21"/>
        </w:rPr>
        <w:t>a &gt; 0.</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a : 0,8</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a · 1,2</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2-сынақ · Салыстырулар</w:t>
      </w:r>
    </w:p>
    <w:p>
      <w:pPr>
        <w:widowControl/>
        <w:spacing w:before="0" w:after="420" w:line="276" w:lineRule="auto"/>
        <w:ind w:left="0"/>
      </w:pPr>
      <w:r>
        <w:rPr>
          <w:rFonts w:ascii="Arial" w:hAnsi="Arial"/>
          <w:b w:val="0"/>
          <w:color w:val="000000"/>
          <w:sz w:val="20"/>
        </w:rPr>
        <w:t>Бөлімге 30 минут · Тапсырмалар 19–22</w:t>
      </w:r>
    </w:p>
    <w:p>
      <w:pPr>
        <w:widowControl/>
        <w:spacing w:before="0" w:after="200" w:line="276" w:lineRule="auto"/>
        <w:ind w:left="0"/>
      </w:pPr>
      <w:r>
        <w:rPr>
          <w:rFonts w:ascii="Arial" w:hAnsi="Arial"/>
          <w:b w:val="0"/>
          <w:color w:val="000000"/>
          <w:sz w:val="18"/>
        </w:rPr>
        <w:t>A — A үлкен   B — B үлкен   C — тең   D — ақпарат жеткіліксіз</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19.</w:t>
        <w:tab/>
      </w:r>
      <w:r>
        <w:rPr>
          <w:rFonts w:ascii="Arial" w:hAnsi="Arial"/>
          <w:sz w:val="21"/>
        </w:rPr>
        <w:t>Бағандардағы мәндерді салыстырыңыз.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0,999</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1 − 1/10 000</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20.</w:t>
        <w:tab/>
      </w:r>
      <w:r>
        <w:rPr>
          <w:rFonts w:ascii="Arial" w:hAnsi="Arial"/>
          <w:sz w:val="21"/>
        </w:rPr>
        <w:t>Бағандардағы мәндерді салыстырыңыз.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1/2 − 1/3</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1/3 − 1/4</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21.</w:t>
        <w:tab/>
      </w:r>
      <w:r>
        <w:rPr>
          <w:rFonts w:ascii="Arial" w:hAnsi="Arial"/>
          <w:sz w:val="21"/>
        </w:rPr>
        <w:t>Кітап беру диаграммасын пайдаланыңыз.</w:t>
      </w:r>
    </w:p>
    <w:p>
      <w:pPr>
        <w:keepNext/>
        <w:spacing w:after="200"/>
        <w:jc w:val="center"/>
      </w:pPr>
      <w:r>
        <w:drawing>
          <wp:inline xmlns:a="http://schemas.openxmlformats.org/drawingml/2006/main" xmlns:pic="http://schemas.openxmlformats.org/drawingml/2006/picture">
            <wp:extent cx="5740400" cy="2009140"/>
            <wp:docPr id="14" name="Picture 14"/>
            <wp:cNvGraphicFramePr>
              <a:graphicFrameLocks noChangeAspect="1"/>
            </wp:cNvGraphicFramePr>
            <a:graphic>
              <a:graphicData uri="http://schemas.openxmlformats.org/drawingml/2006/picture">
                <pic:pic>
                  <pic:nvPicPr>
                    <pic:cNvPr id="0" name="bars2.png"/>
                    <pic:cNvPicPr/>
                  </pic:nvPicPr>
                  <pic:blipFill>
                    <a:blip r:embed="rId20"/>
                    <a:stretch>
                      <a:fillRect/>
                    </a:stretch>
                  </pic:blipFill>
                  <pic:spPr>
                    <a:xfrm>
                      <a:off x="0" y="0"/>
                      <a:ext cx="5740400" cy="2009140"/>
                    </a:xfrm>
                    <a:prstGeom prst="rect"/>
                  </pic:spPr>
                </pic:pic>
              </a:graphicData>
            </a:graphic>
          </wp:inline>
        </w:drawing>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Дүйсенбі мен сейсенбідегі орташа сан</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Сәрсенбідегі кітаптар саны</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22.</w:t>
        <w:tab/>
      </w:r>
      <w:r>
        <w:rPr>
          <w:rFonts w:ascii="Arial" w:hAnsi="Arial"/>
          <w:sz w:val="21"/>
        </w:rPr>
        <w:t>Екі тауардың бастапқы бағалары оң және белгісіз.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25% өсімнен кейінгі бірінші баға</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20% жеңілдіктен кейінгі екінші баға</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2-сынақ · Салыстырулар</w:t>
      </w:r>
    </w:p>
    <w:p>
      <w:pPr>
        <w:widowControl/>
        <w:spacing w:before="0" w:after="420" w:line="276" w:lineRule="auto"/>
        <w:ind w:left="0"/>
      </w:pPr>
      <w:r>
        <w:rPr>
          <w:rFonts w:ascii="Arial" w:hAnsi="Arial"/>
          <w:b w:val="0"/>
          <w:color w:val="000000"/>
          <w:sz w:val="20"/>
        </w:rPr>
        <w:t>Бөлімге 30 минут · Тапсырмалар 23–28</w:t>
      </w:r>
    </w:p>
    <w:p>
      <w:pPr>
        <w:widowControl/>
        <w:spacing w:before="0" w:after="200" w:line="276" w:lineRule="auto"/>
        <w:ind w:left="0"/>
      </w:pPr>
      <w:r>
        <w:rPr>
          <w:rFonts w:ascii="Arial" w:hAnsi="Arial"/>
          <w:b w:val="0"/>
          <w:color w:val="000000"/>
          <w:sz w:val="18"/>
        </w:rPr>
        <w:t>A — A үлкен   B — B үлкен   C — тең   D — ақпарат жеткіліксіз</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23.</w:t>
        <w:tab/>
      </w:r>
      <w:r>
        <w:rPr>
          <w:rFonts w:ascii="Arial" w:hAnsi="Arial"/>
          <w:sz w:val="21"/>
        </w:rPr>
        <w:t>0 &lt; a &lt; b.</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(a + b)/b</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5/3</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24.</w:t>
        <w:tab/>
      </w:r>
      <w:r>
        <w:rPr>
          <w:rFonts w:ascii="Arial" w:hAnsi="Arial"/>
          <w:sz w:val="21"/>
        </w:rPr>
        <w:t>Саны 40-тан 50-ге, содан кейін 50-ден 60-қа өсті.</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Бірінші өсімнің пайызы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Екінші өсімнің пайызы</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25.</w:t>
        <w:tab/>
      </w:r>
      <w:r>
        <w:rPr>
          <w:rFonts w:ascii="Arial" w:hAnsi="Arial"/>
          <w:sz w:val="21"/>
        </w:rPr>
        <w:t>Тұз ерітіндісіне тек су қосылды, тұз массасы оң.</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Тұздың жаңа массалық үлесі</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Тұздың бұрынғы массалық үлесі</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26.</w:t>
        <w:tab/>
      </w:r>
      <w:r>
        <w:rPr>
          <w:rFonts w:ascii="Arial" w:hAnsi="Arial"/>
          <w:sz w:val="21"/>
        </w:rPr>
        <w:t>a саны оң b санының 80%-ын құрайды.</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b − a</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a санының 25%-ы</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27.</w:t>
        <w:tab/>
      </w:r>
      <w:r>
        <w:rPr>
          <w:rFonts w:ascii="Arial" w:hAnsi="Arial"/>
          <w:sz w:val="21"/>
        </w:rPr>
        <w:t>Екі тауардың бағалары тең және оң.</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Екі рет 10% төмендеткендегі жалпы жеңілдік</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Бір рет 20% төмендеткендегі жеңілдік</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28.</w:t>
        <w:tab/>
      </w:r>
      <w:r>
        <w:rPr>
          <w:rFonts w:ascii="Arial" w:hAnsi="Arial"/>
          <w:sz w:val="21"/>
        </w:rPr>
        <w:t>Бағандардағы мәндерді салыстырыңыз.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12-ден 15-ке өскен санның бастапқы мәніне пайыздық қатынасы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125%</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2-сынақ · Салыстырулар</w:t>
      </w:r>
    </w:p>
    <w:p>
      <w:pPr>
        <w:widowControl/>
        <w:spacing w:before="0" w:after="420" w:line="276" w:lineRule="auto"/>
        <w:ind w:left="0"/>
      </w:pPr>
      <w:r>
        <w:rPr>
          <w:rFonts w:ascii="Arial" w:hAnsi="Arial"/>
          <w:b w:val="0"/>
          <w:color w:val="000000"/>
          <w:sz w:val="20"/>
        </w:rPr>
        <w:t>Бөлімге 30 минут · Тапсырмалар 29–32</w:t>
      </w:r>
    </w:p>
    <w:p>
      <w:pPr>
        <w:widowControl/>
        <w:spacing w:before="0" w:after="200" w:line="276" w:lineRule="auto"/>
        <w:ind w:left="0"/>
      </w:pPr>
      <w:r>
        <w:rPr>
          <w:rFonts w:ascii="Arial" w:hAnsi="Arial"/>
          <w:b w:val="0"/>
          <w:color w:val="000000"/>
          <w:sz w:val="18"/>
        </w:rPr>
        <w:t>A — A үлкен   B — B үлкен   C — тең   D — ақпарат жеткіліксіз</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29.</w:t>
        <w:tab/>
      </w:r>
      <w:r>
        <w:rPr>
          <w:rFonts w:ascii="Arial" w:hAnsi="Arial"/>
          <w:sz w:val="21"/>
        </w:rPr>
        <w:t>a &gt; 0.</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a санының 30%-ының 40%-ы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a санының 40%-ының 30%-ы</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30.</w:t>
        <w:tab/>
      </w:r>
      <w:r>
        <w:rPr>
          <w:rFonts w:ascii="Arial" w:hAnsi="Arial"/>
          <w:sz w:val="21"/>
        </w:rPr>
        <w:t>a саны оң; b = 1,5a.</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b саны a-дан неше пайызға артық</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a саны b-дан неше пайызға кем</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31.</w:t>
        <w:tab/>
      </w:r>
      <w:r>
        <w:rPr>
          <w:rFonts w:ascii="Arial" w:hAnsi="Arial"/>
          <w:sz w:val="21"/>
        </w:rPr>
        <w:t>Жолдар бірдей; бірінші жылдамдық екіншісінен 1,5 есе үлкен.</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Бірінші уақыт</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Екінші уақыттың 2/3 бөлігі</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32.</w:t>
        <w:tab/>
      </w:r>
      <w:r>
        <w:rPr>
          <w:rFonts w:ascii="Arial" w:hAnsi="Arial"/>
          <w:sz w:val="21"/>
        </w:rPr>
        <w:t>Екі станок бірдей оң уақыт жұмыс істейді. Біріншісі сағатына 3 бөлшек артық шығарады.</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Біріншісінің шығарғаны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Екіншісінің шығарғаны</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2-сынақ · Салыстырулар</w:t>
      </w:r>
    </w:p>
    <w:p>
      <w:pPr>
        <w:widowControl/>
        <w:spacing w:before="0" w:after="420" w:line="276" w:lineRule="auto"/>
        <w:ind w:left="0"/>
      </w:pPr>
      <w:r>
        <w:rPr>
          <w:rFonts w:ascii="Arial" w:hAnsi="Arial"/>
          <w:b w:val="0"/>
          <w:color w:val="000000"/>
          <w:sz w:val="20"/>
        </w:rPr>
        <w:t>Бөлімге 30 минут · Тапсырмалар 33–36</w:t>
      </w:r>
    </w:p>
    <w:p>
      <w:pPr>
        <w:widowControl/>
        <w:spacing w:before="0" w:after="200" w:line="276" w:lineRule="auto"/>
        <w:ind w:left="0"/>
      </w:pPr>
      <w:r>
        <w:rPr>
          <w:rFonts w:ascii="Arial" w:hAnsi="Arial"/>
          <w:b w:val="0"/>
          <w:color w:val="000000"/>
          <w:sz w:val="18"/>
        </w:rPr>
        <w:t>A — A үлкен   B — B үлкен   C — тең   D — ақпарат жеткіліксіз</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33.</w:t>
        <w:tab/>
      </w:r>
      <w:r>
        <w:rPr>
          <w:rFonts w:ascii="Arial" w:hAnsi="Arial"/>
          <w:sz w:val="21"/>
        </w:rPr>
        <w:t>Қозғалыс графигін пайдаланыңыз.</w:t>
      </w:r>
    </w:p>
    <w:p>
      <w:pPr>
        <w:keepNext/>
        <w:spacing w:after="200"/>
        <w:jc w:val="center"/>
      </w:pPr>
      <w:r>
        <w:drawing>
          <wp:inline xmlns:a="http://schemas.openxmlformats.org/drawingml/2006/main" xmlns:pic="http://schemas.openxmlformats.org/drawingml/2006/picture">
            <wp:extent cx="5740400" cy="2009140"/>
            <wp:docPr id="15" name="Picture 15"/>
            <wp:cNvGraphicFramePr>
              <a:graphicFrameLocks noChangeAspect="1"/>
            </wp:cNvGraphicFramePr>
            <a:graphic>
              <a:graphicData uri="http://schemas.openxmlformats.org/drawingml/2006/picture">
                <pic:pic>
                  <pic:nvPicPr>
                    <pic:cNvPr id="0" name="journey2.png"/>
                    <pic:cNvPicPr/>
                  </pic:nvPicPr>
                  <pic:blipFill>
                    <a:blip r:embed="rId21"/>
                    <a:stretch>
                      <a:fillRect/>
                    </a:stretch>
                  </pic:blipFill>
                  <pic:spPr>
                    <a:xfrm>
                      <a:off x="0" y="0"/>
                      <a:ext cx="5740400" cy="2009140"/>
                    </a:xfrm>
                    <a:prstGeom prst="rect"/>
                  </pic:spPr>
                </pic:pic>
              </a:graphicData>
            </a:graphic>
          </wp:inline>
        </w:drawing>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45 минуттағы бүкіл жүрген жол</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Соңындағы үйден қашықтық</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34.</w:t>
        <w:tab/>
      </w:r>
      <w:r>
        <w:rPr>
          <w:rFonts w:ascii="Arial" w:hAnsi="Arial"/>
          <w:sz w:val="21"/>
        </w:rPr>
        <w:t>Жолдың жартысын 30 км/сағ, жартысын 60 км/сағ жылдамдықпен жүреді.</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Орташа жылдамдық</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45 км/сағ</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35.</w:t>
        <w:tab/>
      </w:r>
      <w:r>
        <w:rPr>
          <w:rFonts w:ascii="Arial" w:hAnsi="Arial"/>
          <w:sz w:val="21"/>
        </w:rPr>
        <w:t>Бағандардағы мәндерді салыстырыңыз.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2 сағ 18 мин</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2,4 сағ</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36.</w:t>
        <w:tab/>
      </w:r>
      <w:r>
        <w:rPr>
          <w:rFonts w:ascii="Arial" w:hAnsi="Arial"/>
          <w:sz w:val="21"/>
        </w:rPr>
        <w:t>Бағандардағы мәндерді салыстырыңыз.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0,004 м³</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4 л</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2-сынақ · Салыстырулар</w:t>
      </w:r>
    </w:p>
    <w:p>
      <w:pPr>
        <w:widowControl/>
        <w:spacing w:before="0" w:after="420" w:line="276" w:lineRule="auto"/>
        <w:ind w:left="0"/>
      </w:pPr>
      <w:r>
        <w:rPr>
          <w:rFonts w:ascii="Arial" w:hAnsi="Arial"/>
          <w:b w:val="0"/>
          <w:color w:val="000000"/>
          <w:sz w:val="20"/>
        </w:rPr>
        <w:t>Бөлімге 30 минут · Тапсырмалар 37–42</w:t>
      </w:r>
    </w:p>
    <w:p>
      <w:pPr>
        <w:widowControl/>
        <w:spacing w:before="0" w:after="200" w:line="276" w:lineRule="auto"/>
        <w:ind w:left="0"/>
      </w:pPr>
      <w:r>
        <w:rPr>
          <w:rFonts w:ascii="Arial" w:hAnsi="Arial"/>
          <w:b w:val="0"/>
          <w:color w:val="000000"/>
          <w:sz w:val="18"/>
        </w:rPr>
        <w:t>A — A үлкен   B — B үлкен   C — тең   D — ақпарат жеткіліксіз</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37.</w:t>
        <w:tab/>
      </w:r>
      <w:r>
        <w:rPr>
          <w:rFonts w:ascii="Arial" w:hAnsi="Arial"/>
          <w:sz w:val="21"/>
        </w:rPr>
        <w:t>Бағандардағы мәндерді салыстырыңыз.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3 дм² аудан</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290 см² аудан</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38.</w:t>
        <w:tab/>
      </w:r>
      <w:r>
        <w:rPr>
          <w:rFonts w:ascii="Arial" w:hAnsi="Arial"/>
          <w:sz w:val="21"/>
        </w:rPr>
        <w:t>Бірдей үш жұмысшы 4 сағат істейді.</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Олардың жалпы жұмыс көлемі</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Осындай екі жұмысшының 6 сағаттағы жұмыс көлемі</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39.</w:t>
        <w:tab/>
      </w:r>
      <w:r>
        <w:rPr>
          <w:rFonts w:ascii="Arial" w:hAnsi="Arial"/>
          <w:sz w:val="21"/>
        </w:rPr>
        <w:t>Әр құбырдың өнімділігі тұрақты. Біреуі бакты 4 сағатта, екіншісі 12 сағатта толтырады.</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Бірге толтыру уақыты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3 сағ</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40.</w:t>
        <w:tab/>
      </w:r>
      <w:r>
        <w:rPr>
          <w:rFonts w:ascii="Arial" w:hAnsi="Arial"/>
          <w:sz w:val="21"/>
        </w:rPr>
        <w:t>Бару мен қайту жолы бірдей, жылдамдықтар 40 және 80 км/сағ.</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Бару уақыты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Қайту уақытының жартысы</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41.</w:t>
        <w:tab/>
      </w:r>
      <w:r>
        <w:rPr>
          <w:rFonts w:ascii="Arial" w:hAnsi="Arial"/>
          <w:sz w:val="21"/>
        </w:rPr>
        <w:t>Тіктөртбұрыштың оң қабырғаларының қосындысы 10 см.</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Оның ауданы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25 см²</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42.</w:t>
        <w:tab/>
      </w:r>
      <w:r>
        <w:rPr>
          <w:rFonts w:ascii="Arial" w:hAnsi="Arial"/>
          <w:sz w:val="21"/>
        </w:rPr>
        <w:t>Екі дөңгелектің радиустары 2 және 3 см.</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Біріншісінің ауданының екіншісіне қатынасы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2/3</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2-сынақ · Салыстырулар</w:t>
      </w:r>
    </w:p>
    <w:p>
      <w:pPr>
        <w:widowControl/>
        <w:spacing w:before="0" w:after="420" w:line="276" w:lineRule="auto"/>
        <w:ind w:left="0"/>
      </w:pPr>
      <w:r>
        <w:rPr>
          <w:rFonts w:ascii="Arial" w:hAnsi="Arial"/>
          <w:b w:val="0"/>
          <w:color w:val="000000"/>
          <w:sz w:val="20"/>
        </w:rPr>
        <w:t>Бөлімге 30 минут · Тапсырмалар 43–46</w:t>
      </w:r>
    </w:p>
    <w:p>
      <w:pPr>
        <w:widowControl/>
        <w:spacing w:before="0" w:after="200" w:line="276" w:lineRule="auto"/>
        <w:ind w:left="0"/>
      </w:pPr>
      <w:r>
        <w:rPr>
          <w:rFonts w:ascii="Arial" w:hAnsi="Arial"/>
          <w:b w:val="0"/>
          <w:color w:val="000000"/>
          <w:sz w:val="18"/>
        </w:rPr>
        <w:t>A — A үлкен   B — B үлкен   C — тең   D — ақпарат жеткіліксіз</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43.</w:t>
        <w:tab/>
      </w:r>
      <w:r>
        <w:rPr>
          <w:rFonts w:ascii="Arial" w:hAnsi="Arial"/>
          <w:sz w:val="21"/>
        </w:rPr>
        <w:t>Текшенің барлық қырларын 3 есе ұзартты.</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Көлемнің өсу коэффициенті</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Бет ауданының өсу коэффициенті</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44.</w:t>
        <w:tab/>
      </w:r>
      <w:r>
        <w:rPr>
          <w:rFonts w:ascii="Arial" w:hAnsi="Arial"/>
          <w:sz w:val="21"/>
        </w:rPr>
        <w:t>Диагональ тіктөртбұрышты екі үшбұрышқа бөледі.</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Біріншісінің ауданы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Екіншісінің ауданы</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45.</w:t>
        <w:tab/>
      </w:r>
      <w:r>
        <w:rPr>
          <w:rFonts w:ascii="Arial" w:hAnsi="Arial"/>
          <w:sz w:val="21"/>
        </w:rPr>
        <w:t>Үшбұрыштың екі бұрышы 35° және 55°.</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Үшінші бұрыш</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90°</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46.</w:t>
        <w:tab/>
      </w:r>
      <w:r>
        <w:rPr>
          <w:rFonts w:ascii="Arial" w:hAnsi="Arial"/>
          <w:sz w:val="21"/>
        </w:rPr>
        <w:t>Екі шаршының периметрлерінің қатынасы 2 : 3.</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Олардың аудандарының қатынасы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4/9</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2-сынақ · Салыстырулар</w:t>
      </w:r>
    </w:p>
    <w:p>
      <w:pPr>
        <w:widowControl/>
        <w:spacing w:before="0" w:after="420" w:line="276" w:lineRule="auto"/>
        <w:ind w:left="0"/>
      </w:pPr>
      <w:r>
        <w:rPr>
          <w:rFonts w:ascii="Arial" w:hAnsi="Arial"/>
          <w:b w:val="0"/>
          <w:color w:val="000000"/>
          <w:sz w:val="20"/>
        </w:rPr>
        <w:t>Бөлімге 30 минут · Тапсырмалар 47–50</w:t>
      </w:r>
    </w:p>
    <w:p>
      <w:pPr>
        <w:widowControl/>
        <w:spacing w:before="0" w:after="200" w:line="276" w:lineRule="auto"/>
        <w:ind w:left="0"/>
      </w:pPr>
      <w:r>
        <w:rPr>
          <w:rFonts w:ascii="Arial" w:hAnsi="Arial"/>
          <w:b w:val="0"/>
          <w:color w:val="000000"/>
          <w:sz w:val="18"/>
        </w:rPr>
        <w:t>A — A үлкен   B — B үлкен   C — тең   D — ақпарат жеткіліксіз</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47.</w:t>
        <w:tab/>
      </w:r>
      <w:r>
        <w:rPr>
          <w:rFonts w:ascii="Arial" w:hAnsi="Arial"/>
          <w:sz w:val="21"/>
        </w:rPr>
        <w:t>Тарифтер графигін пайдаланыңыз.</w:t>
      </w:r>
    </w:p>
    <w:p>
      <w:pPr>
        <w:keepNext/>
        <w:spacing w:after="200"/>
        <w:jc w:val="center"/>
      </w:pPr>
      <w:r>
        <w:drawing>
          <wp:inline xmlns:a="http://schemas.openxmlformats.org/drawingml/2006/main" xmlns:pic="http://schemas.openxmlformats.org/drawingml/2006/picture">
            <wp:extent cx="5740400" cy="2123948"/>
            <wp:docPr id="16" name="Picture 16"/>
            <wp:cNvGraphicFramePr>
              <a:graphicFrameLocks noChangeAspect="1"/>
            </wp:cNvGraphicFramePr>
            <a:graphic>
              <a:graphicData uri="http://schemas.openxmlformats.org/drawingml/2006/picture">
                <pic:pic>
                  <pic:nvPicPr>
                    <pic:cNvPr id="0" name="tariffs2.png"/>
                    <pic:cNvPicPr/>
                  </pic:nvPicPr>
                  <pic:blipFill>
                    <a:blip r:embed="rId22"/>
                    <a:stretch>
                      <a:fillRect/>
                    </a:stretch>
                  </pic:blipFill>
                  <pic:spPr>
                    <a:xfrm>
                      <a:off x="0" y="0"/>
                      <a:ext cx="5740400" cy="2123948"/>
                    </a:xfrm>
                    <a:prstGeom prst="rect"/>
                  </pic:spPr>
                </pic:pic>
              </a:graphicData>
            </a:graphic>
          </wp:inline>
        </w:drawing>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10 км үшін А құны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10 км үшін Б құны</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48.</w:t>
        <w:tab/>
      </w:r>
      <w:r>
        <w:rPr>
          <w:rFonts w:ascii="Arial" w:hAnsi="Arial"/>
          <w:sz w:val="21"/>
        </w:rPr>
        <w:t>Тіктөртбұрыш диагональмен бөлінді.</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Пайда болған үшбұрыштар саны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3</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49.</w:t>
        <w:tab/>
      </w:r>
      <w:r>
        <w:rPr>
          <w:rFonts w:ascii="Arial" w:hAnsi="Arial"/>
          <w:sz w:val="21"/>
        </w:rPr>
        <w:t>Үшбұрыштардың ортақ биіктігі оң, табандары 8 және 12 см.</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Олардың аудандарының қосындысы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Табаны 20 см, биіктігі сондай үшбұрыштың ауданы</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50.</w:t>
        <w:tab/>
      </w:r>
      <w:r>
        <w:rPr>
          <w:rFonts w:ascii="Arial" w:hAnsi="Arial"/>
          <w:sz w:val="21"/>
        </w:rPr>
        <w:t>Шаршының қабырғасы a &gt; 0.</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Шаршының ауданы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Шаршы периметрін 4-ке бөліп, нәтижені квадраттаған мән</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2-сынақ · Салыстырулар</w:t>
      </w:r>
    </w:p>
    <w:p>
      <w:pPr>
        <w:widowControl/>
        <w:spacing w:before="0" w:after="420" w:line="276" w:lineRule="auto"/>
        <w:ind w:left="0"/>
      </w:pPr>
      <w:r>
        <w:rPr>
          <w:rFonts w:ascii="Arial" w:hAnsi="Arial"/>
          <w:b w:val="0"/>
          <w:color w:val="000000"/>
          <w:sz w:val="20"/>
        </w:rPr>
        <w:t>Бөлімге 30 минут · Тапсырмалар 51–54</w:t>
      </w:r>
    </w:p>
    <w:p>
      <w:pPr>
        <w:widowControl/>
        <w:spacing w:before="0" w:after="200" w:line="276" w:lineRule="auto"/>
        <w:ind w:left="0"/>
      </w:pPr>
      <w:r>
        <w:rPr>
          <w:rFonts w:ascii="Arial" w:hAnsi="Arial"/>
          <w:b w:val="0"/>
          <w:color w:val="000000"/>
          <w:sz w:val="18"/>
        </w:rPr>
        <w:t>A — A үлкен   B — B үлкен   C — тең   D — ақпарат жеткіліксіз</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51.</w:t>
        <w:tab/>
      </w:r>
      <w:r>
        <w:rPr>
          <w:rFonts w:ascii="Arial" w:hAnsi="Arial"/>
          <w:sz w:val="21"/>
        </w:rPr>
        <w:t>Төрт санның арифметикалық ортасы 7. Оларға 12 саны қосылды.</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Жаңа арифметикалық орта</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8</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52.</w:t>
        <w:tab/>
      </w:r>
      <w:r>
        <w:rPr>
          <w:rFonts w:ascii="Arial" w:hAnsi="Arial"/>
          <w:sz w:val="21"/>
        </w:rPr>
        <w:t>Жақтаудың ені әр жағынан 2 см.</w:t>
      </w:r>
    </w:p>
    <w:p>
      <w:pPr>
        <w:keepNext/>
        <w:spacing w:after="200"/>
        <w:jc w:val="center"/>
      </w:pPr>
      <w:r>
        <w:drawing>
          <wp:inline xmlns:a="http://schemas.openxmlformats.org/drawingml/2006/main" xmlns:pic="http://schemas.openxmlformats.org/drawingml/2006/picture">
            <wp:extent cx="5740400" cy="2009140"/>
            <wp:docPr id="17" name="Picture 17"/>
            <wp:cNvGraphicFramePr>
              <a:graphicFrameLocks noChangeAspect="1"/>
            </wp:cNvGraphicFramePr>
            <a:graphic>
              <a:graphicData uri="http://schemas.openxmlformats.org/drawingml/2006/picture">
                <pic:pic>
                  <pic:nvPicPr>
                    <pic:cNvPr id="0" name="frame.png"/>
                    <pic:cNvPicPr/>
                  </pic:nvPicPr>
                  <pic:blipFill>
                    <a:blip r:embed="rId23"/>
                    <a:stretch>
                      <a:fillRect/>
                    </a:stretch>
                  </pic:blipFill>
                  <pic:spPr>
                    <a:xfrm>
                      <a:off x="0" y="0"/>
                      <a:ext cx="5740400" cy="2009140"/>
                    </a:xfrm>
                    <a:prstGeom prst="rect"/>
                  </pic:spPr>
                </pic:pic>
              </a:graphicData>
            </a:graphic>
          </wp:inline>
        </w:drawing>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Жақтаудың ауданы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Ақ бөліктің ауданы</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53.</w:t>
        <w:tab/>
      </w:r>
      <w:r>
        <w:rPr>
          <w:rFonts w:ascii="Arial" w:hAnsi="Arial"/>
          <w:sz w:val="21"/>
        </w:rPr>
        <w:t>Тізімдегі әр санды екі еселеп, 3-ті қосты. Бастапқы арифметикалық орта 6.</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Жаңа арифметикалық орта</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15</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54.</w:t>
        <w:tab/>
      </w:r>
      <w:r>
        <w:rPr>
          <w:rFonts w:ascii="Arial" w:hAnsi="Arial"/>
          <w:sz w:val="21"/>
        </w:rPr>
        <w:t>2, 5, x, 9, 12 сандары өсу ретімен берілген.</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Медиана</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7</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2-сынақ · Салыстырулар</w:t>
      </w:r>
    </w:p>
    <w:p>
      <w:pPr>
        <w:widowControl/>
        <w:spacing w:before="0" w:after="420" w:line="276" w:lineRule="auto"/>
        <w:ind w:left="0"/>
      </w:pPr>
      <w:r>
        <w:rPr>
          <w:rFonts w:ascii="Arial" w:hAnsi="Arial"/>
          <w:b w:val="0"/>
          <w:color w:val="000000"/>
          <w:sz w:val="20"/>
        </w:rPr>
        <w:t>Бөлімге 30 минут · Тапсырмалар 55–60</w:t>
      </w:r>
    </w:p>
    <w:p>
      <w:pPr>
        <w:widowControl/>
        <w:spacing w:before="0" w:after="200" w:line="276" w:lineRule="auto"/>
        <w:ind w:left="0"/>
      </w:pPr>
      <w:r>
        <w:rPr>
          <w:rFonts w:ascii="Arial" w:hAnsi="Arial"/>
          <w:b w:val="0"/>
          <w:color w:val="000000"/>
          <w:sz w:val="18"/>
        </w:rPr>
        <w:t>A — A үлкен   B — B үлкен   C — тең   D — ақпарат жеткіліксіз</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55.</w:t>
        <w:tab/>
      </w:r>
      <w:r>
        <w:rPr>
          <w:rFonts w:ascii="Arial" w:hAnsi="Arial"/>
          <w:sz w:val="21"/>
        </w:rPr>
        <w:t>Сыныпта 28 оқушы бар; 17-сі A, 16-сы B үйірмесіне қатысады.</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Екі үйірмеге де қатысатындар саны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4</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56.</w:t>
        <w:tab/>
      </w:r>
      <w:r>
        <w:rPr>
          <w:rFonts w:ascii="Arial" w:hAnsi="Arial"/>
          <w:sz w:val="21"/>
        </w:rPr>
        <w:t>6 адамның әрқайсысы қалғандарының әрқайсысымен бір рет ойнайды.</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Ойындар саны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6 адамнан 2 адамды таңдау тәсілдерінің саны</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57.</w:t>
        <w:tab/>
      </w:r>
      <w:r>
        <w:rPr>
          <w:rFonts w:ascii="Arial" w:hAnsi="Arial"/>
          <w:sz w:val="21"/>
        </w:rPr>
        <w:t>Қапта 3 ақ және 5 қара шар бар; бір қара шар алынып тасталды.</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Алғаннан кейінгі ақ шар ықтималдығы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Алғанға дейінгі ақ шар ықтималдығы</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58.</w:t>
        <w:tab/>
      </w:r>
      <w:r>
        <w:rPr>
          <w:rFonts w:ascii="Arial" w:hAnsi="Arial"/>
          <w:sz w:val="21"/>
        </w:rPr>
        <w:t>Тізімде дәл 7 сан бар.</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Медиана</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Арифметикалық орта</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59.</w:t>
        <w:tab/>
      </w:r>
      <w:r>
        <w:rPr>
          <w:rFonts w:ascii="Arial" w:hAnsi="Arial"/>
          <w:sz w:val="21"/>
        </w:rPr>
        <w:t>a, b, c — өсу ретімен берілген тізбектес бүтін сандар.</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a + c</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2b</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60.</w:t>
        <w:tab/>
      </w:r>
      <w:r>
        <w:rPr>
          <w:rFonts w:ascii="Arial" w:hAnsi="Arial"/>
          <w:sz w:val="21"/>
        </w:rPr>
        <w:t>Екі натурал санның қосындысы 15.</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Олардың ең үлкен мүмкін көбейтіндісі</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56</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Жауап бланкісі</w:t>
      </w:r>
    </w:p>
    <w:p>
      <w:pPr>
        <w:widowControl/>
        <w:spacing w:before="0" w:after="420" w:line="276" w:lineRule="auto"/>
        <w:ind w:left="0"/>
      </w:pPr>
      <w:r>
        <w:rPr>
          <w:rFonts w:ascii="Arial" w:hAnsi="Arial"/>
          <w:b w:val="0"/>
          <w:color w:val="000000"/>
          <w:sz w:val="20"/>
        </w:rPr>
        <w:t>2-сынақ · Математика</w:t>
      </w:r>
    </w:p>
    <w:p>
      <w:pPr>
        <w:widowControl/>
        <w:spacing w:before="0" w:after="240" w:line="276" w:lineRule="auto"/>
        <w:ind w:left="0"/>
      </w:pPr>
      <w:r>
        <w:rPr>
          <w:rFonts w:ascii="Arial" w:hAnsi="Arial"/>
          <w:b w:val="0"/>
          <w:color w:val="000000"/>
          <w:sz w:val="21"/>
        </w:rPr>
        <w:t>Аты __________________________   Күні ______________</w:t>
      </w:r>
    </w:p>
    <w:p>
      <w:pPr>
        <w:widowControl/>
        <w:spacing w:before="0" w:after="240" w:line="276" w:lineRule="auto"/>
        <w:ind w:left="0"/>
      </w:pPr>
      <w:r>
        <w:rPr>
          <w:rFonts w:ascii="Arial" w:hAnsi="Arial"/>
          <w:b w:val="0"/>
          <w:color w:val="000000"/>
          <w:sz w:val="19"/>
        </w:rPr>
        <w:t>Таңдалған әріптің жанындағы бір өрісті бояңыз. Қара шарикті қалам қолданыңыз. Бұл — оқу бланкісі, НЗМ-нің ресми жауап парағының көшірмесі емес.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696"/>
        <w:gridCol w:w="4277"/>
        <w:gridCol w:w="696"/>
        <w:gridCol w:w="4277"/>
      </w:tblGrid>
      <w:tr>
        <w:trPr>
          <w:cantSplit/>
        </w:trPr>
        <w:tc>
          <w:tcPr>
            <w:tcW w:type="dxa" w:w="696"/>
            <w:vAlign w:val="center"/>
            <w:tcMar>
              <w:left w:w="110" w:type="dxa"/>
              <w:right w:w="110" w:type="dxa"/>
              <w:top w:w="80" w:type="dxa"/>
              <w:bottom w:w="80" w:type="dxa"/>
            </w:tcMar>
            <w:shd w:fill="233B4B"/>
          </w:tcPr>
          <w:p>
            <w:pPr>
              <w:spacing w:after="0" w:line="254" w:lineRule="auto"/>
            </w:pPr>
            <w:r>
              <w:rPr>
                <w:rFonts w:ascii="Arial" w:hAnsi="Arial"/>
                <w:b/>
                <w:color w:val="FFFFFF"/>
                <w:sz w:val="17"/>
              </w:rPr>
              <w:t>№</w:t>
            </w:r>
          </w:p>
        </w:tc>
        <w:tc>
          <w:tcPr>
            <w:tcW w:type="dxa" w:w="4277"/>
            <w:vAlign w:val="center"/>
            <w:tcMar>
              <w:left w:w="110" w:type="dxa"/>
              <w:right w:w="110" w:type="dxa"/>
              <w:top w:w="80" w:type="dxa"/>
              <w:bottom w:w="80" w:type="dxa"/>
            </w:tcMar>
            <w:shd w:fill="233B4B"/>
          </w:tcPr>
          <w:p>
            <w:pPr>
              <w:spacing w:after="0" w:line="254" w:lineRule="auto"/>
            </w:pPr>
            <w:r>
              <w:rPr>
                <w:rFonts w:ascii="Arial" w:hAnsi="Arial"/>
                <w:b/>
                <w:color w:val="FFFFFF"/>
                <w:sz w:val="17"/>
              </w:rPr>
              <w:t>Жауап</w:t>
            </w:r>
          </w:p>
        </w:tc>
        <w:tc>
          <w:tcPr>
            <w:tcW w:type="dxa" w:w="696"/>
            <w:vAlign w:val="center"/>
            <w:tcMar>
              <w:left w:w="110" w:type="dxa"/>
              <w:right w:w="110" w:type="dxa"/>
              <w:top w:w="80" w:type="dxa"/>
              <w:bottom w:w="80" w:type="dxa"/>
            </w:tcMar>
            <w:shd w:fill="233B4B"/>
          </w:tcPr>
          <w:p>
            <w:pPr>
              <w:spacing w:after="0" w:line="254" w:lineRule="auto"/>
            </w:pPr>
            <w:r>
              <w:rPr>
                <w:rFonts w:ascii="Arial" w:hAnsi="Arial"/>
                <w:b/>
                <w:color w:val="FFFFFF"/>
                <w:sz w:val="17"/>
              </w:rPr>
              <w:t>№</w:t>
            </w:r>
          </w:p>
        </w:tc>
        <w:tc>
          <w:tcPr>
            <w:tcW w:type="dxa" w:w="4277"/>
            <w:vAlign w:val="center"/>
            <w:tcMar>
              <w:left w:w="110" w:type="dxa"/>
              <w:right w:w="110" w:type="dxa"/>
              <w:top w:w="80" w:type="dxa"/>
              <w:bottom w:w="80" w:type="dxa"/>
            </w:tcMar>
            <w:shd w:fill="233B4B"/>
          </w:tcPr>
          <w:p>
            <w:pPr>
              <w:spacing w:after="0" w:line="254" w:lineRule="auto"/>
            </w:pPr>
            <w:r>
              <w:rPr>
                <w:rFonts w:ascii="Arial" w:hAnsi="Arial"/>
                <w:b/>
                <w:color w:val="FFFFFF"/>
                <w:sz w:val="17"/>
              </w:rPr>
              <w:t>Жауап</w:t>
            </w:r>
          </w:p>
        </w:tc>
      </w:tr>
      <w:tr>
        <w:trPr>
          <w:cantSplit/>
        </w:trPr>
        <w:tc>
          <w:tcPr>
            <w:tcW w:type="dxa" w:w="696"/>
            <w:vAlign w:val="center"/>
            <w:tcMar>
              <w:left w:w="110" w:type="dxa"/>
              <w:right w:w="110" w:type="dxa"/>
              <w:top w:w="80" w:type="dxa"/>
              <w:bottom w:w="80" w:type="dxa"/>
            </w:tcMar>
          </w:tcPr>
          <w:p>
            <w:pPr>
              <w:spacing w:after="0" w:line="254" w:lineRule="auto"/>
            </w:pPr>
            <w:r>
              <w:rPr>
                <w:rFonts w:ascii="Arial" w:hAnsi="Arial"/>
                <w:b w:val="0"/>
                <w:color w:val="000000"/>
                <w:sz w:val="17"/>
              </w:rPr>
              <w:t>1</w:t>
            </w:r>
          </w:p>
        </w:tc>
        <w:tc>
          <w:tcPr>
            <w:tcW w:type="dxa" w:w="4277"/>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696"/>
            <w:vAlign w:val="center"/>
            <w:tcMar>
              <w:left w:w="110" w:type="dxa"/>
              <w:right w:w="110" w:type="dxa"/>
              <w:top w:w="80" w:type="dxa"/>
              <w:bottom w:w="80" w:type="dxa"/>
            </w:tcMar>
          </w:tcPr>
          <w:p>
            <w:pPr>
              <w:spacing w:after="0" w:line="254" w:lineRule="auto"/>
            </w:pPr>
            <w:r>
              <w:rPr>
                <w:rFonts w:ascii="Arial" w:hAnsi="Arial"/>
                <w:b w:val="0"/>
                <w:color w:val="000000"/>
                <w:sz w:val="17"/>
              </w:rPr>
              <w:t>21</w:t>
            </w:r>
          </w:p>
        </w:tc>
        <w:tc>
          <w:tcPr>
            <w:tcW w:type="dxa" w:w="4277"/>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r>
      <w:tr>
        <w:trPr>
          <w:cantSplit/>
        </w:trPr>
        <w:tc>
          <w:tcPr>
            <w:tcW w:type="dxa" w:w="696"/>
            <w:vAlign w:val="center"/>
            <w:tcMar>
              <w:left w:w="110" w:type="dxa"/>
              <w:right w:w="110" w:type="dxa"/>
              <w:top w:w="80" w:type="dxa"/>
              <w:bottom w:w="80" w:type="dxa"/>
            </w:tcMar>
            <w:shd w:fill="F3F6F7"/>
          </w:tcPr>
          <w:p>
            <w:pPr>
              <w:spacing w:after="0" w:line="254" w:lineRule="auto"/>
            </w:pPr>
            <w:r>
              <w:rPr>
                <w:rFonts w:ascii="Arial" w:hAnsi="Arial"/>
                <w:b w:val="0"/>
                <w:color w:val="000000"/>
                <w:sz w:val="17"/>
              </w:rPr>
              <w:t>2</w:t>
            </w:r>
          </w:p>
        </w:tc>
        <w:tc>
          <w:tcPr>
            <w:tcW w:type="dxa" w:w="427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696"/>
            <w:vAlign w:val="center"/>
            <w:tcMar>
              <w:left w:w="110" w:type="dxa"/>
              <w:right w:w="110" w:type="dxa"/>
              <w:top w:w="80" w:type="dxa"/>
              <w:bottom w:w="80" w:type="dxa"/>
            </w:tcMar>
            <w:shd w:fill="F3F6F7"/>
          </w:tcPr>
          <w:p>
            <w:pPr>
              <w:spacing w:after="0" w:line="254" w:lineRule="auto"/>
            </w:pPr>
            <w:r>
              <w:rPr>
                <w:rFonts w:ascii="Arial" w:hAnsi="Arial"/>
                <w:b w:val="0"/>
                <w:color w:val="000000"/>
                <w:sz w:val="17"/>
              </w:rPr>
              <w:t>22</w:t>
            </w:r>
          </w:p>
        </w:tc>
        <w:tc>
          <w:tcPr>
            <w:tcW w:type="dxa" w:w="427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r>
      <w:tr>
        <w:trPr>
          <w:cantSplit/>
        </w:trPr>
        <w:tc>
          <w:tcPr>
            <w:tcW w:type="dxa" w:w="696"/>
            <w:vAlign w:val="center"/>
            <w:tcMar>
              <w:left w:w="110" w:type="dxa"/>
              <w:right w:w="110" w:type="dxa"/>
              <w:top w:w="80" w:type="dxa"/>
              <w:bottom w:w="80" w:type="dxa"/>
            </w:tcMar>
          </w:tcPr>
          <w:p>
            <w:pPr>
              <w:spacing w:after="0" w:line="254" w:lineRule="auto"/>
            </w:pPr>
            <w:r>
              <w:rPr>
                <w:rFonts w:ascii="Arial" w:hAnsi="Arial"/>
                <w:b w:val="0"/>
                <w:color w:val="000000"/>
                <w:sz w:val="17"/>
              </w:rPr>
              <w:t>3</w:t>
            </w:r>
          </w:p>
        </w:tc>
        <w:tc>
          <w:tcPr>
            <w:tcW w:type="dxa" w:w="4277"/>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696"/>
            <w:vAlign w:val="center"/>
            <w:tcMar>
              <w:left w:w="110" w:type="dxa"/>
              <w:right w:w="110" w:type="dxa"/>
              <w:top w:w="80" w:type="dxa"/>
              <w:bottom w:w="80" w:type="dxa"/>
            </w:tcMar>
          </w:tcPr>
          <w:p>
            <w:pPr>
              <w:spacing w:after="0" w:line="254" w:lineRule="auto"/>
            </w:pPr>
            <w:r>
              <w:rPr>
                <w:rFonts w:ascii="Arial" w:hAnsi="Arial"/>
                <w:b w:val="0"/>
                <w:color w:val="000000"/>
                <w:sz w:val="17"/>
              </w:rPr>
              <w:t>23</w:t>
            </w:r>
          </w:p>
        </w:tc>
        <w:tc>
          <w:tcPr>
            <w:tcW w:type="dxa" w:w="4277"/>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r>
      <w:tr>
        <w:trPr>
          <w:cantSplit/>
        </w:trPr>
        <w:tc>
          <w:tcPr>
            <w:tcW w:type="dxa" w:w="696"/>
            <w:vAlign w:val="center"/>
            <w:tcMar>
              <w:left w:w="110" w:type="dxa"/>
              <w:right w:w="110" w:type="dxa"/>
              <w:top w:w="80" w:type="dxa"/>
              <w:bottom w:w="80" w:type="dxa"/>
            </w:tcMar>
            <w:shd w:fill="F3F6F7"/>
          </w:tcPr>
          <w:p>
            <w:pPr>
              <w:spacing w:after="0" w:line="254" w:lineRule="auto"/>
            </w:pPr>
            <w:r>
              <w:rPr>
                <w:rFonts w:ascii="Arial" w:hAnsi="Arial"/>
                <w:b w:val="0"/>
                <w:color w:val="000000"/>
                <w:sz w:val="17"/>
              </w:rPr>
              <w:t>4</w:t>
            </w:r>
          </w:p>
        </w:tc>
        <w:tc>
          <w:tcPr>
            <w:tcW w:type="dxa" w:w="427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696"/>
            <w:vAlign w:val="center"/>
            <w:tcMar>
              <w:left w:w="110" w:type="dxa"/>
              <w:right w:w="110" w:type="dxa"/>
              <w:top w:w="80" w:type="dxa"/>
              <w:bottom w:w="80" w:type="dxa"/>
            </w:tcMar>
            <w:shd w:fill="F3F6F7"/>
          </w:tcPr>
          <w:p>
            <w:pPr>
              <w:spacing w:after="0" w:line="254" w:lineRule="auto"/>
            </w:pPr>
            <w:r>
              <w:rPr>
                <w:rFonts w:ascii="Arial" w:hAnsi="Arial"/>
                <w:b w:val="0"/>
                <w:color w:val="000000"/>
                <w:sz w:val="17"/>
              </w:rPr>
              <w:t>24</w:t>
            </w:r>
          </w:p>
        </w:tc>
        <w:tc>
          <w:tcPr>
            <w:tcW w:type="dxa" w:w="427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r>
      <w:tr>
        <w:trPr>
          <w:cantSplit/>
        </w:trPr>
        <w:tc>
          <w:tcPr>
            <w:tcW w:type="dxa" w:w="696"/>
            <w:vAlign w:val="center"/>
            <w:tcMar>
              <w:left w:w="110" w:type="dxa"/>
              <w:right w:w="110" w:type="dxa"/>
              <w:top w:w="80" w:type="dxa"/>
              <w:bottom w:w="80" w:type="dxa"/>
            </w:tcMar>
          </w:tcPr>
          <w:p>
            <w:pPr>
              <w:spacing w:after="0" w:line="254" w:lineRule="auto"/>
            </w:pPr>
            <w:r>
              <w:rPr>
                <w:rFonts w:ascii="Arial" w:hAnsi="Arial"/>
                <w:b w:val="0"/>
                <w:color w:val="000000"/>
                <w:sz w:val="17"/>
              </w:rPr>
              <w:t>5</w:t>
            </w:r>
          </w:p>
        </w:tc>
        <w:tc>
          <w:tcPr>
            <w:tcW w:type="dxa" w:w="4277"/>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696"/>
            <w:vAlign w:val="center"/>
            <w:tcMar>
              <w:left w:w="110" w:type="dxa"/>
              <w:right w:w="110" w:type="dxa"/>
              <w:top w:w="80" w:type="dxa"/>
              <w:bottom w:w="80" w:type="dxa"/>
            </w:tcMar>
          </w:tcPr>
          <w:p>
            <w:pPr>
              <w:spacing w:after="0" w:line="254" w:lineRule="auto"/>
            </w:pPr>
            <w:r>
              <w:rPr>
                <w:rFonts w:ascii="Arial" w:hAnsi="Arial"/>
                <w:b w:val="0"/>
                <w:color w:val="000000"/>
                <w:sz w:val="17"/>
              </w:rPr>
              <w:t>25</w:t>
            </w:r>
          </w:p>
        </w:tc>
        <w:tc>
          <w:tcPr>
            <w:tcW w:type="dxa" w:w="4277"/>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r>
      <w:tr>
        <w:trPr>
          <w:cantSplit/>
        </w:trPr>
        <w:tc>
          <w:tcPr>
            <w:tcW w:type="dxa" w:w="696"/>
            <w:vAlign w:val="center"/>
            <w:tcMar>
              <w:left w:w="110" w:type="dxa"/>
              <w:right w:w="110" w:type="dxa"/>
              <w:top w:w="80" w:type="dxa"/>
              <w:bottom w:w="80" w:type="dxa"/>
            </w:tcMar>
            <w:shd w:fill="F3F6F7"/>
          </w:tcPr>
          <w:p>
            <w:pPr>
              <w:spacing w:after="0" w:line="254" w:lineRule="auto"/>
            </w:pPr>
            <w:r>
              <w:rPr>
                <w:rFonts w:ascii="Arial" w:hAnsi="Arial"/>
                <w:b w:val="0"/>
                <w:color w:val="000000"/>
                <w:sz w:val="17"/>
              </w:rPr>
              <w:t>6</w:t>
            </w:r>
          </w:p>
        </w:tc>
        <w:tc>
          <w:tcPr>
            <w:tcW w:type="dxa" w:w="427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696"/>
            <w:vAlign w:val="center"/>
            <w:tcMar>
              <w:left w:w="110" w:type="dxa"/>
              <w:right w:w="110" w:type="dxa"/>
              <w:top w:w="80" w:type="dxa"/>
              <w:bottom w:w="80" w:type="dxa"/>
            </w:tcMar>
            <w:shd w:fill="F3F6F7"/>
          </w:tcPr>
          <w:p>
            <w:pPr>
              <w:spacing w:after="0" w:line="254" w:lineRule="auto"/>
            </w:pPr>
            <w:r>
              <w:rPr>
                <w:rFonts w:ascii="Arial" w:hAnsi="Arial"/>
                <w:b w:val="0"/>
                <w:color w:val="000000"/>
                <w:sz w:val="17"/>
              </w:rPr>
              <w:t>26</w:t>
            </w:r>
          </w:p>
        </w:tc>
        <w:tc>
          <w:tcPr>
            <w:tcW w:type="dxa" w:w="427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r>
      <w:tr>
        <w:trPr>
          <w:cantSplit/>
        </w:trPr>
        <w:tc>
          <w:tcPr>
            <w:tcW w:type="dxa" w:w="696"/>
            <w:vAlign w:val="center"/>
            <w:tcMar>
              <w:left w:w="110" w:type="dxa"/>
              <w:right w:w="110" w:type="dxa"/>
              <w:top w:w="80" w:type="dxa"/>
              <w:bottom w:w="80" w:type="dxa"/>
            </w:tcMar>
          </w:tcPr>
          <w:p>
            <w:pPr>
              <w:spacing w:after="0" w:line="254" w:lineRule="auto"/>
            </w:pPr>
            <w:r>
              <w:rPr>
                <w:rFonts w:ascii="Arial" w:hAnsi="Arial"/>
                <w:b w:val="0"/>
                <w:color w:val="000000"/>
                <w:sz w:val="17"/>
              </w:rPr>
              <w:t>7</w:t>
            </w:r>
          </w:p>
        </w:tc>
        <w:tc>
          <w:tcPr>
            <w:tcW w:type="dxa" w:w="4277"/>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696"/>
            <w:vAlign w:val="center"/>
            <w:tcMar>
              <w:left w:w="110" w:type="dxa"/>
              <w:right w:w="110" w:type="dxa"/>
              <w:top w:w="80" w:type="dxa"/>
              <w:bottom w:w="80" w:type="dxa"/>
            </w:tcMar>
          </w:tcPr>
          <w:p>
            <w:pPr>
              <w:spacing w:after="0" w:line="254" w:lineRule="auto"/>
            </w:pPr>
            <w:r>
              <w:rPr>
                <w:rFonts w:ascii="Arial" w:hAnsi="Arial"/>
                <w:b w:val="0"/>
                <w:color w:val="000000"/>
                <w:sz w:val="17"/>
              </w:rPr>
              <w:t>27</w:t>
            </w:r>
          </w:p>
        </w:tc>
        <w:tc>
          <w:tcPr>
            <w:tcW w:type="dxa" w:w="4277"/>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r>
      <w:tr>
        <w:trPr>
          <w:cantSplit/>
        </w:trPr>
        <w:tc>
          <w:tcPr>
            <w:tcW w:type="dxa" w:w="696"/>
            <w:vAlign w:val="center"/>
            <w:tcMar>
              <w:left w:w="110" w:type="dxa"/>
              <w:right w:w="110" w:type="dxa"/>
              <w:top w:w="80" w:type="dxa"/>
              <w:bottom w:w="80" w:type="dxa"/>
            </w:tcMar>
            <w:shd w:fill="F3F6F7"/>
          </w:tcPr>
          <w:p>
            <w:pPr>
              <w:spacing w:after="0" w:line="254" w:lineRule="auto"/>
            </w:pPr>
            <w:r>
              <w:rPr>
                <w:rFonts w:ascii="Arial" w:hAnsi="Arial"/>
                <w:b w:val="0"/>
                <w:color w:val="000000"/>
                <w:sz w:val="17"/>
              </w:rPr>
              <w:t>8</w:t>
            </w:r>
          </w:p>
        </w:tc>
        <w:tc>
          <w:tcPr>
            <w:tcW w:type="dxa" w:w="427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696"/>
            <w:vAlign w:val="center"/>
            <w:tcMar>
              <w:left w:w="110" w:type="dxa"/>
              <w:right w:w="110" w:type="dxa"/>
              <w:top w:w="80" w:type="dxa"/>
              <w:bottom w:w="80" w:type="dxa"/>
            </w:tcMar>
            <w:shd w:fill="F3F6F7"/>
          </w:tcPr>
          <w:p>
            <w:pPr>
              <w:spacing w:after="0" w:line="254" w:lineRule="auto"/>
            </w:pPr>
            <w:r>
              <w:rPr>
                <w:rFonts w:ascii="Arial" w:hAnsi="Arial"/>
                <w:b w:val="0"/>
                <w:color w:val="000000"/>
                <w:sz w:val="17"/>
              </w:rPr>
              <w:t>28</w:t>
            </w:r>
          </w:p>
        </w:tc>
        <w:tc>
          <w:tcPr>
            <w:tcW w:type="dxa" w:w="427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r>
      <w:tr>
        <w:trPr>
          <w:cantSplit/>
        </w:trPr>
        <w:tc>
          <w:tcPr>
            <w:tcW w:type="dxa" w:w="696"/>
            <w:vAlign w:val="center"/>
            <w:tcMar>
              <w:left w:w="110" w:type="dxa"/>
              <w:right w:w="110" w:type="dxa"/>
              <w:top w:w="80" w:type="dxa"/>
              <w:bottom w:w="80" w:type="dxa"/>
            </w:tcMar>
          </w:tcPr>
          <w:p>
            <w:pPr>
              <w:spacing w:after="0" w:line="254" w:lineRule="auto"/>
            </w:pPr>
            <w:r>
              <w:rPr>
                <w:rFonts w:ascii="Arial" w:hAnsi="Arial"/>
                <w:b w:val="0"/>
                <w:color w:val="000000"/>
                <w:sz w:val="17"/>
              </w:rPr>
              <w:t>9</w:t>
            </w:r>
          </w:p>
        </w:tc>
        <w:tc>
          <w:tcPr>
            <w:tcW w:type="dxa" w:w="4277"/>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696"/>
            <w:vAlign w:val="center"/>
            <w:tcMar>
              <w:left w:w="110" w:type="dxa"/>
              <w:right w:w="110" w:type="dxa"/>
              <w:top w:w="80" w:type="dxa"/>
              <w:bottom w:w="80" w:type="dxa"/>
            </w:tcMar>
          </w:tcPr>
          <w:p>
            <w:pPr>
              <w:spacing w:after="0" w:line="254" w:lineRule="auto"/>
            </w:pPr>
            <w:r>
              <w:rPr>
                <w:rFonts w:ascii="Arial" w:hAnsi="Arial"/>
                <w:b w:val="0"/>
                <w:color w:val="000000"/>
                <w:sz w:val="17"/>
              </w:rPr>
              <w:t>29</w:t>
            </w:r>
          </w:p>
        </w:tc>
        <w:tc>
          <w:tcPr>
            <w:tcW w:type="dxa" w:w="4277"/>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r>
      <w:tr>
        <w:trPr>
          <w:cantSplit/>
        </w:trPr>
        <w:tc>
          <w:tcPr>
            <w:tcW w:type="dxa" w:w="696"/>
            <w:vAlign w:val="center"/>
            <w:tcMar>
              <w:left w:w="110" w:type="dxa"/>
              <w:right w:w="110" w:type="dxa"/>
              <w:top w:w="80" w:type="dxa"/>
              <w:bottom w:w="80" w:type="dxa"/>
            </w:tcMar>
            <w:shd w:fill="F3F6F7"/>
          </w:tcPr>
          <w:p>
            <w:pPr>
              <w:spacing w:after="0" w:line="254" w:lineRule="auto"/>
            </w:pPr>
            <w:r>
              <w:rPr>
                <w:rFonts w:ascii="Arial" w:hAnsi="Arial"/>
                <w:b w:val="0"/>
                <w:color w:val="000000"/>
                <w:sz w:val="17"/>
              </w:rPr>
              <w:t>10</w:t>
            </w:r>
          </w:p>
        </w:tc>
        <w:tc>
          <w:tcPr>
            <w:tcW w:type="dxa" w:w="427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696"/>
            <w:vAlign w:val="center"/>
            <w:tcMar>
              <w:left w:w="110" w:type="dxa"/>
              <w:right w:w="110" w:type="dxa"/>
              <w:top w:w="80" w:type="dxa"/>
              <w:bottom w:w="80" w:type="dxa"/>
            </w:tcMar>
            <w:shd w:fill="F3F6F7"/>
          </w:tcPr>
          <w:p>
            <w:pPr>
              <w:spacing w:after="0" w:line="254" w:lineRule="auto"/>
            </w:pPr>
            <w:r>
              <w:rPr>
                <w:rFonts w:ascii="Arial" w:hAnsi="Arial"/>
                <w:b w:val="0"/>
                <w:color w:val="000000"/>
                <w:sz w:val="17"/>
              </w:rPr>
              <w:t>30</w:t>
            </w:r>
          </w:p>
        </w:tc>
        <w:tc>
          <w:tcPr>
            <w:tcW w:type="dxa" w:w="427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r>
      <w:tr>
        <w:trPr>
          <w:cantSplit/>
        </w:trPr>
        <w:tc>
          <w:tcPr>
            <w:tcW w:type="dxa" w:w="696"/>
            <w:vAlign w:val="center"/>
            <w:tcMar>
              <w:left w:w="110" w:type="dxa"/>
              <w:right w:w="110" w:type="dxa"/>
              <w:top w:w="80" w:type="dxa"/>
              <w:bottom w:w="80" w:type="dxa"/>
            </w:tcMar>
          </w:tcPr>
          <w:p>
            <w:pPr>
              <w:spacing w:after="0" w:line="254" w:lineRule="auto"/>
            </w:pPr>
            <w:r>
              <w:rPr>
                <w:rFonts w:ascii="Arial" w:hAnsi="Arial"/>
                <w:b w:val="0"/>
                <w:color w:val="000000"/>
                <w:sz w:val="17"/>
              </w:rPr>
              <w:t>11</w:t>
            </w:r>
          </w:p>
        </w:tc>
        <w:tc>
          <w:tcPr>
            <w:tcW w:type="dxa" w:w="4277"/>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696"/>
            <w:vAlign w:val="center"/>
            <w:tcMar>
              <w:left w:w="110" w:type="dxa"/>
              <w:right w:w="110" w:type="dxa"/>
              <w:top w:w="80" w:type="dxa"/>
              <w:bottom w:w="80" w:type="dxa"/>
            </w:tcMar>
          </w:tcPr>
          <w:p>
            <w:pPr>
              <w:spacing w:after="0" w:line="254" w:lineRule="auto"/>
            </w:pPr>
            <w:r>
              <w:rPr>
                <w:rFonts w:ascii="Arial" w:hAnsi="Arial"/>
                <w:b w:val="0"/>
                <w:color w:val="000000"/>
                <w:sz w:val="17"/>
              </w:rPr>
              <w:t>31</w:t>
            </w:r>
          </w:p>
        </w:tc>
        <w:tc>
          <w:tcPr>
            <w:tcW w:type="dxa" w:w="4277"/>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r>
      <w:tr>
        <w:trPr>
          <w:cantSplit/>
        </w:trPr>
        <w:tc>
          <w:tcPr>
            <w:tcW w:type="dxa" w:w="696"/>
            <w:vAlign w:val="center"/>
            <w:tcMar>
              <w:left w:w="110" w:type="dxa"/>
              <w:right w:w="110" w:type="dxa"/>
              <w:top w:w="80" w:type="dxa"/>
              <w:bottom w:w="80" w:type="dxa"/>
            </w:tcMar>
            <w:shd w:fill="F3F6F7"/>
          </w:tcPr>
          <w:p>
            <w:pPr>
              <w:spacing w:after="0" w:line="254" w:lineRule="auto"/>
            </w:pPr>
            <w:r>
              <w:rPr>
                <w:rFonts w:ascii="Arial" w:hAnsi="Arial"/>
                <w:b w:val="0"/>
                <w:color w:val="000000"/>
                <w:sz w:val="17"/>
              </w:rPr>
              <w:t>12</w:t>
            </w:r>
          </w:p>
        </w:tc>
        <w:tc>
          <w:tcPr>
            <w:tcW w:type="dxa" w:w="427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696"/>
            <w:vAlign w:val="center"/>
            <w:tcMar>
              <w:left w:w="110" w:type="dxa"/>
              <w:right w:w="110" w:type="dxa"/>
              <w:top w:w="80" w:type="dxa"/>
              <w:bottom w:w="80" w:type="dxa"/>
            </w:tcMar>
            <w:shd w:fill="F3F6F7"/>
          </w:tcPr>
          <w:p>
            <w:pPr>
              <w:spacing w:after="0" w:line="254" w:lineRule="auto"/>
            </w:pPr>
            <w:r>
              <w:rPr>
                <w:rFonts w:ascii="Arial" w:hAnsi="Arial"/>
                <w:b w:val="0"/>
                <w:color w:val="000000"/>
                <w:sz w:val="17"/>
              </w:rPr>
              <w:t>32</w:t>
            </w:r>
          </w:p>
        </w:tc>
        <w:tc>
          <w:tcPr>
            <w:tcW w:type="dxa" w:w="427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r>
      <w:tr>
        <w:trPr>
          <w:cantSplit/>
        </w:trPr>
        <w:tc>
          <w:tcPr>
            <w:tcW w:type="dxa" w:w="696"/>
            <w:vAlign w:val="center"/>
            <w:tcMar>
              <w:left w:w="110" w:type="dxa"/>
              <w:right w:w="110" w:type="dxa"/>
              <w:top w:w="80" w:type="dxa"/>
              <w:bottom w:w="80" w:type="dxa"/>
            </w:tcMar>
          </w:tcPr>
          <w:p>
            <w:pPr>
              <w:spacing w:after="0" w:line="254" w:lineRule="auto"/>
            </w:pPr>
            <w:r>
              <w:rPr>
                <w:rFonts w:ascii="Arial" w:hAnsi="Arial"/>
                <w:b w:val="0"/>
                <w:color w:val="000000"/>
                <w:sz w:val="17"/>
              </w:rPr>
              <w:t>13</w:t>
            </w:r>
          </w:p>
        </w:tc>
        <w:tc>
          <w:tcPr>
            <w:tcW w:type="dxa" w:w="4277"/>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696"/>
            <w:vAlign w:val="center"/>
            <w:tcMar>
              <w:left w:w="110" w:type="dxa"/>
              <w:right w:w="110" w:type="dxa"/>
              <w:top w:w="80" w:type="dxa"/>
              <w:bottom w:w="80" w:type="dxa"/>
            </w:tcMar>
          </w:tcPr>
          <w:p>
            <w:pPr>
              <w:spacing w:after="0" w:line="254" w:lineRule="auto"/>
            </w:pPr>
            <w:r>
              <w:rPr>
                <w:rFonts w:ascii="Arial" w:hAnsi="Arial"/>
                <w:b w:val="0"/>
                <w:color w:val="000000"/>
                <w:sz w:val="17"/>
              </w:rPr>
              <w:t>33</w:t>
            </w:r>
          </w:p>
        </w:tc>
        <w:tc>
          <w:tcPr>
            <w:tcW w:type="dxa" w:w="4277"/>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r>
      <w:tr>
        <w:trPr>
          <w:cantSplit/>
        </w:trPr>
        <w:tc>
          <w:tcPr>
            <w:tcW w:type="dxa" w:w="696"/>
            <w:vAlign w:val="center"/>
            <w:tcMar>
              <w:left w:w="110" w:type="dxa"/>
              <w:right w:w="110" w:type="dxa"/>
              <w:top w:w="80" w:type="dxa"/>
              <w:bottom w:w="80" w:type="dxa"/>
            </w:tcMar>
            <w:shd w:fill="F3F6F7"/>
          </w:tcPr>
          <w:p>
            <w:pPr>
              <w:spacing w:after="0" w:line="254" w:lineRule="auto"/>
            </w:pPr>
            <w:r>
              <w:rPr>
                <w:rFonts w:ascii="Arial" w:hAnsi="Arial"/>
                <w:b w:val="0"/>
                <w:color w:val="000000"/>
                <w:sz w:val="17"/>
              </w:rPr>
              <w:t>14</w:t>
            </w:r>
          </w:p>
        </w:tc>
        <w:tc>
          <w:tcPr>
            <w:tcW w:type="dxa" w:w="427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696"/>
            <w:vAlign w:val="center"/>
            <w:tcMar>
              <w:left w:w="110" w:type="dxa"/>
              <w:right w:w="110" w:type="dxa"/>
              <w:top w:w="80" w:type="dxa"/>
              <w:bottom w:w="80" w:type="dxa"/>
            </w:tcMar>
            <w:shd w:fill="F3F6F7"/>
          </w:tcPr>
          <w:p>
            <w:pPr>
              <w:spacing w:after="0" w:line="254" w:lineRule="auto"/>
            </w:pPr>
            <w:r>
              <w:rPr>
                <w:rFonts w:ascii="Arial" w:hAnsi="Arial"/>
                <w:b w:val="0"/>
                <w:color w:val="000000"/>
                <w:sz w:val="17"/>
              </w:rPr>
              <w:t>34</w:t>
            </w:r>
          </w:p>
        </w:tc>
        <w:tc>
          <w:tcPr>
            <w:tcW w:type="dxa" w:w="427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r>
      <w:tr>
        <w:trPr>
          <w:cantSplit/>
        </w:trPr>
        <w:tc>
          <w:tcPr>
            <w:tcW w:type="dxa" w:w="696"/>
            <w:vAlign w:val="center"/>
            <w:tcMar>
              <w:left w:w="110" w:type="dxa"/>
              <w:right w:w="110" w:type="dxa"/>
              <w:top w:w="80" w:type="dxa"/>
              <w:bottom w:w="80" w:type="dxa"/>
            </w:tcMar>
          </w:tcPr>
          <w:p>
            <w:pPr>
              <w:spacing w:after="0" w:line="254" w:lineRule="auto"/>
            </w:pPr>
            <w:r>
              <w:rPr>
                <w:rFonts w:ascii="Arial" w:hAnsi="Arial"/>
                <w:b w:val="0"/>
                <w:color w:val="000000"/>
                <w:sz w:val="17"/>
              </w:rPr>
              <w:t>15</w:t>
            </w:r>
          </w:p>
        </w:tc>
        <w:tc>
          <w:tcPr>
            <w:tcW w:type="dxa" w:w="4277"/>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696"/>
            <w:vAlign w:val="center"/>
            <w:tcMar>
              <w:left w:w="110" w:type="dxa"/>
              <w:right w:w="110" w:type="dxa"/>
              <w:top w:w="80" w:type="dxa"/>
              <w:bottom w:w="80" w:type="dxa"/>
            </w:tcMar>
          </w:tcPr>
          <w:p>
            <w:pPr>
              <w:spacing w:after="0" w:line="254" w:lineRule="auto"/>
            </w:pPr>
            <w:r>
              <w:rPr>
                <w:rFonts w:ascii="Arial" w:hAnsi="Arial"/>
                <w:b w:val="0"/>
                <w:color w:val="000000"/>
                <w:sz w:val="17"/>
              </w:rPr>
              <w:t>35</w:t>
            </w:r>
          </w:p>
        </w:tc>
        <w:tc>
          <w:tcPr>
            <w:tcW w:type="dxa" w:w="4277"/>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r>
      <w:tr>
        <w:trPr>
          <w:cantSplit/>
        </w:trPr>
        <w:tc>
          <w:tcPr>
            <w:tcW w:type="dxa" w:w="696"/>
            <w:vAlign w:val="center"/>
            <w:tcMar>
              <w:left w:w="110" w:type="dxa"/>
              <w:right w:w="110" w:type="dxa"/>
              <w:top w:w="80" w:type="dxa"/>
              <w:bottom w:w="80" w:type="dxa"/>
            </w:tcMar>
            <w:shd w:fill="F3F6F7"/>
          </w:tcPr>
          <w:p>
            <w:pPr>
              <w:spacing w:after="0" w:line="254" w:lineRule="auto"/>
            </w:pPr>
            <w:r>
              <w:rPr>
                <w:rFonts w:ascii="Arial" w:hAnsi="Arial"/>
                <w:b w:val="0"/>
                <w:color w:val="000000"/>
                <w:sz w:val="17"/>
              </w:rPr>
              <w:t>16</w:t>
            </w:r>
          </w:p>
        </w:tc>
        <w:tc>
          <w:tcPr>
            <w:tcW w:type="dxa" w:w="427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696"/>
            <w:vAlign w:val="center"/>
            <w:tcMar>
              <w:left w:w="110" w:type="dxa"/>
              <w:right w:w="110" w:type="dxa"/>
              <w:top w:w="80" w:type="dxa"/>
              <w:bottom w:w="80" w:type="dxa"/>
            </w:tcMar>
            <w:shd w:fill="F3F6F7"/>
          </w:tcPr>
          <w:p>
            <w:pPr>
              <w:spacing w:after="0" w:line="254" w:lineRule="auto"/>
            </w:pPr>
            <w:r>
              <w:rPr>
                <w:rFonts w:ascii="Arial" w:hAnsi="Arial"/>
                <w:b w:val="0"/>
                <w:color w:val="000000"/>
                <w:sz w:val="17"/>
              </w:rPr>
              <w:t>36</w:t>
            </w:r>
          </w:p>
        </w:tc>
        <w:tc>
          <w:tcPr>
            <w:tcW w:type="dxa" w:w="427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r>
      <w:tr>
        <w:trPr>
          <w:cantSplit/>
        </w:trPr>
        <w:tc>
          <w:tcPr>
            <w:tcW w:type="dxa" w:w="696"/>
            <w:vAlign w:val="center"/>
            <w:tcMar>
              <w:left w:w="110" w:type="dxa"/>
              <w:right w:w="110" w:type="dxa"/>
              <w:top w:w="80" w:type="dxa"/>
              <w:bottom w:w="80" w:type="dxa"/>
            </w:tcMar>
          </w:tcPr>
          <w:p>
            <w:pPr>
              <w:spacing w:after="0" w:line="254" w:lineRule="auto"/>
            </w:pPr>
            <w:r>
              <w:rPr>
                <w:rFonts w:ascii="Arial" w:hAnsi="Arial"/>
                <w:b w:val="0"/>
                <w:color w:val="000000"/>
                <w:sz w:val="17"/>
              </w:rPr>
              <w:t>17</w:t>
            </w:r>
          </w:p>
        </w:tc>
        <w:tc>
          <w:tcPr>
            <w:tcW w:type="dxa" w:w="4277"/>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696"/>
            <w:vAlign w:val="center"/>
            <w:tcMar>
              <w:left w:w="110" w:type="dxa"/>
              <w:right w:w="110" w:type="dxa"/>
              <w:top w:w="80" w:type="dxa"/>
              <w:bottom w:w="80" w:type="dxa"/>
            </w:tcMar>
          </w:tcPr>
          <w:p>
            <w:pPr>
              <w:spacing w:after="0" w:line="254" w:lineRule="auto"/>
            </w:pPr>
            <w:r>
              <w:rPr>
                <w:rFonts w:ascii="Arial" w:hAnsi="Arial"/>
                <w:b w:val="0"/>
                <w:color w:val="000000"/>
                <w:sz w:val="17"/>
              </w:rPr>
              <w:t>37</w:t>
            </w:r>
          </w:p>
        </w:tc>
        <w:tc>
          <w:tcPr>
            <w:tcW w:type="dxa" w:w="4277"/>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r>
      <w:tr>
        <w:trPr>
          <w:cantSplit/>
        </w:trPr>
        <w:tc>
          <w:tcPr>
            <w:tcW w:type="dxa" w:w="696"/>
            <w:vAlign w:val="center"/>
            <w:tcMar>
              <w:left w:w="110" w:type="dxa"/>
              <w:right w:w="110" w:type="dxa"/>
              <w:top w:w="80" w:type="dxa"/>
              <w:bottom w:w="80" w:type="dxa"/>
            </w:tcMar>
            <w:shd w:fill="F3F6F7"/>
          </w:tcPr>
          <w:p>
            <w:pPr>
              <w:spacing w:after="0" w:line="254" w:lineRule="auto"/>
            </w:pPr>
            <w:r>
              <w:rPr>
                <w:rFonts w:ascii="Arial" w:hAnsi="Arial"/>
                <w:b w:val="0"/>
                <w:color w:val="000000"/>
                <w:sz w:val="17"/>
              </w:rPr>
              <w:t>18</w:t>
            </w:r>
          </w:p>
        </w:tc>
        <w:tc>
          <w:tcPr>
            <w:tcW w:type="dxa" w:w="427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696"/>
            <w:vAlign w:val="center"/>
            <w:tcMar>
              <w:left w:w="110" w:type="dxa"/>
              <w:right w:w="110" w:type="dxa"/>
              <w:top w:w="80" w:type="dxa"/>
              <w:bottom w:w="80" w:type="dxa"/>
            </w:tcMar>
            <w:shd w:fill="F3F6F7"/>
          </w:tcPr>
          <w:p>
            <w:pPr>
              <w:spacing w:after="0" w:line="254" w:lineRule="auto"/>
            </w:pPr>
            <w:r>
              <w:rPr>
                <w:rFonts w:ascii="Arial" w:hAnsi="Arial"/>
                <w:b w:val="0"/>
                <w:color w:val="000000"/>
                <w:sz w:val="17"/>
              </w:rPr>
              <w:t>38</w:t>
            </w:r>
          </w:p>
        </w:tc>
        <w:tc>
          <w:tcPr>
            <w:tcW w:type="dxa" w:w="427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r>
      <w:tr>
        <w:trPr>
          <w:cantSplit/>
        </w:trPr>
        <w:tc>
          <w:tcPr>
            <w:tcW w:type="dxa" w:w="696"/>
            <w:vAlign w:val="center"/>
            <w:tcMar>
              <w:left w:w="110" w:type="dxa"/>
              <w:right w:w="110" w:type="dxa"/>
              <w:top w:w="80" w:type="dxa"/>
              <w:bottom w:w="80" w:type="dxa"/>
            </w:tcMar>
          </w:tcPr>
          <w:p>
            <w:pPr>
              <w:spacing w:after="0" w:line="254" w:lineRule="auto"/>
            </w:pPr>
            <w:r>
              <w:rPr>
                <w:rFonts w:ascii="Arial" w:hAnsi="Arial"/>
                <w:b w:val="0"/>
                <w:color w:val="000000"/>
                <w:sz w:val="17"/>
              </w:rPr>
              <w:t>19</w:t>
            </w:r>
          </w:p>
        </w:tc>
        <w:tc>
          <w:tcPr>
            <w:tcW w:type="dxa" w:w="4277"/>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696"/>
            <w:vAlign w:val="center"/>
            <w:tcMar>
              <w:left w:w="110" w:type="dxa"/>
              <w:right w:w="110" w:type="dxa"/>
              <w:top w:w="80" w:type="dxa"/>
              <w:bottom w:w="80" w:type="dxa"/>
            </w:tcMar>
          </w:tcPr>
          <w:p>
            <w:pPr>
              <w:spacing w:after="0" w:line="254" w:lineRule="auto"/>
            </w:pPr>
            <w:r>
              <w:rPr>
                <w:rFonts w:ascii="Arial" w:hAnsi="Arial"/>
                <w:b w:val="0"/>
                <w:color w:val="000000"/>
                <w:sz w:val="17"/>
              </w:rPr>
              <w:t>39</w:t>
            </w:r>
          </w:p>
        </w:tc>
        <w:tc>
          <w:tcPr>
            <w:tcW w:type="dxa" w:w="4277"/>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r>
      <w:tr>
        <w:trPr>
          <w:cantSplit/>
        </w:trPr>
        <w:tc>
          <w:tcPr>
            <w:tcW w:type="dxa" w:w="696"/>
            <w:vAlign w:val="center"/>
            <w:tcMar>
              <w:left w:w="110" w:type="dxa"/>
              <w:right w:w="110" w:type="dxa"/>
              <w:top w:w="80" w:type="dxa"/>
              <w:bottom w:w="80" w:type="dxa"/>
            </w:tcMar>
            <w:shd w:fill="F3F6F7"/>
          </w:tcPr>
          <w:p>
            <w:pPr>
              <w:spacing w:after="0" w:line="254" w:lineRule="auto"/>
            </w:pPr>
            <w:r>
              <w:rPr>
                <w:rFonts w:ascii="Arial" w:hAnsi="Arial"/>
                <w:b w:val="0"/>
                <w:color w:val="000000"/>
                <w:sz w:val="17"/>
              </w:rPr>
              <w:t>20</w:t>
            </w:r>
          </w:p>
        </w:tc>
        <w:tc>
          <w:tcPr>
            <w:tcW w:type="dxa" w:w="427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696"/>
            <w:vAlign w:val="center"/>
            <w:tcMar>
              <w:left w:w="110" w:type="dxa"/>
              <w:right w:w="110" w:type="dxa"/>
              <w:top w:w="80" w:type="dxa"/>
              <w:bottom w:w="80" w:type="dxa"/>
            </w:tcMar>
            <w:shd w:fill="F3F6F7"/>
          </w:tcPr>
          <w:p>
            <w:pPr>
              <w:spacing w:after="0" w:line="254" w:lineRule="auto"/>
            </w:pPr>
            <w:r>
              <w:rPr>
                <w:rFonts w:ascii="Arial" w:hAnsi="Arial"/>
                <w:b w:val="0"/>
                <w:color w:val="000000"/>
                <w:sz w:val="17"/>
              </w:rPr>
              <w:t>40</w:t>
            </w:r>
          </w:p>
        </w:tc>
        <w:tc>
          <w:tcPr>
            <w:tcW w:type="dxa" w:w="427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r>
    </w:tbl>
    <w:p>
      <w:pPr>
        <w:widowControl/>
        <w:spacing w:before="0" w:after="160" w:line="20" w:lineRule="exact"/>
        <w:ind w:left="0"/>
      </w:pPr>
      <w:r>
        <w:rPr>
          <w:rFonts w:ascii="Arial" w:hAnsi="Arial"/>
          <w:b w:val="0"/>
          <w:color w:val="000000"/>
          <w:sz w:val="2"/>
        </w:rPr>
      </w:r>
    </w:p>
    <w:p>
      <w:pPr>
        <w:widowControl/>
        <w:spacing w:before="0" w:after="200" w:line="276" w:lineRule="auto"/>
        <w:ind w:left="0"/>
      </w:pPr>
      <w:r>
        <w:rPr>
          <w:rFonts w:ascii="Arial" w:hAnsi="Arial"/>
          <w:b w:val="0"/>
          <w:color w:val="000000"/>
          <w:sz w:val="19"/>
        </w:rPr>
        <w:t>Тексергеннен кейін: дұрыс ____ / 40; бос ____; оқу қатесі ____; әдіс ____; есептеу ____</w:t>
      </w:r>
    </w:p>
    <w:p>
      <w:pPr>
        <w:pStyle w:val="Heading1"/>
        <w:pageBreakBefore/>
        <w:widowControl/>
        <w:spacing w:before="0" w:after="160" w:line="276" w:lineRule="auto"/>
        <w:ind w:left="0"/>
      </w:pPr>
      <w:r>
        <w:rPr>
          <w:rFonts w:ascii="Arial" w:hAnsi="Arial"/>
          <w:b/>
          <w:color w:val="000000"/>
          <w:sz w:val="42"/>
        </w:rPr>
        <w:t>Жауап бланкісі</w:t>
      </w:r>
    </w:p>
    <w:p>
      <w:pPr>
        <w:widowControl/>
        <w:spacing w:before="0" w:after="420" w:line="276" w:lineRule="auto"/>
        <w:ind w:left="0"/>
      </w:pPr>
      <w:r>
        <w:rPr>
          <w:rFonts w:ascii="Arial" w:hAnsi="Arial"/>
          <w:b w:val="0"/>
          <w:color w:val="000000"/>
          <w:sz w:val="20"/>
        </w:rPr>
        <w:t>2-сынақ · Сандық сипаттамалар</w:t>
      </w:r>
    </w:p>
    <w:p>
      <w:pPr>
        <w:widowControl/>
        <w:spacing w:before="0" w:after="240" w:line="276" w:lineRule="auto"/>
        <w:ind w:left="0"/>
      </w:pPr>
      <w:r>
        <w:rPr>
          <w:rFonts w:ascii="Arial" w:hAnsi="Arial"/>
          <w:b w:val="0"/>
          <w:color w:val="000000"/>
          <w:sz w:val="21"/>
        </w:rPr>
        <w:t>Аты __________________________   Күні ______________</w:t>
      </w:r>
    </w:p>
    <w:p>
      <w:pPr>
        <w:widowControl/>
        <w:spacing w:before="0" w:after="240" w:line="276" w:lineRule="auto"/>
        <w:ind w:left="0"/>
      </w:pPr>
      <w:r>
        <w:rPr>
          <w:rFonts w:ascii="Arial" w:hAnsi="Arial"/>
          <w:b w:val="0"/>
          <w:color w:val="000000"/>
          <w:sz w:val="19"/>
        </w:rPr>
        <w:t>Таңдалған әріптің жанындағы бір өрісті бояңыз. Қара шарикті қалам қолданыңыз. Бұл — оқу бланкісі, НЗМ-нің ресми жауап парағының көшірмесі емес.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97"/>
        <w:gridCol w:w="2718"/>
        <w:gridCol w:w="597"/>
        <w:gridCol w:w="2718"/>
        <w:gridCol w:w="597"/>
        <w:gridCol w:w="2718"/>
      </w:tblGrid>
      <w:tr>
        <w:trPr>
          <w:cantSplit/>
        </w:trPr>
        <w:tc>
          <w:tcPr>
            <w:tcW w:type="dxa" w:w="597"/>
            <w:vAlign w:val="center"/>
            <w:tcMar>
              <w:left w:w="110" w:type="dxa"/>
              <w:right w:w="110" w:type="dxa"/>
              <w:top w:w="80" w:type="dxa"/>
              <w:bottom w:w="80" w:type="dxa"/>
            </w:tcMar>
            <w:shd w:fill="233B4B"/>
          </w:tcPr>
          <w:p>
            <w:pPr>
              <w:spacing w:after="0" w:line="254" w:lineRule="auto"/>
            </w:pPr>
            <w:r>
              <w:rPr>
                <w:rFonts w:ascii="Arial" w:hAnsi="Arial"/>
                <w:b/>
                <w:color w:val="FFFFFF"/>
                <w:sz w:val="17"/>
              </w:rPr>
              <w:t>№</w:t>
            </w:r>
          </w:p>
        </w:tc>
        <w:tc>
          <w:tcPr>
            <w:tcW w:type="dxa" w:w="2718"/>
            <w:vAlign w:val="center"/>
            <w:tcMar>
              <w:left w:w="110" w:type="dxa"/>
              <w:right w:w="110" w:type="dxa"/>
              <w:top w:w="80" w:type="dxa"/>
              <w:bottom w:w="80" w:type="dxa"/>
            </w:tcMar>
            <w:shd w:fill="233B4B"/>
          </w:tcPr>
          <w:p>
            <w:pPr>
              <w:spacing w:after="0" w:line="254" w:lineRule="auto"/>
            </w:pPr>
            <w:r>
              <w:rPr>
                <w:rFonts w:ascii="Arial" w:hAnsi="Arial"/>
                <w:b/>
                <w:color w:val="FFFFFF"/>
                <w:sz w:val="17"/>
              </w:rPr>
              <w:t>Жауап</w:t>
            </w:r>
          </w:p>
        </w:tc>
        <w:tc>
          <w:tcPr>
            <w:tcW w:type="dxa" w:w="597"/>
            <w:vAlign w:val="center"/>
            <w:tcMar>
              <w:left w:w="110" w:type="dxa"/>
              <w:right w:w="110" w:type="dxa"/>
              <w:top w:w="80" w:type="dxa"/>
              <w:bottom w:w="80" w:type="dxa"/>
            </w:tcMar>
            <w:shd w:fill="233B4B"/>
          </w:tcPr>
          <w:p>
            <w:pPr>
              <w:spacing w:after="0" w:line="254" w:lineRule="auto"/>
            </w:pPr>
            <w:r>
              <w:rPr>
                <w:rFonts w:ascii="Arial" w:hAnsi="Arial"/>
                <w:b/>
                <w:color w:val="FFFFFF"/>
                <w:sz w:val="17"/>
              </w:rPr>
              <w:t>№</w:t>
            </w:r>
          </w:p>
        </w:tc>
        <w:tc>
          <w:tcPr>
            <w:tcW w:type="dxa" w:w="2718"/>
            <w:vAlign w:val="center"/>
            <w:tcMar>
              <w:left w:w="110" w:type="dxa"/>
              <w:right w:w="110" w:type="dxa"/>
              <w:top w:w="80" w:type="dxa"/>
              <w:bottom w:w="80" w:type="dxa"/>
            </w:tcMar>
            <w:shd w:fill="233B4B"/>
          </w:tcPr>
          <w:p>
            <w:pPr>
              <w:spacing w:after="0" w:line="254" w:lineRule="auto"/>
            </w:pPr>
            <w:r>
              <w:rPr>
                <w:rFonts w:ascii="Arial" w:hAnsi="Arial"/>
                <w:b/>
                <w:color w:val="FFFFFF"/>
                <w:sz w:val="17"/>
              </w:rPr>
              <w:t>Жауап</w:t>
            </w:r>
          </w:p>
        </w:tc>
        <w:tc>
          <w:tcPr>
            <w:tcW w:type="dxa" w:w="597"/>
            <w:vAlign w:val="center"/>
            <w:tcMar>
              <w:left w:w="110" w:type="dxa"/>
              <w:right w:w="110" w:type="dxa"/>
              <w:top w:w="80" w:type="dxa"/>
              <w:bottom w:w="80" w:type="dxa"/>
            </w:tcMar>
            <w:shd w:fill="233B4B"/>
          </w:tcPr>
          <w:p>
            <w:pPr>
              <w:spacing w:after="0" w:line="254" w:lineRule="auto"/>
            </w:pPr>
            <w:r>
              <w:rPr>
                <w:rFonts w:ascii="Arial" w:hAnsi="Arial"/>
                <w:b/>
                <w:color w:val="FFFFFF"/>
                <w:sz w:val="17"/>
              </w:rPr>
              <w:t>№</w:t>
            </w:r>
          </w:p>
        </w:tc>
        <w:tc>
          <w:tcPr>
            <w:tcW w:type="dxa" w:w="2718"/>
            <w:vAlign w:val="center"/>
            <w:tcMar>
              <w:left w:w="110" w:type="dxa"/>
              <w:right w:w="110" w:type="dxa"/>
              <w:top w:w="80" w:type="dxa"/>
              <w:bottom w:w="80" w:type="dxa"/>
            </w:tcMar>
            <w:shd w:fill="233B4B"/>
          </w:tcPr>
          <w:p>
            <w:pPr>
              <w:spacing w:after="0" w:line="254" w:lineRule="auto"/>
            </w:pPr>
            <w:r>
              <w:rPr>
                <w:rFonts w:ascii="Arial" w:hAnsi="Arial"/>
                <w:b/>
                <w:color w:val="FFFFFF"/>
                <w:sz w:val="17"/>
              </w:rPr>
              <w:t>Жауап</w:t>
            </w:r>
          </w:p>
        </w:tc>
      </w:tr>
      <w:tr>
        <w:trPr>
          <w:cantSplit/>
        </w:trPr>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1</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21</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41</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r>
      <w:tr>
        <w:trPr>
          <w:cantSplit/>
        </w:trPr>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2</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22</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42</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r>
      <w:tr>
        <w:trPr>
          <w:cantSplit/>
        </w:trPr>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3</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23</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43</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r>
      <w:tr>
        <w:trPr>
          <w:cantSplit/>
        </w:trPr>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4</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24</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44</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r>
      <w:tr>
        <w:trPr>
          <w:cantSplit/>
        </w:trPr>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5</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25</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45</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r>
      <w:tr>
        <w:trPr>
          <w:cantSplit/>
        </w:trPr>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6</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26</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46</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r>
      <w:tr>
        <w:trPr>
          <w:cantSplit/>
        </w:trPr>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7</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27</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47</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r>
      <w:tr>
        <w:trPr>
          <w:cantSplit/>
        </w:trPr>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8</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28</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48</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r>
      <w:tr>
        <w:trPr>
          <w:cantSplit/>
        </w:trPr>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9</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29</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49</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r>
      <w:tr>
        <w:trPr>
          <w:cantSplit/>
        </w:trPr>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10</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30</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50</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r>
      <w:tr>
        <w:trPr>
          <w:cantSplit/>
        </w:trPr>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11</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31</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51</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r>
      <w:tr>
        <w:trPr>
          <w:cantSplit/>
        </w:trPr>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12</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32</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52</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r>
      <w:tr>
        <w:trPr>
          <w:cantSplit/>
        </w:trPr>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13</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33</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53</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r>
      <w:tr>
        <w:trPr>
          <w:cantSplit/>
        </w:trPr>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14</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34</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54</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r>
      <w:tr>
        <w:trPr>
          <w:cantSplit/>
        </w:trPr>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15</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35</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55</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r>
      <w:tr>
        <w:trPr>
          <w:cantSplit/>
        </w:trPr>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16</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36</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56</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r>
      <w:tr>
        <w:trPr>
          <w:cantSplit/>
        </w:trPr>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17</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37</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57</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r>
      <w:tr>
        <w:trPr>
          <w:cantSplit/>
        </w:trPr>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18</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38</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58</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r>
      <w:tr>
        <w:trPr>
          <w:cantSplit/>
        </w:trPr>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19</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39</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59</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r>
      <w:tr>
        <w:trPr>
          <w:cantSplit/>
        </w:trPr>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20</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40</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60</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r>
    </w:tbl>
    <w:p>
      <w:pPr>
        <w:widowControl/>
        <w:spacing w:before="0" w:after="160" w:line="20" w:lineRule="exact"/>
        <w:ind w:left="0"/>
      </w:pPr>
      <w:r>
        <w:rPr>
          <w:rFonts w:ascii="Arial" w:hAnsi="Arial"/>
          <w:b w:val="0"/>
          <w:color w:val="000000"/>
          <w:sz w:val="2"/>
        </w:rPr>
      </w:r>
    </w:p>
    <w:p>
      <w:pPr>
        <w:widowControl/>
        <w:spacing w:before="0" w:after="200" w:line="276" w:lineRule="auto"/>
        <w:ind w:left="0"/>
      </w:pPr>
      <w:r>
        <w:rPr>
          <w:rFonts w:ascii="Arial" w:hAnsi="Arial"/>
          <w:b w:val="0"/>
          <w:color w:val="000000"/>
          <w:sz w:val="19"/>
        </w:rPr>
        <w:t>Тексергеннен кейін: дұрыс ____ / 60; бос ____; оқу қатесі ____; әдіс ____; есептеу ____</w:t>
      </w:r>
    </w:p>
    <w:p>
      <w:pPr>
        <w:pStyle w:val="Heading1"/>
        <w:pageBreakBefore/>
        <w:widowControl/>
        <w:spacing w:before="0" w:after="160" w:line="276" w:lineRule="auto"/>
        <w:ind w:left="0"/>
      </w:pPr>
      <w:r>
        <w:rPr>
          <w:rFonts w:ascii="Arial" w:hAnsi="Arial"/>
          <w:b/>
          <w:color w:val="000000"/>
          <w:sz w:val="42"/>
        </w:rPr>
        <w:t>3-сынақ</w:t>
      </w:r>
    </w:p>
    <w:p>
      <w:pPr>
        <w:widowControl/>
        <w:spacing w:before="0" w:after="420" w:line="276" w:lineRule="auto"/>
        <w:ind w:left="0"/>
      </w:pPr>
      <w:r>
        <w:rPr>
          <w:rFonts w:ascii="Arial" w:hAnsi="Arial"/>
          <w:b w:val="0"/>
          <w:color w:val="000000"/>
          <w:sz w:val="20"/>
        </w:rPr>
        <w:t>Жоғары күрделілік</w:t>
      </w:r>
    </w:p>
    <w:p>
      <w:pPr>
        <w:widowControl/>
        <w:spacing w:before="0" w:after="140" w:line="276" w:lineRule="auto"/>
        <w:ind w:left="0"/>
      </w:pPr>
      <w:r>
        <w:rPr>
          <w:rFonts w:ascii="Arial" w:hAnsi="Arial"/>
          <w:b/>
          <w:color w:val="000000"/>
          <w:sz w:val="24"/>
        </w:rPr>
        <w:t>Дайындық</w:t>
      </w:r>
    </w:p>
    <w:p>
      <w:pPr>
        <w:widowControl/>
        <w:spacing w:before="0" w:after="360" w:line="276" w:lineRule="auto"/>
        <w:ind w:left="0"/>
      </w:pPr>
      <w:r>
        <w:rPr>
          <w:rFonts w:ascii="Arial" w:hAnsi="Arial"/>
          <w:b w:val="0"/>
          <w:color w:val="000000"/>
          <w:sz w:val="21"/>
        </w:rPr>
        <w:t>Бланкіні толтыруға гельді емес, қара сиялы шарикті қалам қолданыңыз. Ресми жадынамада қарындаш, түзеткіш сұйықтық және жауап парағында жауапты сызып тастауға тыйым салынған [1]. Нақты сынаққа ұқсас жаттығу үшін осы ережелерді ұстаныңыз. Үйде қаралама есептеулерді кітаптың бос жиегіне не жеке параққа жазыңыз.</w:t>
      </w:r>
    </w:p>
    <w:p>
      <w:pPr>
        <w:widowControl/>
        <w:spacing w:before="0" w:after="140" w:line="276" w:lineRule="auto"/>
        <w:ind w:left="0"/>
      </w:pPr>
      <w:r>
        <w:rPr>
          <w:rFonts w:ascii="Arial" w:hAnsi="Arial"/>
          <w:b/>
          <w:color w:val="000000"/>
          <w:sz w:val="24"/>
        </w:rPr>
        <w:t>Математика</w:t>
      </w:r>
    </w:p>
    <w:p>
      <w:pPr>
        <w:widowControl/>
        <w:spacing w:before="0" w:after="360" w:line="276" w:lineRule="auto"/>
        <w:ind w:left="0"/>
      </w:pPr>
      <w:r>
        <w:rPr>
          <w:rFonts w:ascii="Arial" w:hAnsi="Arial"/>
          <w:b w:val="0"/>
          <w:color w:val="000000"/>
          <w:sz w:val="21"/>
        </w:rPr>
        <w:t>60 минутта 40 сұрақ. Бір жауап нұсқасын таңдаңыз. Жауаптарды көшіруге қосымша уақыт бөлмеңіз. Калькулятор, сызғыш не анықтамалық қолданбаңыз.</w:t>
      </w:r>
    </w:p>
    <w:p>
      <w:pPr>
        <w:widowControl/>
        <w:spacing w:before="0" w:after="140" w:line="276" w:lineRule="auto"/>
        <w:ind w:left="0"/>
      </w:pPr>
      <w:r>
        <w:rPr>
          <w:rFonts w:ascii="Arial" w:hAnsi="Arial"/>
          <w:b/>
          <w:color w:val="000000"/>
          <w:sz w:val="24"/>
        </w:rPr>
        <w:t>Сандық сипаттамалар</w:t>
      </w:r>
    </w:p>
    <w:p>
      <w:pPr>
        <w:widowControl/>
        <w:spacing w:before="0" w:after="360" w:line="276" w:lineRule="auto"/>
        <w:ind w:left="0"/>
      </w:pPr>
      <w:r>
        <w:rPr>
          <w:rFonts w:ascii="Arial" w:hAnsi="Arial"/>
          <w:b w:val="0"/>
          <w:color w:val="000000"/>
          <w:sz w:val="21"/>
        </w:rPr>
        <w:t>30 минутта 60 салыстыру. A — A мәні үлкен; B — B мәні үлкен; C — теңдік міндетті; D — алғашқы үш қорытындының біреуіне дерек жеткіліксіз. Бір қарсы мысал A, B не C-ні жоққа шығара алады; D үшін екі түрлі рұқсат етілген нәтиже келтіріңіз.</w:t>
      </w:r>
    </w:p>
    <w:p>
      <w:pPr>
        <w:widowControl/>
        <w:spacing w:before="0" w:after="140" w:line="276" w:lineRule="auto"/>
        <w:ind w:left="0"/>
      </w:pPr>
      <w:r>
        <w:rPr>
          <w:rFonts w:ascii="Arial" w:hAnsi="Arial"/>
          <w:b/>
          <w:color w:val="000000"/>
          <w:sz w:val="24"/>
        </w:rPr>
        <w:t>Оқу нәтижесі</w:t>
      </w:r>
    </w:p>
    <w:p>
      <w:pPr>
        <w:widowControl/>
        <w:spacing w:before="0" w:after="360" w:line="276" w:lineRule="auto"/>
        <w:ind w:left="0"/>
      </w:pPr>
      <w:r>
        <w:rPr>
          <w:rFonts w:ascii="Arial" w:hAnsi="Arial"/>
          <w:b w:val="0"/>
          <w:color w:val="000000"/>
          <w:sz w:val="21"/>
        </w:rPr>
        <w:t>Дұрыс жауапқа 1, қате не бос жауапқа 0. 40 пен 60 ішіндегі дұрыс жауаптар санын бөлек есептеңіз. Бұл — ресми салмақтарсыз оқу шкаласы. Оны түсу ықтималдығына айналдырмаңыз.</w:t>
      </w:r>
    </w:p>
    <w:p>
      <w:pPr>
        <w:widowControl/>
        <w:spacing w:before="0" w:after="140" w:line="276" w:lineRule="auto"/>
        <w:ind w:left="0"/>
      </w:pPr>
      <w:r>
        <w:rPr>
          <w:rFonts w:ascii="Arial" w:hAnsi="Arial"/>
          <w:b/>
          <w:color w:val="000000"/>
          <w:sz w:val="24"/>
        </w:rPr>
        <w:t>Орындағаннан кейін</w:t>
      </w:r>
    </w:p>
    <w:p>
      <w:pPr>
        <w:widowControl/>
        <w:spacing w:before="0" w:after="360" w:line="276" w:lineRule="auto"/>
        <w:ind w:left="0"/>
      </w:pPr>
      <w:r>
        <w:rPr>
          <w:rFonts w:ascii="Arial" w:hAnsi="Arial"/>
          <w:b w:val="0"/>
          <w:color w:val="000000"/>
          <w:sz w:val="21"/>
        </w:rPr>
        <w:t>Бос жауаптар мен қате себептерін белгілеңіз: оқу, әдіс, есептеу не уақыт. Суреті бар есепте бірліктерді, шкала басын, жүрген жол мен үйден қашықтық айырмасын тексеріңіз.</w:t>
      </w:r>
    </w:p>
    <w:p>
      <w:pPr>
        <w:pStyle w:val="Heading1"/>
        <w:pageBreakBefore/>
        <w:widowControl/>
        <w:spacing w:before="0" w:after="160" w:line="276" w:lineRule="auto"/>
        <w:ind w:left="0"/>
      </w:pPr>
      <w:r>
        <w:rPr>
          <w:rFonts w:ascii="Arial" w:hAnsi="Arial"/>
          <w:b/>
          <w:color w:val="000000"/>
          <w:sz w:val="42"/>
        </w:rPr>
        <w:t>3-сынақ · Математика</w:t>
      </w:r>
    </w:p>
    <w:p>
      <w:pPr>
        <w:widowControl/>
        <w:spacing w:before="0" w:after="420" w:line="276" w:lineRule="auto"/>
        <w:ind w:left="0"/>
      </w:pPr>
      <w:r>
        <w:rPr>
          <w:rFonts w:ascii="Arial" w:hAnsi="Arial"/>
          <w:b w:val="0"/>
          <w:color w:val="000000"/>
          <w:sz w:val="20"/>
        </w:rPr>
        <w:t>Бөлімге 60 минут · Тапсырмалар 1–4</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w:t>
        <w:tab/>
      </w:r>
      <w:r>
        <w:rPr>
          <w:rFonts w:ascii="Arial" w:hAnsi="Arial"/>
          <w:sz w:val="21"/>
        </w:rPr>
        <w:t>4-ке, 6-ға және 9-ға бөлгенде 1 қалдық беретін, 100-ден үлкен ең кіші натурал сан қандай?</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145</w:t>
        <w:tab/>
        <w:t>B)  105</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109</w:t>
        <w:tab/>
        <w:t>D)  101</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w:t>
        <w:tab/>
      </w:r>
      <w:r>
        <w:rPr>
          <w:rFonts w:ascii="Arial" w:hAnsi="Arial"/>
          <w:sz w:val="21"/>
        </w:rPr>
        <w:t>72 санының неше натурал бөлгіші тақ?</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2</w:t>
        <w:tab/>
        <w:t>B)  6</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4</w:t>
        <w:tab/>
        <w:t>D)  3</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3.</w:t>
        <w:tab/>
      </w:r>
      <w:r>
        <w:rPr>
          <w:rFonts w:ascii="Arial" w:hAnsi="Arial"/>
          <w:sz w:val="21"/>
        </w:rPr>
        <w:t>3 санының жиырма бесінші дәрежесінің соңғы цифрын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7</w:t>
        <w:tab/>
        <w:t>B)  9</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w:t>
        <w:tab/>
        <w:t>D)  3</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4.</w:t>
        <w:tab/>
      </w:r>
      <w:r>
        <w:rPr>
          <w:rFonts w:ascii="Arial" w:hAnsi="Arial"/>
          <w:sz w:val="21"/>
        </w:rPr>
        <w:t>1/(2 · 3) + 1/(3 · 4) + … + 1/(9 · 10) қосындысын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2/5</w:t>
        <w:tab/>
        <w:t>B)  1/2</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1/10</w:t>
        <w:tab/>
        <w:t>D)  4/5</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3-сынақ · Математика</w:t>
      </w:r>
    </w:p>
    <w:p>
      <w:pPr>
        <w:widowControl/>
        <w:spacing w:before="0" w:after="420" w:line="276" w:lineRule="auto"/>
        <w:ind w:left="0"/>
      </w:pPr>
      <w:r>
        <w:rPr>
          <w:rFonts w:ascii="Arial" w:hAnsi="Arial"/>
          <w:b w:val="0"/>
          <w:color w:val="000000"/>
          <w:sz w:val="20"/>
        </w:rPr>
        <w:t>Бөлімге 60 минут · Тапсырмалар 5–8</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5.</w:t>
        <w:tab/>
      </w:r>
      <w:r>
        <w:rPr>
          <w:rFonts w:ascii="Arial" w:hAnsi="Arial"/>
          <w:sz w:val="21"/>
        </w:rPr>
        <w:t>Екі бөлшектің қосындысы 7/6, айырмасы 1/3. Кіші бөлшекті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1/3</w:t>
        <w:tab/>
        <w:t>B)  5/12</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1/2</w:t>
        <w:tab/>
        <w:t>D)  3/4</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6.</w:t>
        <w:tab/>
      </w:r>
      <w:r>
        <w:rPr>
          <w:rFonts w:ascii="Arial" w:hAnsi="Arial"/>
          <w:sz w:val="21"/>
        </w:rPr>
        <w:t>Бактың 3/8 бөлігі толған. 18 л қосқан соң 3/4 бөлігі толды. Бактың сыйымдылығы қандай?</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48 л</w:t>
        <w:tab/>
        <w:t>B)  54 л</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24 л</w:t>
        <w:tab/>
        <w:t>D)  36 л</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7.</w:t>
        <w:tab/>
      </w:r>
      <w:r>
        <w:rPr>
          <w:rFonts w:ascii="Arial" w:hAnsi="Arial"/>
          <w:sz w:val="21"/>
        </w:rPr>
        <w:t>200 г жаңа өнімдегі судың үлесі 80%. Кептірген соң ол 50% болды. Кептірілген өнімнің массасы қандай?</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40 г</w:t>
        <w:tab/>
        <w:t>B)  100 г</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80 г</w:t>
        <w:tab/>
        <w:t>D)  125 г</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8.</w:t>
        <w:tab/>
      </w:r>
      <w:r>
        <w:rPr>
          <w:rFonts w:ascii="Arial" w:hAnsi="Arial"/>
          <w:sz w:val="21"/>
        </w:rPr>
        <w:t>Қатысушылар саны 20%-ға артып, кейін 25%-ға кеміді. Нәтижесінде 54 адам болды. Бастапқыда неше адам болған?</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50</w:t>
        <w:tab/>
        <w:t>B)  72</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64</w:t>
        <w:tab/>
        <w:t>D)  60</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3-сынақ · Математика</w:t>
      </w:r>
    </w:p>
    <w:p>
      <w:pPr>
        <w:widowControl/>
        <w:spacing w:before="0" w:after="420" w:line="276" w:lineRule="auto"/>
        <w:ind w:left="0"/>
      </w:pPr>
      <w:r>
        <w:rPr>
          <w:rFonts w:ascii="Arial" w:hAnsi="Arial"/>
          <w:b w:val="0"/>
          <w:color w:val="000000"/>
          <w:sz w:val="20"/>
        </w:rPr>
        <w:t>Бөлімге 60 минут · Тапсырмалар 9–12</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9.</w:t>
        <w:tab/>
      </w:r>
      <w:r>
        <w:rPr>
          <w:rFonts w:ascii="Arial" w:hAnsi="Arial"/>
          <w:sz w:val="21"/>
        </w:rPr>
        <w:t>Екі оң санның қатынасы 2 : 5. Әрқайсысына 6-ны қосса, қатынас 1 : 2 болады. Бастапқы сандардың қосындысын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56</w:t>
        <w:tab/>
        <w:t>B)  35</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21</w:t>
        <w:tab/>
        <w:t>D)  42</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10.</w:t>
        <w:tab/>
      </w:r>
      <w:r>
        <w:rPr>
          <w:rFonts w:ascii="Arial" w:hAnsi="Arial"/>
          <w:sz w:val="21"/>
        </w:rPr>
        <w:t>300 г 12%-дық және 200 г 18%-дық тұз ерітіндісін араластырды. Қоспадағы тұздың массалық үлесі қандай?</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14,4%</w:t>
        <w:tab/>
        <w:t>B)  15%</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16,2%</w:t>
        <w:tab/>
        <w:t>D)  14%</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11.</w:t>
        <w:tab/>
      </w:r>
      <w:r>
        <w:rPr>
          <w:rFonts w:ascii="Arial" w:hAnsi="Arial"/>
          <w:sz w:val="21"/>
        </w:rPr>
        <w:t>0,4(5x − 3) = 1,5x + 2,8 теңдеуін шешіңіз.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6</w:t>
        <w:tab/>
        <w:t>B)  4</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10</w:t>
        <w:tab/>
        <w:t>D)  8</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12.</w:t>
        <w:tab/>
      </w:r>
      <w:r>
        <w:rPr>
          <w:rFonts w:ascii="Arial" w:hAnsi="Arial"/>
          <w:sz w:val="21"/>
        </w:rPr>
        <w:t>|x| ≤ 3 және x &gt; −2 шарттарын қанағаттандыратын бүтін шешімдердің қосындысын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5</w:t>
        <w:tab/>
        <w:t>B)  0</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3</w:t>
        <w:tab/>
        <w:t>D)  6</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3-сынақ · Математика</w:t>
      </w:r>
    </w:p>
    <w:p>
      <w:pPr>
        <w:widowControl/>
        <w:spacing w:before="0" w:after="420" w:line="276" w:lineRule="auto"/>
        <w:ind w:left="0"/>
      </w:pPr>
      <w:r>
        <w:rPr>
          <w:rFonts w:ascii="Arial" w:hAnsi="Arial"/>
          <w:b w:val="0"/>
          <w:color w:val="000000"/>
          <w:sz w:val="20"/>
        </w:rPr>
        <w:t>Бөлімге 60 минут · Тапсырмалар 13–15</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13.</w:t>
        <w:tab/>
      </w:r>
      <w:r>
        <w:rPr>
          <w:rFonts w:ascii="Arial" w:hAnsi="Arial"/>
          <w:sz w:val="21"/>
        </w:rPr>
        <w:t>|x − 5| = a теңдеуінің дәл бір нақты шешімі бар. a неге тең?</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5</w:t>
        <w:tab/>
        <w:t>B)  10</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w:t>
        <w:tab/>
        <w:t>D)  0</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14.</w:t>
        <w:tab/>
      </w:r>
      <w:r>
        <w:rPr>
          <w:rFonts w:ascii="Arial" w:hAnsi="Arial"/>
          <w:sz w:val="21"/>
        </w:rPr>
        <w:t>ab = 7 болғанда (a + b)² − (a − b)² мәнін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21</w:t>
        <w:tab/>
        <w:t>B)  49</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14</w:t>
        <w:tab/>
        <w:t>D)  28</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15.</w:t>
        <w:tab/>
      </w:r>
      <w:r>
        <w:rPr>
          <w:rFonts w:ascii="Arial" w:hAnsi="Arial"/>
          <w:sz w:val="21"/>
        </w:rPr>
        <w:t>Екі оң санның қосындысы 12, көбейтіндісі 35. Квадраттарының қосындысын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49</w:t>
        <w:tab/>
        <w:t>B)  70</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74</w:t>
        <w:tab/>
        <w:t>D)  109</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3-сынақ · Математика</w:t>
      </w:r>
    </w:p>
    <w:p>
      <w:pPr>
        <w:widowControl/>
        <w:spacing w:before="0" w:after="420" w:line="276" w:lineRule="auto"/>
        <w:ind w:left="0"/>
      </w:pPr>
      <w:r>
        <w:rPr>
          <w:rFonts w:ascii="Arial" w:hAnsi="Arial"/>
          <w:b w:val="0"/>
          <w:color w:val="000000"/>
          <w:sz w:val="20"/>
        </w:rPr>
        <w:t>Бөлімге 60 минут · Тапсырмалар 16–17</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16.</w:t>
        <w:tab/>
      </w:r>
      <w:r>
        <w:rPr>
          <w:rFonts w:ascii="Arial" w:hAnsi="Arial"/>
          <w:sz w:val="21"/>
        </w:rPr>
        <w:t>График бойынша аялдаудан кейінгі жылдамдық аялдауға дейінгіден неше есе үлкен екенін табыңыз.</w:t>
      </w:r>
    </w:p>
    <w:p>
      <w:pPr>
        <w:keepNext/>
        <w:spacing w:after="200"/>
        <w:jc w:val="center"/>
      </w:pPr>
      <w:r>
        <w:drawing>
          <wp:inline xmlns:a="http://schemas.openxmlformats.org/drawingml/2006/main" xmlns:pic="http://schemas.openxmlformats.org/drawingml/2006/picture">
            <wp:extent cx="5740400" cy="2009140"/>
            <wp:docPr id="18" name="Picture 18"/>
            <wp:cNvGraphicFramePr>
              <a:graphicFrameLocks noChangeAspect="1"/>
            </wp:cNvGraphicFramePr>
            <a:graphic>
              <a:graphicData uri="http://schemas.openxmlformats.org/drawingml/2006/picture">
                <pic:pic>
                  <pic:nvPicPr>
                    <pic:cNvPr id="0" name="journey3.png"/>
                    <pic:cNvPicPr/>
                  </pic:nvPicPr>
                  <pic:blipFill>
                    <a:blip r:embed="rId24"/>
                    <a:stretch>
                      <a:fillRect/>
                    </a:stretch>
                  </pic:blipFill>
                  <pic:spPr>
                    <a:xfrm>
                      <a:off x="0" y="0"/>
                      <a:ext cx="5740400" cy="2009140"/>
                    </a:xfrm>
                    <a:prstGeom prst="rect"/>
                  </pic:spPr>
                </pic:pic>
              </a:graphicData>
            </a:graphic>
          </wp:inline>
        </w:drawing>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6</w:t>
        <w:tab/>
        <w:t>B)  3</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2</w:t>
        <w:tab/>
        <w:t>D)  4</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17.</w:t>
        <w:tab/>
      </w:r>
      <w:r>
        <w:rPr>
          <w:rFonts w:ascii="Arial" w:hAnsi="Arial"/>
          <w:sz w:val="21"/>
        </w:rPr>
        <w:t>Пойыз қозғалмай тұрған бақылаушының жанынан 12 с ішінде, ұзындығы 240 м платформадан 28 с ішінде толық өтеді. Пойыздың ұзындығын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120 м</w:t>
        <w:tab/>
        <w:t>B)  160 м</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210 м</w:t>
        <w:tab/>
        <w:t>D)  180 м</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3-сынақ · Математика</w:t>
      </w:r>
    </w:p>
    <w:p>
      <w:pPr>
        <w:widowControl/>
        <w:spacing w:before="0" w:after="420" w:line="276" w:lineRule="auto"/>
        <w:ind w:left="0"/>
      </w:pPr>
      <w:r>
        <w:rPr>
          <w:rFonts w:ascii="Arial" w:hAnsi="Arial"/>
          <w:b w:val="0"/>
          <w:color w:val="000000"/>
          <w:sz w:val="20"/>
        </w:rPr>
        <w:t>Бөлімге 60 минут · Тапсырмалар 18–20</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18.</w:t>
        <w:tab/>
      </w:r>
      <w:r>
        <w:rPr>
          <w:rFonts w:ascii="Arial" w:hAnsi="Arial"/>
          <w:sz w:val="21"/>
        </w:rPr>
        <w:t>Бірдей үш сорғы бакты 8 сағатта толтырады. Алғашқы 2 сағат үшеуі де жұмыс істейді, кейін екеуі қалады. Бак басталғаннан неше сағаттан кейін толады?</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12 сағ</w:t>
        <w:tab/>
        <w:t>B)  14 сағ</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10 сағ</w:t>
        <w:tab/>
        <w:t>D)  11 сағ</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19.</w:t>
        <w:tab/>
      </w:r>
      <w:r>
        <w:rPr>
          <w:rFonts w:ascii="Arial" w:hAnsi="Arial"/>
          <w:sz w:val="21"/>
        </w:rPr>
        <w:t>Екі жұмысшы жұмысты бірге 6 сағатта орындайды. Бірінің өнімділігі екіншісінен екі есе жоғары. Баяу жұмысшы жалғыз неше сағатта орындайды?</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18 сағ</w:t>
        <w:tab/>
        <w:t>B)  24 сағ</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9 сағ</w:t>
        <w:tab/>
        <w:t>D)  12 сағ</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20.</w:t>
        <w:tab/>
      </w:r>
      <w:r>
        <w:rPr>
          <w:rFonts w:ascii="Arial" w:hAnsi="Arial"/>
          <w:sz w:val="21"/>
        </w:rPr>
        <w:t>Катер ағыс бойымен 24 км және ағысқа қарсы 16 км жолды 4 сағатта жүрді. Меншікті жылдамдығы 10 км/сағ; ағыс жылдамдығы оң және 10 км/сағ-тан кіші. Ағыс жылдамдығын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3 км/сағ</w:t>
        <w:tab/>
        <w:t>B)  4 км/сағ</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 км/сағ</w:t>
        <w:tab/>
        <w:t>D)  2 км/сағ</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3-сынақ · Математика</w:t>
      </w:r>
    </w:p>
    <w:p>
      <w:pPr>
        <w:widowControl/>
        <w:spacing w:before="0" w:after="420" w:line="276" w:lineRule="auto"/>
        <w:ind w:left="0"/>
      </w:pPr>
      <w:r>
        <w:rPr>
          <w:rFonts w:ascii="Arial" w:hAnsi="Arial"/>
          <w:b w:val="0"/>
          <w:color w:val="000000"/>
          <w:sz w:val="20"/>
        </w:rPr>
        <w:t>Бөлімге 60 минут · Тапсырмалар 21–22</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21.</w:t>
        <w:tab/>
      </w:r>
      <w:r>
        <w:rPr>
          <w:rFonts w:ascii="Arial" w:hAnsi="Arial"/>
          <w:sz w:val="21"/>
        </w:rPr>
        <w:t>Суреттегі дөңгелек шаршының барлық қабырғасына жанасады. π = 3,14 болғанда боялған бөліктің ауданын табыңыз.</w:t>
      </w:r>
    </w:p>
    <w:p>
      <w:pPr>
        <w:keepNext/>
        <w:spacing w:after="200"/>
        <w:jc w:val="center"/>
      </w:pPr>
      <w:r>
        <w:drawing>
          <wp:inline xmlns:a="http://schemas.openxmlformats.org/drawingml/2006/main" xmlns:pic="http://schemas.openxmlformats.org/drawingml/2006/picture">
            <wp:extent cx="5740400" cy="2009140"/>
            <wp:docPr id="19" name="Picture 19"/>
            <wp:cNvGraphicFramePr>
              <a:graphicFrameLocks noChangeAspect="1"/>
            </wp:cNvGraphicFramePr>
            <a:graphic>
              <a:graphicData uri="http://schemas.openxmlformats.org/drawingml/2006/picture">
                <pic:pic>
                  <pic:nvPicPr>
                    <pic:cNvPr id="0" name="circle_square.png"/>
                    <pic:cNvPicPr/>
                  </pic:nvPicPr>
                  <pic:blipFill>
                    <a:blip r:embed="rId25"/>
                    <a:stretch>
                      <a:fillRect/>
                    </a:stretch>
                  </pic:blipFill>
                  <pic:spPr>
                    <a:xfrm>
                      <a:off x="0" y="0"/>
                      <a:ext cx="5740400" cy="2009140"/>
                    </a:xfrm>
                    <a:prstGeom prst="rect"/>
                  </pic:spPr>
                </pic:pic>
              </a:graphicData>
            </a:graphic>
          </wp:inline>
        </w:drawing>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21,5 см²</w:t>
        <w:tab/>
        <w:t>B)  78,5 см²</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31,4 см²</w:t>
        <w:tab/>
        <w:t>D)  18,6 см²</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22.</w:t>
        <w:tab/>
      </w:r>
      <w:r>
        <w:rPr>
          <w:rFonts w:ascii="Arial" w:hAnsi="Arial"/>
          <w:sz w:val="21"/>
        </w:rPr>
        <w:t>Үшбұрыштың табанын 25%-ға ұзартты, ал оған түсірілген биіктікті 20%-ға қысқартты. Аудан қалай өзгерді?</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5%-ға кеміді</w:t>
        <w:tab/>
        <w:t>B)  25%-ға өсті</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5%-ға өсті</w:t>
        <w:tab/>
        <w:t>D)  Өзгермеді</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3-сынақ · Математика</w:t>
      </w:r>
    </w:p>
    <w:p>
      <w:pPr>
        <w:widowControl/>
        <w:spacing w:before="0" w:after="420" w:line="276" w:lineRule="auto"/>
        <w:ind w:left="0"/>
      </w:pPr>
      <w:r>
        <w:rPr>
          <w:rFonts w:ascii="Arial" w:hAnsi="Arial"/>
          <w:b w:val="0"/>
          <w:color w:val="000000"/>
          <w:sz w:val="20"/>
        </w:rPr>
        <w:t>Бөлімге 60 минут · Тапсырмалар 23–26</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23.</w:t>
        <w:tab/>
      </w:r>
      <w:r>
        <w:rPr>
          <w:rFonts w:ascii="Arial" w:hAnsi="Arial"/>
          <w:sz w:val="21"/>
        </w:rPr>
        <w:t>18 × 12 см тікбұрышты парақтан бір-бірін жаппайтын 3 × 3 см шаршылардың ең көп санын қиып алды. Шаршылардың жалпы ауданы қандай?</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204 см²</w:t>
        <w:tab/>
        <w:t>B)  198 см²</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180 см²</w:t>
        <w:tab/>
        <w:t>D)  216 см²</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24.</w:t>
        <w:tab/>
      </w:r>
      <w:r>
        <w:rPr>
          <w:rFonts w:ascii="Arial" w:hAnsi="Arial"/>
          <w:sz w:val="21"/>
        </w:rPr>
        <w:t>48 см сымның бәрін 12 қырға пайдаланып текшенің қаңқасын жасады. Текшенің көлемін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64 см³</w:t>
        <w:tab/>
        <w:t>B)  16 см³</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96 см³</w:t>
        <w:tab/>
        <w:t>D)  144 см³</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25.</w:t>
        <w:tab/>
      </w:r>
      <w:r>
        <w:rPr>
          <w:rFonts w:ascii="Arial" w:hAnsi="Arial"/>
          <w:sz w:val="21"/>
        </w:rPr>
        <w:t>1 : 500 000 масштабты картадағы ұзындық 6 см. Сол бағыттың 1 : 200 000 масштабты картадағы ұзындығы қандай?</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12 см</w:t>
        <w:tab/>
        <w:t>B)  2,4 см</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24 см</w:t>
        <w:tab/>
        <w:t>D)  15 см</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26.</w:t>
        <w:tab/>
      </w:r>
      <w:r>
        <w:rPr>
          <w:rFonts w:ascii="Arial" w:hAnsi="Arial"/>
          <w:sz w:val="21"/>
        </w:rPr>
        <w:t>10 санның арифметикалық ортасы 24. Алғашқы төртеуінің ортасы 18. Қалған алтауының ортасын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28</w:t>
        <w:tab/>
        <w:t>B)  30</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27</w:t>
        <w:tab/>
        <w:t>D)  26</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3-сынақ · Математика</w:t>
      </w:r>
    </w:p>
    <w:p>
      <w:pPr>
        <w:widowControl/>
        <w:spacing w:before="0" w:after="420" w:line="276" w:lineRule="auto"/>
        <w:ind w:left="0"/>
      </w:pPr>
      <w:r>
        <w:rPr>
          <w:rFonts w:ascii="Arial" w:hAnsi="Arial"/>
          <w:b w:val="0"/>
          <w:color w:val="000000"/>
          <w:sz w:val="20"/>
        </w:rPr>
        <w:t>Бөлімге 60 минут · Тапсырмалар 27–28</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27.</w:t>
        <w:tab/>
      </w:r>
      <w:r>
        <w:rPr>
          <w:rFonts w:ascii="Arial" w:hAnsi="Arial"/>
          <w:sz w:val="21"/>
        </w:rPr>
        <w:t>Диаграммада төрт күндегі кітап беру саны көрсетілген. Бес күннің орташа саны 28 кітап болуы үшін жұмада неше кітап беру керек?</w:t>
      </w:r>
    </w:p>
    <w:p>
      <w:pPr>
        <w:keepNext/>
        <w:spacing w:after="200"/>
        <w:jc w:val="center"/>
      </w:pPr>
      <w:r>
        <w:drawing>
          <wp:inline xmlns:a="http://schemas.openxmlformats.org/drawingml/2006/main" xmlns:pic="http://schemas.openxmlformats.org/drawingml/2006/picture">
            <wp:extent cx="5740400" cy="2009140"/>
            <wp:docPr id="20" name="Picture 20"/>
            <wp:cNvGraphicFramePr>
              <a:graphicFrameLocks noChangeAspect="1"/>
            </wp:cNvGraphicFramePr>
            <a:graphic>
              <a:graphicData uri="http://schemas.openxmlformats.org/drawingml/2006/picture">
                <pic:pic>
                  <pic:nvPicPr>
                    <pic:cNvPr id="0" name="bars3.png"/>
                    <pic:cNvPicPr/>
                  </pic:nvPicPr>
                  <pic:blipFill>
                    <a:blip r:embed="rId26"/>
                    <a:stretch>
                      <a:fillRect/>
                    </a:stretch>
                  </pic:blipFill>
                  <pic:spPr>
                    <a:xfrm>
                      <a:off x="0" y="0"/>
                      <a:ext cx="5740400" cy="2009140"/>
                    </a:xfrm>
                    <a:prstGeom prst="rect"/>
                  </pic:spPr>
                </pic:pic>
              </a:graphicData>
            </a:graphic>
          </wp:inline>
        </w:drawing>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25</w:t>
        <w:tab/>
        <w:t>B)  30</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20</w:t>
        <w:tab/>
        <w:t>D)  15</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28.</w:t>
        <w:tab/>
      </w:r>
      <w:r>
        <w:rPr>
          <w:rFonts w:ascii="Arial" w:hAnsi="Arial"/>
          <w:sz w:val="21"/>
        </w:rPr>
        <w:t>Топта 50 адам бар. Ағылшын тілін 30, француз тілін 22, екі тілді де 12 адам оқиды. Дәл бір тілді оқитындар нешеу?</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16</w:t>
        <w:tab/>
        <w:t>B)  38</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40</w:t>
        <w:tab/>
        <w:t>D)  28</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3-сынақ · Математика</w:t>
      </w:r>
    </w:p>
    <w:p>
      <w:pPr>
        <w:widowControl/>
        <w:spacing w:before="0" w:after="420" w:line="276" w:lineRule="auto"/>
        <w:ind w:left="0"/>
      </w:pPr>
      <w:r>
        <w:rPr>
          <w:rFonts w:ascii="Arial" w:hAnsi="Arial"/>
          <w:b w:val="0"/>
          <w:color w:val="000000"/>
          <w:sz w:val="20"/>
        </w:rPr>
        <w:t>Бөлімге 60 минут · Тапсырмалар 29–32</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29.</w:t>
        <w:tab/>
      </w:r>
      <w:r>
        <w:rPr>
          <w:rFonts w:ascii="Arial" w:hAnsi="Arial"/>
          <w:sz w:val="21"/>
        </w:rPr>
        <w:t>ab = 24 шартын қанағаттандыратын натурал сандардың неше әртүрлі реттелген (a, b) жұбы бар?</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6</w:t>
        <w:tab/>
        <w:t>B)  12</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4</w:t>
        <w:tab/>
        <w:t>D)  8</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30.</w:t>
        <w:tab/>
      </w:r>
      <w:r>
        <w:rPr>
          <w:rFonts w:ascii="Arial" w:hAnsi="Arial"/>
          <w:sz w:val="21"/>
        </w:rPr>
        <w:t>Қорапта 3 ақ және 2 қара шар бар. Кездейсоқ екі шар қайтарусыз алынды. Екеуінің де ақ болу ықтималдығы қандай?</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9/25</w:t>
        <w:tab/>
        <w:t>B)  2/5</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3/10</w:t>
        <w:tab/>
        <w:t>D)  1/5</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31.</w:t>
        <w:tab/>
      </w:r>
      <w:r>
        <w:rPr>
          <w:rFonts w:ascii="Arial" w:hAnsi="Arial"/>
          <w:sz w:val="21"/>
        </w:rPr>
        <w:t>Дөңес сегізбұрыштың неше диагоналі бар?</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28</w:t>
        <w:tab/>
        <w:t>B)  16</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24</w:t>
        <w:tab/>
        <w:t>D)  20</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32.</w:t>
        <w:tab/>
      </w:r>
      <w:r>
        <w:rPr>
          <w:rFonts w:ascii="Arial" w:hAnsi="Arial"/>
          <w:sz w:val="21"/>
        </w:rPr>
        <w:t>1-ден 100-ге дейінгі сандар жазылды. Оларда 7 цифры неше рет кездеседі?</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19</w:t>
        <w:tab/>
        <w:t>B)  20</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21</w:t>
        <w:tab/>
        <w:t>D)  18</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3-сынақ · Математика</w:t>
      </w:r>
    </w:p>
    <w:p>
      <w:pPr>
        <w:widowControl/>
        <w:spacing w:before="0" w:after="420" w:line="276" w:lineRule="auto"/>
        <w:ind w:left="0"/>
      </w:pPr>
      <w:r>
        <w:rPr>
          <w:rFonts w:ascii="Arial" w:hAnsi="Arial"/>
          <w:b w:val="0"/>
          <w:color w:val="000000"/>
          <w:sz w:val="20"/>
        </w:rPr>
        <w:t>Бөлімге 60 минут · Тапсырмалар 33–36</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33.</w:t>
        <w:tab/>
      </w:r>
      <w:r>
        <w:rPr>
          <w:rFonts w:ascii="Arial" w:hAnsi="Arial"/>
          <w:sz w:val="21"/>
        </w:rPr>
        <w:t>Тізбекте a(1) = 1, a(n + 1) = a(n) + 2n. a(6)-ны табыңыз.</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30</w:t>
        <w:tab/>
        <w:t>B)  36</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25</w:t>
        <w:tab/>
        <w:t>D)  31</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34.</w:t>
        <w:tab/>
      </w:r>
      <w:r>
        <w:rPr>
          <w:rFonts w:ascii="Arial" w:hAnsi="Arial"/>
          <w:sz w:val="21"/>
        </w:rPr>
        <w:t>Бірінші қабаттан төртіншіге баспалдақпен тұрақты жылдамдықпен 45 с-та көтеріледі. Қабат биіктіктері бірдей болса, біріншіден сегізінші қабатқа неше секунд керек?</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105 с</w:t>
        <w:tab/>
        <w:t>B)  100 с</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90 с</w:t>
        <w:tab/>
        <w:t>D)  120 с</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35.</w:t>
        <w:tab/>
      </w:r>
      <w:r>
        <w:rPr>
          <w:rFonts w:ascii="Arial" w:hAnsi="Arial"/>
          <w:sz w:val="21"/>
        </w:rPr>
        <w:t>Сырттай бірдей 12 тиын бар, олардың біреуі ауыр екені белгілі. Табақты таразымен оны міндетті түрде табуға қажетті өлшеулердің ең аз саны қандай?</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2</w:t>
        <w:tab/>
        <w:t>B)  6</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4</w:t>
        <w:tab/>
        <w:t>D)  3</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36.</w:t>
        <w:tab/>
      </w:r>
      <w:r>
        <w:rPr>
          <w:rFonts w:ascii="Arial" w:hAnsi="Arial"/>
          <w:sz w:val="21"/>
        </w:rPr>
        <w:t>Сыныпта әр адам қалғандарының әрқайсысымен бір рет қол алысты, барлығы 45 қол алысу болды. Екі адам кеткен соң қалғандардың арасында сол ережемен неше қол алысу болар еді?</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30</w:t>
        <w:tab/>
        <w:t>B)  28</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21</w:t>
        <w:tab/>
        <w:t>D)  36</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3-сынақ · Математика</w:t>
      </w:r>
    </w:p>
    <w:p>
      <w:pPr>
        <w:widowControl/>
        <w:spacing w:before="0" w:after="420" w:line="276" w:lineRule="auto"/>
        <w:ind w:left="0"/>
      </w:pPr>
      <w:r>
        <w:rPr>
          <w:rFonts w:ascii="Arial" w:hAnsi="Arial"/>
          <w:b w:val="0"/>
          <w:color w:val="000000"/>
          <w:sz w:val="20"/>
        </w:rPr>
        <w:t>Бөлімге 60 минут · Тапсырмалар 37–38</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37.</w:t>
        <w:tab/>
      </w:r>
      <w:r>
        <w:rPr>
          <w:rFonts w:ascii="Arial" w:hAnsi="Arial"/>
          <w:sz w:val="21"/>
        </w:rPr>
        <w:t>Қоймада 6 кг-дық және 9 кг-дық қораптар бар. Барлығы 11 қорап, жалпы массасы 84 кг. 9 кг-дық қорап нешеу?</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4</w:t>
        <w:tab/>
        <w:t>B)  5</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7</w:t>
        <w:tab/>
        <w:t>D)  6</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38.</w:t>
        <w:tab/>
      </w:r>
      <w:r>
        <w:rPr>
          <w:rFonts w:ascii="Arial" w:hAnsi="Arial"/>
          <w:sz w:val="21"/>
        </w:rPr>
        <w:t>1, 2, 3, 4, 5 сандарынан таңдалған екі әртүрлі санның қосындысы неше әртүрлі мән қабылдай алады?</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10</w:t>
        <w:tab/>
        <w:t>B)  6</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8</w:t>
        <w:tab/>
        <w:t>D)  7</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3-сынақ · Математика</w:t>
      </w:r>
    </w:p>
    <w:p>
      <w:pPr>
        <w:widowControl/>
        <w:spacing w:before="0" w:after="420" w:line="276" w:lineRule="auto"/>
        <w:ind w:left="0"/>
      </w:pPr>
      <w:r>
        <w:rPr>
          <w:rFonts w:ascii="Arial" w:hAnsi="Arial"/>
          <w:b w:val="0"/>
          <w:color w:val="000000"/>
          <w:sz w:val="20"/>
        </w:rPr>
        <w:t>Бөлімге 60 минут · Тапсырмалар 39–40</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39.</w:t>
        <w:tab/>
      </w:r>
      <w:r>
        <w:rPr>
          <w:rFonts w:ascii="Arial" w:hAnsi="Arial"/>
          <w:sz w:val="21"/>
        </w:rPr>
        <w:t>А тарифі Б тарифінен кемінде 300 теңгеге арзан болуы үшін жүру керек қашықтықтың ең кіші бүтін километр санын табыңыз. Графикті пайдаланыңыз.</w:t>
      </w:r>
    </w:p>
    <w:p>
      <w:pPr>
        <w:keepNext/>
        <w:spacing w:after="200"/>
        <w:jc w:val="center"/>
      </w:pPr>
      <w:r>
        <w:drawing>
          <wp:inline xmlns:a="http://schemas.openxmlformats.org/drawingml/2006/main" xmlns:pic="http://schemas.openxmlformats.org/drawingml/2006/picture">
            <wp:extent cx="5740400" cy="2123948"/>
            <wp:docPr id="21" name="Picture 21"/>
            <wp:cNvGraphicFramePr>
              <a:graphicFrameLocks noChangeAspect="1"/>
            </wp:cNvGraphicFramePr>
            <a:graphic>
              <a:graphicData uri="http://schemas.openxmlformats.org/drawingml/2006/picture">
                <pic:pic>
                  <pic:nvPicPr>
                    <pic:cNvPr id="0" name="tariffs3.png"/>
                    <pic:cNvPicPr/>
                  </pic:nvPicPr>
                  <pic:blipFill>
                    <a:blip r:embed="rId27"/>
                    <a:stretch>
                      <a:fillRect/>
                    </a:stretch>
                  </pic:blipFill>
                  <pic:spPr>
                    <a:xfrm>
                      <a:off x="0" y="0"/>
                      <a:ext cx="5740400" cy="2123948"/>
                    </a:xfrm>
                    <a:prstGeom prst="rect"/>
                  </pic:spPr>
                </pic:pic>
              </a:graphicData>
            </a:graphic>
          </wp:inline>
        </w:drawing>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35</w:t>
        <w:tab/>
        <w:t>B)  30</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20</w:t>
        <w:tab/>
        <w:t>D)  40</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40.</w:t>
        <w:tab/>
      </w:r>
      <w:r>
        <w:rPr>
          <w:rFonts w:ascii="Arial" w:hAnsi="Arial"/>
          <w:sz w:val="21"/>
        </w:rPr>
        <w:t>N санын 7-ге бөлгенде 5 қалдық қалады. 3N + 4 санын 7-ге бөлгенде қандай қалдық қалады?</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A)  5</w:t>
        <w:tab/>
        <w:t>B)  6</w:t>
      </w:r>
    </w:p>
    <w:p>
      <w:pPr>
        <w:keepNext/>
        <w:widowControl/>
        <w:tabs>
          <w:tab w:pos="4643" w:val="left"/>
        </w:tabs>
        <w:spacing w:before="0" w:after="120" w:line="276" w:lineRule="auto"/>
        <w:ind w:left="660"/>
      </w:pPr>
      <w:r>
        <w:rPr>
          <w:rFonts w:ascii="Arial" w:hAnsi="Arial"/>
          <w:b w:val="0"/>
          <w:color w:val="000000"/>
          <w:sz w:val="20"/>
        </w:rPr>
      </w:r>
      <w:r>
        <w:rPr>
          <w:rFonts w:ascii="Arial" w:hAnsi="Arial"/>
          <w:sz w:val="20"/>
        </w:rPr>
        <w:t>C)  2</w:t>
        <w:tab/>
        <w:t>D)  1</w:t>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0" w:line="380" w:lineRule="exact"/>
        <w:ind w:left="660"/>
        <w:pBdr>
          <w:bottom w:val="single" w:sz="3" w:color="D9E2E6"/>
          <w:between w:val="single" w:sz="3" w:color="D9E2E6"/>
        </w:pBdr>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3-сынақ · Салыстырулар</w:t>
      </w:r>
    </w:p>
    <w:p>
      <w:pPr>
        <w:widowControl/>
        <w:spacing w:before="0" w:after="420" w:line="276" w:lineRule="auto"/>
        <w:ind w:left="0"/>
      </w:pPr>
      <w:r>
        <w:rPr>
          <w:rFonts w:ascii="Arial" w:hAnsi="Arial"/>
          <w:b w:val="0"/>
          <w:color w:val="000000"/>
          <w:sz w:val="20"/>
        </w:rPr>
        <w:t>Бөлімге 30 минут · Тапсырмалар 1–6</w:t>
      </w:r>
    </w:p>
    <w:p>
      <w:pPr>
        <w:widowControl/>
        <w:spacing w:before="0" w:after="200" w:line="276" w:lineRule="auto"/>
        <w:ind w:left="0"/>
      </w:pPr>
      <w:r>
        <w:rPr>
          <w:rFonts w:ascii="Arial" w:hAnsi="Arial"/>
          <w:b w:val="0"/>
          <w:color w:val="000000"/>
          <w:sz w:val="18"/>
        </w:rPr>
        <w:t>A — A үлкен   B — B үлкен   C — тең   D — ақпарат жеткіліксіз</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w:t>
        <w:tab/>
      </w:r>
      <w:r>
        <w:rPr>
          <w:rFonts w:ascii="Arial" w:hAnsi="Arial"/>
          <w:sz w:val="21"/>
        </w:rPr>
        <w:t>x &gt; y &gt; 0.</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x/y + y/x</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2</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w:t>
        <w:tab/>
      </w:r>
      <w:r>
        <w:rPr>
          <w:rFonts w:ascii="Arial" w:hAnsi="Arial"/>
          <w:sz w:val="21"/>
        </w:rPr>
        <w:t>x пен y — нақты сандар, x ≠ 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(x − y)²</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0</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3.</w:t>
        <w:tab/>
      </w:r>
      <w:r>
        <w:rPr>
          <w:rFonts w:ascii="Arial" w:hAnsi="Arial"/>
          <w:sz w:val="21"/>
        </w:rPr>
        <w:t>x² &lt; x.</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x</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1</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4.</w:t>
        <w:tab/>
      </w:r>
      <w:r>
        <w:rPr>
          <w:rFonts w:ascii="Arial" w:hAnsi="Arial"/>
          <w:sz w:val="21"/>
        </w:rPr>
        <w:t>x &lt; −1.</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1/x</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x</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5.</w:t>
        <w:tab/>
      </w:r>
      <w:r>
        <w:rPr>
          <w:rFonts w:ascii="Arial" w:hAnsi="Arial"/>
          <w:sz w:val="21"/>
        </w:rPr>
        <w:t>x &gt; 0, y &gt; 0, xy = 1.</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x + y</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2</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6.</w:t>
        <w:tab/>
      </w:r>
      <w:r>
        <w:rPr>
          <w:rFonts w:ascii="Arial" w:hAnsi="Arial"/>
          <w:sz w:val="21"/>
        </w:rPr>
        <w:t>a + b = 0.</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a³ + b³</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0</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3-сынақ · Салыстырулар</w:t>
      </w:r>
    </w:p>
    <w:p>
      <w:pPr>
        <w:widowControl/>
        <w:spacing w:before="0" w:after="420" w:line="276" w:lineRule="auto"/>
        <w:ind w:left="0"/>
      </w:pPr>
      <w:r>
        <w:rPr>
          <w:rFonts w:ascii="Arial" w:hAnsi="Arial"/>
          <w:b w:val="0"/>
          <w:color w:val="000000"/>
          <w:sz w:val="20"/>
        </w:rPr>
        <w:t>Бөлімге 30 минут · Тапсырмалар 7–12</w:t>
      </w:r>
    </w:p>
    <w:p>
      <w:pPr>
        <w:widowControl/>
        <w:spacing w:before="0" w:after="200" w:line="276" w:lineRule="auto"/>
        <w:ind w:left="0"/>
      </w:pPr>
      <w:r>
        <w:rPr>
          <w:rFonts w:ascii="Arial" w:hAnsi="Arial"/>
          <w:b w:val="0"/>
          <w:color w:val="000000"/>
          <w:sz w:val="18"/>
        </w:rPr>
        <w:t>A — A үлкен   B — B үлкен   C — тең   D — ақпарат жеткіліксіз</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7.</w:t>
        <w:tab/>
      </w:r>
      <w:r>
        <w:rPr>
          <w:rFonts w:ascii="Arial" w:hAnsi="Arial"/>
          <w:sz w:val="21"/>
        </w:rPr>
        <w:t>x &gt; 1.</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(x³ − 1)/(x − 1)</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7</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8.</w:t>
        <w:tab/>
      </w:r>
      <w:r>
        <w:rPr>
          <w:rFonts w:ascii="Arial" w:hAnsi="Arial"/>
          <w:sz w:val="21"/>
        </w:rPr>
        <w:t>x пен y оң, x + y = 6.</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x² + y²</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20</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9.</w:t>
        <w:tab/>
      </w:r>
      <w:r>
        <w:rPr>
          <w:rFonts w:ascii="Arial" w:hAnsi="Arial"/>
          <w:sz w:val="21"/>
        </w:rPr>
        <w:t>a &gt; b.</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−3a + 2</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−3b + 2</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10.</w:t>
        <w:tab/>
      </w:r>
      <w:r>
        <w:rPr>
          <w:rFonts w:ascii="Arial" w:hAnsi="Arial"/>
          <w:sz w:val="21"/>
        </w:rPr>
        <w:t>a мен b — нөлден өзге нақты сандар; a/b = b/a.</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a</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b</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11.</w:t>
        <w:tab/>
      </w:r>
      <w:r>
        <w:rPr>
          <w:rFonts w:ascii="Arial" w:hAnsi="Arial"/>
          <w:sz w:val="21"/>
        </w:rPr>
        <w:t>n — тақ натурал сан.</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n² санын 8-ге бөлгендегі қалдық</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1</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12.</w:t>
        <w:tab/>
      </w:r>
      <w:r>
        <w:rPr>
          <w:rFonts w:ascii="Arial" w:hAnsi="Arial"/>
          <w:sz w:val="21"/>
        </w:rPr>
        <w:t>n — натурал сан.</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ЕҮОБ(n; n + 2)</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1</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3-сынақ · Салыстырулар</w:t>
      </w:r>
    </w:p>
    <w:p>
      <w:pPr>
        <w:widowControl/>
        <w:spacing w:before="0" w:after="420" w:line="276" w:lineRule="auto"/>
        <w:ind w:left="0"/>
      </w:pPr>
      <w:r>
        <w:rPr>
          <w:rFonts w:ascii="Arial" w:hAnsi="Arial"/>
          <w:b w:val="0"/>
          <w:color w:val="000000"/>
          <w:sz w:val="20"/>
        </w:rPr>
        <w:t>Бөлімге 30 минут · Тапсырмалар 13–18</w:t>
      </w:r>
    </w:p>
    <w:p>
      <w:pPr>
        <w:widowControl/>
        <w:spacing w:before="0" w:after="200" w:line="276" w:lineRule="auto"/>
        <w:ind w:left="0"/>
      </w:pPr>
      <w:r>
        <w:rPr>
          <w:rFonts w:ascii="Arial" w:hAnsi="Arial"/>
          <w:b w:val="0"/>
          <w:color w:val="000000"/>
          <w:sz w:val="18"/>
        </w:rPr>
        <w:t>A — A үлкен   B — B үлкен   C — тең   D — ақпарат жеткіліксіз</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13.</w:t>
        <w:tab/>
      </w:r>
      <w:r>
        <w:rPr>
          <w:rFonts w:ascii="Arial" w:hAnsi="Arial"/>
          <w:sz w:val="21"/>
        </w:rPr>
        <w:t>n &gt; 1 — натурал сан.</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ЕКОЕ(n; 6)</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12</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14.</w:t>
        <w:tab/>
      </w:r>
      <w:r>
        <w:rPr>
          <w:rFonts w:ascii="Arial" w:hAnsi="Arial"/>
          <w:sz w:val="21"/>
        </w:rPr>
        <w:t>p — жай сан, p &gt; 3.</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p санын 3-ке бөлгендегі қалдық</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1</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15.</w:t>
        <w:tab/>
      </w:r>
      <w:r>
        <w:rPr>
          <w:rFonts w:ascii="Arial" w:hAnsi="Arial"/>
          <w:sz w:val="21"/>
        </w:rPr>
        <w:t>n — натурал сан.</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n² санының оң бөлгіштерінің саны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2</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16.</w:t>
        <w:tab/>
      </w:r>
      <w:r>
        <w:rPr>
          <w:rFonts w:ascii="Arial" w:hAnsi="Arial"/>
          <w:sz w:val="21"/>
        </w:rPr>
        <w:t>Бағандардағы мәндерді салыстырыңыз.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1/30 + 1/42</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1/20</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17.</w:t>
        <w:tab/>
      </w:r>
      <w:r>
        <w:rPr>
          <w:rFonts w:ascii="Arial" w:hAnsi="Arial"/>
          <w:sz w:val="21"/>
        </w:rPr>
        <w:t>a &gt; 0.</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a/(a + 1)</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(a + 1)/(a + 2)</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18.</w:t>
        <w:tab/>
      </w:r>
      <w:r>
        <w:rPr>
          <w:rFonts w:ascii="Arial" w:hAnsi="Arial"/>
          <w:sz w:val="21"/>
        </w:rPr>
        <w:t>0 &lt; a &lt; b.</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(a + 3)/(b + 3)</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a/b</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3-сынақ · Салыстырулар</w:t>
      </w:r>
    </w:p>
    <w:p>
      <w:pPr>
        <w:widowControl/>
        <w:spacing w:before="0" w:after="420" w:line="276" w:lineRule="auto"/>
        <w:ind w:left="0"/>
      </w:pPr>
      <w:r>
        <w:rPr>
          <w:rFonts w:ascii="Arial" w:hAnsi="Arial"/>
          <w:b w:val="0"/>
          <w:color w:val="000000"/>
          <w:sz w:val="20"/>
        </w:rPr>
        <w:t>Бөлімге 30 минут · Тапсырмалар 19–24</w:t>
      </w:r>
    </w:p>
    <w:p>
      <w:pPr>
        <w:widowControl/>
        <w:spacing w:before="0" w:after="200" w:line="276" w:lineRule="auto"/>
        <w:ind w:left="0"/>
      </w:pPr>
      <w:r>
        <w:rPr>
          <w:rFonts w:ascii="Arial" w:hAnsi="Arial"/>
          <w:b w:val="0"/>
          <w:color w:val="000000"/>
          <w:sz w:val="18"/>
        </w:rPr>
        <w:t>A — A үлкен   B — B үлкен   C — тең   D — ақпарат жеткіліксіз</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19.</w:t>
        <w:tab/>
      </w:r>
      <w:r>
        <w:rPr>
          <w:rFonts w:ascii="Arial" w:hAnsi="Arial"/>
          <w:sz w:val="21"/>
        </w:rPr>
        <w:t>a &gt; 1.</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a − 1/a</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0</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20.</w:t>
        <w:tab/>
      </w:r>
      <w:r>
        <w:rPr>
          <w:rFonts w:ascii="Arial" w:hAnsi="Arial"/>
          <w:sz w:val="21"/>
        </w:rPr>
        <w:t>Бағандардағы мәндерді салыстырыңыз.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1/2 + 1/4 + 1/8 + 1/16</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1</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21.</w:t>
        <w:tab/>
      </w:r>
      <w:r>
        <w:rPr>
          <w:rFonts w:ascii="Arial" w:hAnsi="Arial"/>
          <w:sz w:val="21"/>
        </w:rPr>
        <w:t>a &gt; b &gt; 0.</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a санының 20%-ы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b санының 25%-ы</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22.</w:t>
        <w:tab/>
      </w:r>
      <w:r>
        <w:rPr>
          <w:rFonts w:ascii="Arial" w:hAnsi="Arial"/>
          <w:sz w:val="21"/>
        </w:rPr>
        <w:t>Бірінші ерітінді 10%-дық, екіншісі 30%-дық. Біріншісінің массасы екіншісінен кем емес; екеуі де оң.</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Қоспадағы тұз үлесі</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20%</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23.</w:t>
        <w:tab/>
      </w:r>
      <w:r>
        <w:rPr>
          <w:rFonts w:ascii="Arial" w:hAnsi="Arial"/>
          <w:sz w:val="21"/>
        </w:rPr>
        <w:t>Ерітінді массалары оң және белгісіз: біріншісі 10%-дық, екіншісі 30%-дық.</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Қоспадағы тұз үлесі</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20%</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24.</w:t>
        <w:tab/>
      </w:r>
      <w:r>
        <w:rPr>
          <w:rFonts w:ascii="Arial" w:hAnsi="Arial"/>
          <w:sz w:val="21"/>
        </w:rPr>
        <w:t>a &gt; 0.</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50% өсіп, кейін 40% кеміген a саны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a санының 89%-ы</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3-сынақ · Салыстырулар</w:t>
      </w:r>
    </w:p>
    <w:p>
      <w:pPr>
        <w:widowControl/>
        <w:spacing w:before="0" w:after="420" w:line="276" w:lineRule="auto"/>
        <w:ind w:left="0"/>
      </w:pPr>
      <w:r>
        <w:rPr>
          <w:rFonts w:ascii="Arial" w:hAnsi="Arial"/>
          <w:b w:val="0"/>
          <w:color w:val="000000"/>
          <w:sz w:val="20"/>
        </w:rPr>
        <w:t>Бөлімге 30 минут · Тапсырмалар 25–28</w:t>
      </w:r>
    </w:p>
    <w:p>
      <w:pPr>
        <w:widowControl/>
        <w:spacing w:before="0" w:after="200" w:line="276" w:lineRule="auto"/>
        <w:ind w:left="0"/>
      </w:pPr>
      <w:r>
        <w:rPr>
          <w:rFonts w:ascii="Arial" w:hAnsi="Arial"/>
          <w:b w:val="0"/>
          <w:color w:val="000000"/>
          <w:sz w:val="18"/>
        </w:rPr>
        <w:t>A — A үлкен   B — B үлкен   C — тең   D — ақпарат жеткіліксіз</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25.</w:t>
        <w:tab/>
      </w:r>
      <w:r>
        <w:rPr>
          <w:rFonts w:ascii="Arial" w:hAnsi="Arial"/>
          <w:sz w:val="21"/>
        </w:rPr>
        <w:t>Суретті пайдаланыңыз; шаршы қабырғасы 10 см. π = 3,14.</w:t>
      </w:r>
    </w:p>
    <w:p>
      <w:pPr>
        <w:keepNext/>
        <w:spacing w:after="200"/>
        <w:jc w:val="center"/>
      </w:pPr>
      <w:r>
        <w:drawing>
          <wp:inline xmlns:a="http://schemas.openxmlformats.org/drawingml/2006/main" xmlns:pic="http://schemas.openxmlformats.org/drawingml/2006/picture">
            <wp:extent cx="5740400" cy="2009140"/>
            <wp:docPr id="22" name="Picture 22"/>
            <wp:cNvGraphicFramePr>
              <a:graphicFrameLocks noChangeAspect="1"/>
            </wp:cNvGraphicFramePr>
            <a:graphic>
              <a:graphicData uri="http://schemas.openxmlformats.org/drawingml/2006/picture">
                <pic:pic>
                  <pic:nvPicPr>
                    <pic:cNvPr id="0" name="circle_square.png"/>
                    <pic:cNvPicPr/>
                  </pic:nvPicPr>
                  <pic:blipFill>
                    <a:blip r:embed="rId25"/>
                    <a:stretch>
                      <a:fillRect/>
                    </a:stretch>
                  </pic:blipFill>
                  <pic:spPr>
                    <a:xfrm>
                      <a:off x="0" y="0"/>
                      <a:ext cx="5740400" cy="2009140"/>
                    </a:xfrm>
                    <a:prstGeom prst="rect"/>
                  </pic:spPr>
                </pic:pic>
              </a:graphicData>
            </a:graphic>
          </wp:inline>
        </w:drawing>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Боялған бөліктің ауданы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Шаршы ауданының бестен бір бөлігі</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26.</w:t>
        <w:tab/>
      </w:r>
      <w:r>
        <w:rPr>
          <w:rFonts w:ascii="Arial" w:hAnsi="Arial"/>
          <w:sz w:val="21"/>
        </w:rPr>
        <w:t>Бірдей жұмысшылар саны 25%-ға артты. Әрқайсысының өнімділігі p%-ға төмендеді, мұндағы 0 ≤ p ≤ 20. Уақыт бірдей.</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Жаңа жалпы өнім</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Бұрынғы жалпы өнім</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27.</w:t>
        <w:tab/>
      </w:r>
      <w:r>
        <w:rPr>
          <w:rFonts w:ascii="Arial" w:hAnsi="Arial"/>
          <w:sz w:val="21"/>
        </w:rPr>
        <w:t>x саны оң y санынан 20%-ға кем.</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y саны x-тен неше пайызға артық</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20%</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28.</w:t>
        <w:tab/>
      </w:r>
      <w:r>
        <w:rPr>
          <w:rFonts w:ascii="Arial" w:hAnsi="Arial"/>
          <w:sz w:val="21"/>
        </w:rPr>
        <w:t>a : b = 3 : 2, b : c = 4 : 5; сандар оң.</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a/c</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1</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3-сынақ · Салыстырулар</w:t>
      </w:r>
    </w:p>
    <w:p>
      <w:pPr>
        <w:widowControl/>
        <w:spacing w:before="0" w:after="420" w:line="276" w:lineRule="auto"/>
        <w:ind w:left="0"/>
      </w:pPr>
      <w:r>
        <w:rPr>
          <w:rFonts w:ascii="Arial" w:hAnsi="Arial"/>
          <w:b w:val="0"/>
          <w:color w:val="000000"/>
          <w:sz w:val="20"/>
        </w:rPr>
        <w:t>Бөлімге 30 минут · Тапсырмалар 29–32</w:t>
      </w:r>
    </w:p>
    <w:p>
      <w:pPr>
        <w:widowControl/>
        <w:spacing w:before="0" w:after="200" w:line="276" w:lineRule="auto"/>
        <w:ind w:left="0"/>
      </w:pPr>
      <w:r>
        <w:rPr>
          <w:rFonts w:ascii="Arial" w:hAnsi="Arial"/>
          <w:b w:val="0"/>
          <w:color w:val="000000"/>
          <w:sz w:val="18"/>
        </w:rPr>
        <w:t>A — A үлкен   B — B үлкен   C — тең   D — ақпарат жеткіліксіз</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29.</w:t>
        <w:tab/>
      </w:r>
      <w:r>
        <w:rPr>
          <w:rFonts w:ascii="Arial" w:hAnsi="Arial"/>
          <w:sz w:val="21"/>
        </w:rPr>
        <w:t>Екі бірдей тауардың әрқайсысына 20% жеңілдік берілген.</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Жалпы бастапқы құнға қатысты жалпы жеңілдік пайызы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40%</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30.</w:t>
        <w:tab/>
      </w:r>
      <w:r>
        <w:rPr>
          <w:rFonts w:ascii="Arial" w:hAnsi="Arial"/>
          <w:sz w:val="21"/>
        </w:rPr>
        <w:t>Тауар 1000 теңге тұрған, қазір 800.</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Жаңа бағаны бұрынғысына жеткізетін өсім</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30%</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31.</w:t>
        <w:tab/>
      </w:r>
      <w:r>
        <w:rPr>
          <w:rFonts w:ascii="Arial" w:hAnsi="Arial"/>
          <w:sz w:val="21"/>
        </w:rPr>
        <w:t>Жолдың екі жартысы 20 және 60 км/сағ жылдамдықпен жүрілді.</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Орташа жылдамдық</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30 км/сағ</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32.</w:t>
        <w:tab/>
      </w:r>
      <w:r>
        <w:rPr>
          <w:rFonts w:ascii="Arial" w:hAnsi="Arial"/>
          <w:sz w:val="21"/>
        </w:rPr>
        <w:t>Қозғалыс графигін пайдаланыңыз.</w:t>
      </w:r>
    </w:p>
    <w:p>
      <w:pPr>
        <w:keepNext/>
        <w:spacing w:after="200"/>
        <w:jc w:val="center"/>
      </w:pPr>
      <w:r>
        <w:drawing>
          <wp:inline xmlns:a="http://schemas.openxmlformats.org/drawingml/2006/main" xmlns:pic="http://schemas.openxmlformats.org/drawingml/2006/picture">
            <wp:extent cx="5740400" cy="2009140"/>
            <wp:docPr id="23" name="Picture 23"/>
            <wp:cNvGraphicFramePr>
              <a:graphicFrameLocks noChangeAspect="1"/>
            </wp:cNvGraphicFramePr>
            <a:graphic>
              <a:graphicData uri="http://schemas.openxmlformats.org/drawingml/2006/picture">
                <pic:pic>
                  <pic:nvPicPr>
                    <pic:cNvPr id="0" name="journey3.png"/>
                    <pic:cNvPicPr/>
                  </pic:nvPicPr>
                  <pic:blipFill>
                    <a:blip r:embed="rId24"/>
                    <a:stretch>
                      <a:fillRect/>
                    </a:stretch>
                  </pic:blipFill>
                  <pic:spPr>
                    <a:xfrm>
                      <a:off x="0" y="0"/>
                      <a:ext cx="5740400" cy="2009140"/>
                    </a:xfrm>
                    <a:prstGeom prst="rect"/>
                  </pic:spPr>
                </pic:pic>
              </a:graphicData>
            </a:graphic>
          </wp:inline>
        </w:drawing>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Аялдауға дейінгі жылдамдық</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Аялдаудан кейінгі жылдамдық</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3-сынақ · Салыстырулар</w:t>
      </w:r>
    </w:p>
    <w:p>
      <w:pPr>
        <w:widowControl/>
        <w:spacing w:before="0" w:after="420" w:line="276" w:lineRule="auto"/>
        <w:ind w:left="0"/>
      </w:pPr>
      <w:r>
        <w:rPr>
          <w:rFonts w:ascii="Arial" w:hAnsi="Arial"/>
          <w:b w:val="0"/>
          <w:color w:val="000000"/>
          <w:sz w:val="20"/>
        </w:rPr>
        <w:t>Бөлімге 30 минут · Тапсырмалар 33–38</w:t>
      </w:r>
    </w:p>
    <w:p>
      <w:pPr>
        <w:widowControl/>
        <w:spacing w:before="0" w:after="200" w:line="276" w:lineRule="auto"/>
        <w:ind w:left="0"/>
      </w:pPr>
      <w:r>
        <w:rPr>
          <w:rFonts w:ascii="Arial" w:hAnsi="Arial"/>
          <w:b w:val="0"/>
          <w:color w:val="000000"/>
          <w:sz w:val="18"/>
        </w:rPr>
        <w:t>A — A үлкен   B — B үлкен   C — тең   D — ақпарат жеткіліксіз</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33.</w:t>
        <w:tab/>
      </w:r>
      <w:r>
        <w:rPr>
          <w:rFonts w:ascii="Arial" w:hAnsi="Arial"/>
          <w:sz w:val="21"/>
        </w:rPr>
        <w:t>Бірінші құбыр бакты 6 сағатта, екіншісі 12 сағатта толтырады. Бак бос.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Бірге 2 сағатта толтырылған үлес</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3/5</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34.</w:t>
        <w:tab/>
      </w:r>
      <w:r>
        <w:rPr>
          <w:rFonts w:ascii="Arial" w:hAnsi="Arial"/>
          <w:sz w:val="21"/>
        </w:rPr>
        <w:t>Шебер тапсырысты 5 сағатта, шәкірт 10 сағатта орындайды.</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Бірлескен жұмыс уақыты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3 сағ</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35.</w:t>
        <w:tab/>
      </w:r>
      <w:r>
        <w:rPr>
          <w:rFonts w:ascii="Arial" w:hAnsi="Arial"/>
          <w:sz w:val="21"/>
        </w:rPr>
        <w:t>Су минутына 5 л жылдамдықпен құйылып, 2 л жылдамдықпен ағады. Қарастырылған 20 минутта ыдыс тасымайды және су таусылмайды.</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20 минуттағы көлем өсімі</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60 л</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36.</w:t>
        <w:tab/>
      </w:r>
      <w:r>
        <w:rPr>
          <w:rFonts w:ascii="Arial" w:hAnsi="Arial"/>
          <w:sz w:val="21"/>
        </w:rPr>
        <w:t>Біріншісінің жылдамдығы екіншісінен 25%-ға үлкен. Қозғалыс уақыттары тең.</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Жүрген жолдардың қатынасы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6/5</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37.</w:t>
        <w:tab/>
      </w:r>
      <w:r>
        <w:rPr>
          <w:rFonts w:ascii="Arial" w:hAnsi="Arial"/>
          <w:sz w:val="21"/>
        </w:rPr>
        <w:t>Ағыс жылдамдығы оң және қайықтың меншікті жылдамдығынан кіші. Қашықтықтар бірдей.</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Ағыс бойымен жүру уақыты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Ағысқа қарсы жүру уақыты</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38.</w:t>
        <w:tab/>
      </w:r>
      <w:r>
        <w:rPr>
          <w:rFonts w:ascii="Arial" w:hAnsi="Arial"/>
          <w:sz w:val="21"/>
        </w:rPr>
        <w:t>Бірдей жұмысты 6 және n бірдей жұмысшыдан тұратын бригадалар үшін салыстырады, мұндағы n &gt; 6 — бүтін сан. Әрқайсысының өнімділігі тұрақты.</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n жұмысшының уақыты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6 жұмысшы уақытының 75%-ы</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3-сынақ · Салыстырулар</w:t>
      </w:r>
    </w:p>
    <w:p>
      <w:pPr>
        <w:widowControl/>
        <w:spacing w:before="0" w:after="420" w:line="276" w:lineRule="auto"/>
        <w:ind w:left="0"/>
      </w:pPr>
      <w:r>
        <w:rPr>
          <w:rFonts w:ascii="Arial" w:hAnsi="Arial"/>
          <w:b w:val="0"/>
          <w:color w:val="000000"/>
          <w:sz w:val="20"/>
        </w:rPr>
        <w:t>Бөлімге 30 минут · Тапсырмалар 39–42</w:t>
      </w:r>
    </w:p>
    <w:p>
      <w:pPr>
        <w:widowControl/>
        <w:spacing w:before="0" w:after="200" w:line="276" w:lineRule="auto"/>
        <w:ind w:left="0"/>
      </w:pPr>
      <w:r>
        <w:rPr>
          <w:rFonts w:ascii="Arial" w:hAnsi="Arial"/>
          <w:b w:val="0"/>
          <w:color w:val="000000"/>
          <w:sz w:val="18"/>
        </w:rPr>
        <w:t>A — A үлкен   B — B үлкен   C — тең   D — ақпарат жеткіліксіз</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39.</w:t>
        <w:tab/>
      </w:r>
      <w:r>
        <w:rPr>
          <w:rFonts w:ascii="Arial" w:hAnsi="Arial"/>
          <w:sz w:val="21"/>
        </w:rPr>
        <w:t>Бағандардағы мәндерді салыстырыңыз.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1,2 м³</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120 000 см³</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40.</w:t>
        <w:tab/>
      </w:r>
      <w:r>
        <w:rPr>
          <w:rFonts w:ascii="Arial" w:hAnsi="Arial"/>
          <w:sz w:val="21"/>
        </w:rPr>
        <w:t>Бағандардағы мәндерді салыстырыңыз.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5 м/с</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19 км/сағ</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41.</w:t>
        <w:tab/>
      </w:r>
      <w:r>
        <w:rPr>
          <w:rFonts w:ascii="Arial" w:hAnsi="Arial"/>
          <w:sz w:val="21"/>
        </w:rPr>
        <w:t>Тіктөртбұрыштың периметрі 20 см және ол шаршы емес.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Оның ауданы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25 см²</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42.</w:t>
        <w:tab/>
      </w:r>
      <w:r>
        <w:rPr>
          <w:rFonts w:ascii="Arial" w:hAnsi="Arial"/>
          <w:sz w:val="21"/>
        </w:rPr>
        <w:t>Екі дөңгелектің радиустарының қатынасы 2 : 5.</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Шеңбер ұзындықтарының қатынасы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2/5</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3-сынақ · Салыстырулар</w:t>
      </w:r>
    </w:p>
    <w:p>
      <w:pPr>
        <w:widowControl/>
        <w:spacing w:before="0" w:after="420" w:line="276" w:lineRule="auto"/>
        <w:ind w:left="0"/>
      </w:pPr>
      <w:r>
        <w:rPr>
          <w:rFonts w:ascii="Arial" w:hAnsi="Arial"/>
          <w:b w:val="0"/>
          <w:color w:val="000000"/>
          <w:sz w:val="20"/>
        </w:rPr>
        <w:t>Бөлімге 30 минут · Тапсырмалар 43–46</w:t>
      </w:r>
    </w:p>
    <w:p>
      <w:pPr>
        <w:widowControl/>
        <w:spacing w:before="0" w:after="200" w:line="276" w:lineRule="auto"/>
        <w:ind w:left="0"/>
      </w:pPr>
      <w:r>
        <w:rPr>
          <w:rFonts w:ascii="Arial" w:hAnsi="Arial"/>
          <w:b w:val="0"/>
          <w:color w:val="000000"/>
          <w:sz w:val="18"/>
        </w:rPr>
        <w:t>A — A үлкен   B — B үлкен   C — тең   D — ақпарат жеткіліксіз</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43.</w:t>
        <w:tab/>
      </w:r>
      <w:r>
        <w:rPr>
          <w:rFonts w:ascii="Arial" w:hAnsi="Arial"/>
          <w:sz w:val="21"/>
        </w:rPr>
        <w:t>Бағандық диаграмманы пайдаланыңыз.</w:t>
      </w:r>
    </w:p>
    <w:p>
      <w:pPr>
        <w:keepNext/>
        <w:spacing w:after="200"/>
        <w:jc w:val="center"/>
      </w:pPr>
      <w:r>
        <w:drawing>
          <wp:inline xmlns:a="http://schemas.openxmlformats.org/drawingml/2006/main" xmlns:pic="http://schemas.openxmlformats.org/drawingml/2006/picture">
            <wp:extent cx="5740400" cy="2009140"/>
            <wp:docPr id="24" name="Picture 24"/>
            <wp:cNvGraphicFramePr>
              <a:graphicFrameLocks noChangeAspect="1"/>
            </wp:cNvGraphicFramePr>
            <a:graphic>
              <a:graphicData uri="http://schemas.openxmlformats.org/drawingml/2006/picture">
                <pic:pic>
                  <pic:nvPicPr>
                    <pic:cNvPr id="0" name="bars3.png"/>
                    <pic:cNvPicPr/>
                  </pic:nvPicPr>
                  <pic:blipFill>
                    <a:blip r:embed="rId26"/>
                    <a:stretch>
                      <a:fillRect/>
                    </a:stretch>
                  </pic:blipFill>
                  <pic:spPr>
                    <a:xfrm>
                      <a:off x="0" y="0"/>
                      <a:ext cx="5740400" cy="2009140"/>
                    </a:xfrm>
                    <a:prstGeom prst="rect"/>
                  </pic:spPr>
                </pic:pic>
              </a:graphicData>
            </a:graphic>
          </wp:inline>
        </w:drawing>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Төрт мәннің медианасы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Төрт мәннің арифметикалық ортасы</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44.</w:t>
        <w:tab/>
      </w:r>
      <w:r>
        <w:rPr>
          <w:rFonts w:ascii="Arial" w:hAnsi="Arial"/>
          <w:sz w:val="21"/>
        </w:rPr>
        <w:t>Текше 8 тең текшеге бөлінді.</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Кіші текшелердің толық бет аудандарының қосындысы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Бастапқы текшенің бет ауданы</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45.</w:t>
        <w:tab/>
      </w:r>
      <w:r>
        <w:rPr>
          <w:rFonts w:ascii="Arial" w:hAnsi="Arial"/>
          <w:sz w:val="21"/>
        </w:rPr>
        <w:t>Екі үшбұрыштың аудандары бірдей және оң. Біріншісінің биіктігі екіншісінен екі есе үлкен.</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Біріншісінің табаны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Екіншісінің табанының жартысы</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46.</w:t>
        <w:tab/>
      </w:r>
      <w:r>
        <w:rPr>
          <w:rFonts w:ascii="Arial" w:hAnsi="Arial"/>
          <w:sz w:val="21"/>
        </w:rPr>
        <w:t>Үшбұрыштың барлық қабырғалары бүтін сандар: екеуі 4 және 7.</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Үшінші қабырғаның ең үлкен мүмкін мәні</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10</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3-сынақ · Салыстырулар</w:t>
      </w:r>
    </w:p>
    <w:p>
      <w:pPr>
        <w:widowControl/>
        <w:spacing w:before="0" w:after="420" w:line="276" w:lineRule="auto"/>
        <w:ind w:left="0"/>
      </w:pPr>
      <w:r>
        <w:rPr>
          <w:rFonts w:ascii="Arial" w:hAnsi="Arial"/>
          <w:b w:val="0"/>
          <w:color w:val="000000"/>
          <w:sz w:val="20"/>
        </w:rPr>
        <w:t>Бөлімге 30 минут · Тапсырмалар 47–50</w:t>
      </w:r>
    </w:p>
    <w:p>
      <w:pPr>
        <w:widowControl/>
        <w:spacing w:before="0" w:after="200" w:line="276" w:lineRule="auto"/>
        <w:ind w:left="0"/>
      </w:pPr>
      <w:r>
        <w:rPr>
          <w:rFonts w:ascii="Arial" w:hAnsi="Arial"/>
          <w:b w:val="0"/>
          <w:color w:val="000000"/>
          <w:sz w:val="18"/>
        </w:rPr>
        <w:t>A — A үлкен   B — B үлкен   C — тең   D — ақпарат жеткіліксіз</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47.</w:t>
        <w:tab/>
      </w:r>
      <w:r>
        <w:rPr>
          <w:rFonts w:ascii="Arial" w:hAnsi="Arial"/>
          <w:sz w:val="21"/>
        </w:rPr>
        <w:t>Үшбұрыштың екі қабырғасы 4 және 7 см; үшіншісі белгісіз.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Оның периметрі</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18 см</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48.</w:t>
        <w:tab/>
      </w:r>
      <w:r>
        <w:rPr>
          <w:rFonts w:ascii="Arial" w:hAnsi="Arial"/>
          <w:sz w:val="21"/>
        </w:rPr>
        <w:t>Екі тікбұрышты қораптың биіктіктері тең, табан аудандары бірдей.</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Біріншісінің көлемі</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Екіншісінің көлемі</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49.</w:t>
        <w:tab/>
      </w:r>
      <w:r>
        <w:rPr>
          <w:rFonts w:ascii="Arial" w:hAnsi="Arial"/>
          <w:sz w:val="21"/>
        </w:rPr>
        <w:t>Екі картаның масштабтары 1 : 1000 және 1 : 2000. Бірдей аумақ бейнеленген.</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Бірінші картадағы кескін ауданы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Екінші картадағы кескін ауданының екі есесі</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50.</w:t>
        <w:tab/>
      </w:r>
      <w:r>
        <w:rPr>
          <w:rFonts w:ascii="Arial" w:hAnsi="Arial"/>
          <w:sz w:val="21"/>
        </w:rPr>
        <w:t>a &gt; 0.</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Қабырғалары a және 4a тіктөртбұрыштың ауданы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Қабырғасы 2a шаршының ауданы</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3-сынақ · Салыстырулар</w:t>
      </w:r>
    </w:p>
    <w:p>
      <w:pPr>
        <w:widowControl/>
        <w:spacing w:before="0" w:after="420" w:line="276" w:lineRule="auto"/>
        <w:ind w:left="0"/>
      </w:pPr>
      <w:r>
        <w:rPr>
          <w:rFonts w:ascii="Arial" w:hAnsi="Arial"/>
          <w:b w:val="0"/>
          <w:color w:val="000000"/>
          <w:sz w:val="20"/>
        </w:rPr>
        <w:t>Бөлімге 30 минут · Тапсырмалар 51–54</w:t>
      </w:r>
    </w:p>
    <w:p>
      <w:pPr>
        <w:widowControl/>
        <w:spacing w:before="0" w:after="200" w:line="276" w:lineRule="auto"/>
        <w:ind w:left="0"/>
      </w:pPr>
      <w:r>
        <w:rPr>
          <w:rFonts w:ascii="Arial" w:hAnsi="Arial"/>
          <w:b w:val="0"/>
          <w:color w:val="000000"/>
          <w:sz w:val="18"/>
        </w:rPr>
        <w:t>A — A үлкен   B — B үлкен   C — тең   D — ақпарат жеткіліксіз</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51.</w:t>
        <w:tab/>
      </w:r>
      <w:r>
        <w:rPr>
          <w:rFonts w:ascii="Arial" w:hAnsi="Arial"/>
          <w:sz w:val="21"/>
        </w:rPr>
        <w:t>Тарифтер графигін пайдаланыңыз.</w:t>
      </w:r>
    </w:p>
    <w:p>
      <w:pPr>
        <w:keepNext/>
        <w:spacing w:after="200"/>
        <w:jc w:val="center"/>
      </w:pPr>
      <w:r>
        <w:drawing>
          <wp:inline xmlns:a="http://schemas.openxmlformats.org/drawingml/2006/main" xmlns:pic="http://schemas.openxmlformats.org/drawingml/2006/picture">
            <wp:extent cx="5740400" cy="2123948"/>
            <wp:docPr id="25" name="Picture 25"/>
            <wp:cNvGraphicFramePr>
              <a:graphicFrameLocks noChangeAspect="1"/>
            </wp:cNvGraphicFramePr>
            <a:graphic>
              <a:graphicData uri="http://schemas.openxmlformats.org/drawingml/2006/picture">
                <pic:pic>
                  <pic:nvPicPr>
                    <pic:cNvPr id="0" name="tariffs3.png"/>
                    <pic:cNvPicPr/>
                  </pic:nvPicPr>
                  <pic:blipFill>
                    <a:blip r:embed="rId27"/>
                    <a:stretch>
                      <a:fillRect/>
                    </a:stretch>
                  </pic:blipFill>
                  <pic:spPr>
                    <a:xfrm>
                      <a:off x="0" y="0"/>
                      <a:ext cx="5740400" cy="2123948"/>
                    </a:xfrm>
                    <a:prstGeom prst="rect"/>
                  </pic:spPr>
                </pic:pic>
              </a:graphicData>
            </a:graphic>
          </wp:inline>
        </w:drawing>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30 км үшін А құны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30 км үшін Б құны</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52.</w:t>
        <w:tab/>
      </w:r>
      <w:r>
        <w:rPr>
          <w:rFonts w:ascii="Arial" w:hAnsi="Arial"/>
          <w:sz w:val="21"/>
        </w:rPr>
        <w:t>Тізімдегі сандардың қосындысы оң. Тізімге нөл қосылды.</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Жаңа арифметикалық орта</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Бұрынғы арифметикалық орта</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53.</w:t>
        <w:tab/>
      </w:r>
      <w:r>
        <w:rPr>
          <w:rFonts w:ascii="Arial" w:hAnsi="Arial"/>
          <w:sz w:val="21"/>
        </w:rPr>
        <w:t>Тізімдегі әр санға 7-ні қосты.</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Медиананың өсімі</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Арифметикалық ортаның өсімі</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54.</w:t>
        <w:tab/>
      </w:r>
      <w:r>
        <w:rPr>
          <w:rFonts w:ascii="Arial" w:hAnsi="Arial"/>
          <w:sz w:val="21"/>
        </w:rPr>
        <w:t>Сыныпта 25 адам, A үйірмесінде 18, B үйірмесінде 16 адам бар.</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Екі үйірмеге де қатысатындардың ең аз мүмкін саны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9</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3-сынақ · Салыстырулар</w:t>
      </w:r>
    </w:p>
    <w:p>
      <w:pPr>
        <w:widowControl/>
        <w:spacing w:before="0" w:after="420" w:line="276" w:lineRule="auto"/>
        <w:ind w:left="0"/>
      </w:pPr>
      <w:r>
        <w:rPr>
          <w:rFonts w:ascii="Arial" w:hAnsi="Arial"/>
          <w:b w:val="0"/>
          <w:color w:val="000000"/>
          <w:sz w:val="20"/>
        </w:rPr>
        <w:t>Бөлімге 30 минут · Тапсырмалар 55–60</w:t>
      </w:r>
    </w:p>
    <w:p>
      <w:pPr>
        <w:widowControl/>
        <w:spacing w:before="0" w:after="200" w:line="276" w:lineRule="auto"/>
        <w:ind w:left="0"/>
      </w:pPr>
      <w:r>
        <w:rPr>
          <w:rFonts w:ascii="Arial" w:hAnsi="Arial"/>
          <w:b w:val="0"/>
          <w:color w:val="000000"/>
          <w:sz w:val="18"/>
        </w:rPr>
        <w:t>A — A үлкен   B — B үлкен   C — тең   D — ақпарат жеткіліксіз</w:t>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55.</w:t>
        <w:tab/>
      </w:r>
      <w:r>
        <w:rPr>
          <w:rFonts w:ascii="Arial" w:hAnsi="Arial"/>
          <w:sz w:val="21"/>
        </w:rPr>
        <w:t>Қапта ақ шарлар қара шарлардан екі есе көп; екі түс те бар.</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Ақ шар таңдау ықтималдығы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2/3</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56.</w:t>
        <w:tab/>
      </w:r>
      <w:r>
        <w:rPr>
          <w:rFonts w:ascii="Arial" w:hAnsi="Arial"/>
          <w:sz w:val="21"/>
        </w:rPr>
        <w:t>4 әртүрлі заттан 2 зат таңдайды.</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Реті ескерілетін таңдаулар саны</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Реті ескерілмейтін таңдаулар санының екі есесі</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57.</w:t>
        <w:tab/>
      </w:r>
      <w:r>
        <w:rPr>
          <w:rFonts w:ascii="Arial" w:hAnsi="Arial"/>
          <w:sz w:val="21"/>
        </w:rPr>
        <w:t>n — натурал сан.</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n(n + 1)</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n² + 1</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58.</w:t>
        <w:tab/>
      </w:r>
      <w:r>
        <w:rPr>
          <w:rFonts w:ascii="Arial" w:hAnsi="Arial"/>
          <w:sz w:val="21"/>
        </w:rPr>
        <w:t>Үш әртүрлі оң бүтін санның қосындысы 12.</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Олардың ең кішісі</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4</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59.</w:t>
        <w:tab/>
      </w:r>
      <w:r>
        <w:rPr>
          <w:rFonts w:ascii="Arial" w:hAnsi="Arial"/>
          <w:sz w:val="21"/>
        </w:rPr>
        <w:t>Іріктемеде 5 сан бар. Ең үлкенін 10-ға арттырды, қалғандары өзгермеді.</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Арифметикалық ортаның өзгерісі</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2</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keepNext/>
        <w:widowControl/>
        <w:tabs>
          <w:tab w:pos="660" w:val="left"/>
        </w:tabs>
        <w:spacing w:before="0" w:after="160" w:line="276" w:lineRule="auto"/>
        <w:ind w:left="660" w:hanging="660"/>
      </w:pPr>
      <w:r>
        <w:rPr>
          <w:rFonts w:ascii="Arial" w:hAnsi="Arial"/>
          <w:b w:val="0"/>
          <w:color w:val="000000"/>
          <w:sz w:val="21"/>
        </w:rPr>
      </w:r>
      <w:r>
        <w:rPr>
          <w:rFonts w:ascii="Arial" w:hAnsi="Arial"/>
          <w:b/>
          <w:color w:val="127A78"/>
          <w:sz w:val="26"/>
        </w:rPr>
        <w:t>60.</w:t>
        <w:tab/>
      </w:r>
      <w:r>
        <w:rPr>
          <w:rFonts w:ascii="Arial" w:hAnsi="Arial"/>
          <w:sz w:val="21"/>
        </w:rPr>
        <w:t>a мен b — бүтін сандар; a + b тақ.</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73"/>
        <w:gridCol w:w="4973"/>
      </w:tblGrid>
      <w:tr>
        <w:trPr>
          <w:cantSplit/>
        </w:trPr>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A бағаны</w:t>
            </w:r>
          </w:p>
        </w:tc>
        <w:tc>
          <w:tcPr>
            <w:tcW w:type="dxa" w:w="4973"/>
            <w:vAlign w:val="center"/>
            <w:tcMar>
              <w:left w:w="110" w:type="dxa"/>
              <w:right w:w="110" w:type="dxa"/>
              <w:top w:w="80" w:type="dxa"/>
              <w:bottom w:w="80" w:type="dxa"/>
            </w:tcMar>
            <w:shd w:fill="233B4B"/>
          </w:tcPr>
          <w:p>
            <w:pPr>
              <w:spacing w:after="0" w:line="254" w:lineRule="auto"/>
            </w:pPr>
            <w:r>
              <w:rPr>
                <w:rFonts w:ascii="Arial" w:hAnsi="Arial"/>
                <w:b/>
                <w:color w:val="FFFFFF"/>
                <w:sz w:val="20"/>
              </w:rPr>
              <w:t>B бағаны</w:t>
            </w:r>
          </w:p>
        </w:tc>
      </w:tr>
      <w:tr>
        <w:trPr>
          <w:cantSplit/>
        </w:trPr>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ab санын 2-ге бөлгендегі қалдық</w:t>
            </w:r>
          </w:p>
        </w:tc>
        <w:tc>
          <w:tcPr>
            <w:tcW w:type="dxa" w:w="4973"/>
            <w:vAlign w:val="center"/>
            <w:tcMar>
              <w:left w:w="110" w:type="dxa"/>
              <w:right w:w="110" w:type="dxa"/>
              <w:top w:w="80" w:type="dxa"/>
              <w:bottom w:w="80" w:type="dxa"/>
            </w:tcMar>
          </w:tcPr>
          <w:p>
            <w:pPr>
              <w:spacing w:after="0" w:line="254" w:lineRule="auto"/>
            </w:pPr>
            <w:r>
              <w:rPr>
                <w:rFonts w:ascii="Arial" w:hAnsi="Arial"/>
                <w:b w:val="0"/>
                <w:color w:val="000000"/>
                <w:sz w:val="20"/>
              </w:rPr>
              <w:t>0</w:t>
            </w:r>
          </w:p>
        </w:tc>
      </w:tr>
    </w:tbl>
    <w:p>
      <w:pPr>
        <w:widowControl/>
        <w:spacing w:before="0" w:after="160" w:line="20" w:lineRule="exact"/>
        <w:ind w:left="0"/>
      </w:pPr>
      <w:r>
        <w:rPr>
          <w:rFonts w:ascii="Arial" w:hAnsi="Arial"/>
          <w:b w:val="0"/>
          <w:color w:val="000000"/>
          <w:sz w:val="2"/>
        </w:rPr>
      </w:r>
    </w:p>
    <w:p>
      <w:pPr>
        <w:widowControl/>
        <w:spacing w:before="0" w:after="14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Жауап бланкісі</w:t>
      </w:r>
    </w:p>
    <w:p>
      <w:pPr>
        <w:widowControl/>
        <w:spacing w:before="0" w:after="420" w:line="276" w:lineRule="auto"/>
        <w:ind w:left="0"/>
      </w:pPr>
      <w:r>
        <w:rPr>
          <w:rFonts w:ascii="Arial" w:hAnsi="Arial"/>
          <w:b w:val="0"/>
          <w:color w:val="000000"/>
          <w:sz w:val="20"/>
        </w:rPr>
        <w:t>3-сынақ · Математика</w:t>
      </w:r>
    </w:p>
    <w:p>
      <w:pPr>
        <w:widowControl/>
        <w:spacing w:before="0" w:after="240" w:line="276" w:lineRule="auto"/>
        <w:ind w:left="0"/>
      </w:pPr>
      <w:r>
        <w:rPr>
          <w:rFonts w:ascii="Arial" w:hAnsi="Arial"/>
          <w:b w:val="0"/>
          <w:color w:val="000000"/>
          <w:sz w:val="21"/>
        </w:rPr>
        <w:t>Аты __________________________   Күні ______________</w:t>
      </w:r>
    </w:p>
    <w:p>
      <w:pPr>
        <w:widowControl/>
        <w:spacing w:before="0" w:after="240" w:line="276" w:lineRule="auto"/>
        <w:ind w:left="0"/>
      </w:pPr>
      <w:r>
        <w:rPr>
          <w:rFonts w:ascii="Arial" w:hAnsi="Arial"/>
          <w:b w:val="0"/>
          <w:color w:val="000000"/>
          <w:sz w:val="19"/>
        </w:rPr>
        <w:t>Таңдалған әріптің жанындағы бір өрісті бояңыз. Қара шарикті қалам қолданыңыз. Бұл — оқу бланкісі, НЗМ-нің ресми жауап парағының көшірмесі емес.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696"/>
        <w:gridCol w:w="4277"/>
        <w:gridCol w:w="696"/>
        <w:gridCol w:w="4277"/>
      </w:tblGrid>
      <w:tr>
        <w:trPr>
          <w:cantSplit/>
        </w:trPr>
        <w:tc>
          <w:tcPr>
            <w:tcW w:type="dxa" w:w="696"/>
            <w:vAlign w:val="center"/>
            <w:tcMar>
              <w:left w:w="110" w:type="dxa"/>
              <w:right w:w="110" w:type="dxa"/>
              <w:top w:w="80" w:type="dxa"/>
              <w:bottom w:w="80" w:type="dxa"/>
            </w:tcMar>
            <w:shd w:fill="233B4B"/>
          </w:tcPr>
          <w:p>
            <w:pPr>
              <w:spacing w:after="0" w:line="254" w:lineRule="auto"/>
            </w:pPr>
            <w:r>
              <w:rPr>
                <w:rFonts w:ascii="Arial" w:hAnsi="Arial"/>
                <w:b/>
                <w:color w:val="FFFFFF"/>
                <w:sz w:val="17"/>
              </w:rPr>
              <w:t>№</w:t>
            </w:r>
          </w:p>
        </w:tc>
        <w:tc>
          <w:tcPr>
            <w:tcW w:type="dxa" w:w="4277"/>
            <w:vAlign w:val="center"/>
            <w:tcMar>
              <w:left w:w="110" w:type="dxa"/>
              <w:right w:w="110" w:type="dxa"/>
              <w:top w:w="80" w:type="dxa"/>
              <w:bottom w:w="80" w:type="dxa"/>
            </w:tcMar>
            <w:shd w:fill="233B4B"/>
          </w:tcPr>
          <w:p>
            <w:pPr>
              <w:spacing w:after="0" w:line="254" w:lineRule="auto"/>
            </w:pPr>
            <w:r>
              <w:rPr>
                <w:rFonts w:ascii="Arial" w:hAnsi="Arial"/>
                <w:b/>
                <w:color w:val="FFFFFF"/>
                <w:sz w:val="17"/>
              </w:rPr>
              <w:t>Жауап</w:t>
            </w:r>
          </w:p>
        </w:tc>
        <w:tc>
          <w:tcPr>
            <w:tcW w:type="dxa" w:w="696"/>
            <w:vAlign w:val="center"/>
            <w:tcMar>
              <w:left w:w="110" w:type="dxa"/>
              <w:right w:w="110" w:type="dxa"/>
              <w:top w:w="80" w:type="dxa"/>
              <w:bottom w:w="80" w:type="dxa"/>
            </w:tcMar>
            <w:shd w:fill="233B4B"/>
          </w:tcPr>
          <w:p>
            <w:pPr>
              <w:spacing w:after="0" w:line="254" w:lineRule="auto"/>
            </w:pPr>
            <w:r>
              <w:rPr>
                <w:rFonts w:ascii="Arial" w:hAnsi="Arial"/>
                <w:b/>
                <w:color w:val="FFFFFF"/>
                <w:sz w:val="17"/>
              </w:rPr>
              <w:t>№</w:t>
            </w:r>
          </w:p>
        </w:tc>
        <w:tc>
          <w:tcPr>
            <w:tcW w:type="dxa" w:w="4277"/>
            <w:vAlign w:val="center"/>
            <w:tcMar>
              <w:left w:w="110" w:type="dxa"/>
              <w:right w:w="110" w:type="dxa"/>
              <w:top w:w="80" w:type="dxa"/>
              <w:bottom w:w="80" w:type="dxa"/>
            </w:tcMar>
            <w:shd w:fill="233B4B"/>
          </w:tcPr>
          <w:p>
            <w:pPr>
              <w:spacing w:after="0" w:line="254" w:lineRule="auto"/>
            </w:pPr>
            <w:r>
              <w:rPr>
                <w:rFonts w:ascii="Arial" w:hAnsi="Arial"/>
                <w:b/>
                <w:color w:val="FFFFFF"/>
                <w:sz w:val="17"/>
              </w:rPr>
              <w:t>Жауап</w:t>
            </w:r>
          </w:p>
        </w:tc>
      </w:tr>
      <w:tr>
        <w:trPr>
          <w:cantSplit/>
        </w:trPr>
        <w:tc>
          <w:tcPr>
            <w:tcW w:type="dxa" w:w="696"/>
            <w:vAlign w:val="center"/>
            <w:tcMar>
              <w:left w:w="110" w:type="dxa"/>
              <w:right w:w="110" w:type="dxa"/>
              <w:top w:w="80" w:type="dxa"/>
              <w:bottom w:w="80" w:type="dxa"/>
            </w:tcMar>
          </w:tcPr>
          <w:p>
            <w:pPr>
              <w:spacing w:after="0" w:line="254" w:lineRule="auto"/>
            </w:pPr>
            <w:r>
              <w:rPr>
                <w:rFonts w:ascii="Arial" w:hAnsi="Arial"/>
                <w:b w:val="0"/>
                <w:color w:val="000000"/>
                <w:sz w:val="17"/>
              </w:rPr>
              <w:t>1</w:t>
            </w:r>
          </w:p>
        </w:tc>
        <w:tc>
          <w:tcPr>
            <w:tcW w:type="dxa" w:w="4277"/>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696"/>
            <w:vAlign w:val="center"/>
            <w:tcMar>
              <w:left w:w="110" w:type="dxa"/>
              <w:right w:w="110" w:type="dxa"/>
              <w:top w:w="80" w:type="dxa"/>
              <w:bottom w:w="80" w:type="dxa"/>
            </w:tcMar>
          </w:tcPr>
          <w:p>
            <w:pPr>
              <w:spacing w:after="0" w:line="254" w:lineRule="auto"/>
            </w:pPr>
            <w:r>
              <w:rPr>
                <w:rFonts w:ascii="Arial" w:hAnsi="Arial"/>
                <w:b w:val="0"/>
                <w:color w:val="000000"/>
                <w:sz w:val="17"/>
              </w:rPr>
              <w:t>21</w:t>
            </w:r>
          </w:p>
        </w:tc>
        <w:tc>
          <w:tcPr>
            <w:tcW w:type="dxa" w:w="4277"/>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r>
      <w:tr>
        <w:trPr>
          <w:cantSplit/>
        </w:trPr>
        <w:tc>
          <w:tcPr>
            <w:tcW w:type="dxa" w:w="696"/>
            <w:vAlign w:val="center"/>
            <w:tcMar>
              <w:left w:w="110" w:type="dxa"/>
              <w:right w:w="110" w:type="dxa"/>
              <w:top w:w="80" w:type="dxa"/>
              <w:bottom w:w="80" w:type="dxa"/>
            </w:tcMar>
            <w:shd w:fill="F3F6F7"/>
          </w:tcPr>
          <w:p>
            <w:pPr>
              <w:spacing w:after="0" w:line="254" w:lineRule="auto"/>
            </w:pPr>
            <w:r>
              <w:rPr>
                <w:rFonts w:ascii="Arial" w:hAnsi="Arial"/>
                <w:b w:val="0"/>
                <w:color w:val="000000"/>
                <w:sz w:val="17"/>
              </w:rPr>
              <w:t>2</w:t>
            </w:r>
          </w:p>
        </w:tc>
        <w:tc>
          <w:tcPr>
            <w:tcW w:type="dxa" w:w="427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696"/>
            <w:vAlign w:val="center"/>
            <w:tcMar>
              <w:left w:w="110" w:type="dxa"/>
              <w:right w:w="110" w:type="dxa"/>
              <w:top w:w="80" w:type="dxa"/>
              <w:bottom w:w="80" w:type="dxa"/>
            </w:tcMar>
            <w:shd w:fill="F3F6F7"/>
          </w:tcPr>
          <w:p>
            <w:pPr>
              <w:spacing w:after="0" w:line="254" w:lineRule="auto"/>
            </w:pPr>
            <w:r>
              <w:rPr>
                <w:rFonts w:ascii="Arial" w:hAnsi="Arial"/>
                <w:b w:val="0"/>
                <w:color w:val="000000"/>
                <w:sz w:val="17"/>
              </w:rPr>
              <w:t>22</w:t>
            </w:r>
          </w:p>
        </w:tc>
        <w:tc>
          <w:tcPr>
            <w:tcW w:type="dxa" w:w="427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r>
      <w:tr>
        <w:trPr>
          <w:cantSplit/>
        </w:trPr>
        <w:tc>
          <w:tcPr>
            <w:tcW w:type="dxa" w:w="696"/>
            <w:vAlign w:val="center"/>
            <w:tcMar>
              <w:left w:w="110" w:type="dxa"/>
              <w:right w:w="110" w:type="dxa"/>
              <w:top w:w="80" w:type="dxa"/>
              <w:bottom w:w="80" w:type="dxa"/>
            </w:tcMar>
          </w:tcPr>
          <w:p>
            <w:pPr>
              <w:spacing w:after="0" w:line="254" w:lineRule="auto"/>
            </w:pPr>
            <w:r>
              <w:rPr>
                <w:rFonts w:ascii="Arial" w:hAnsi="Arial"/>
                <w:b w:val="0"/>
                <w:color w:val="000000"/>
                <w:sz w:val="17"/>
              </w:rPr>
              <w:t>3</w:t>
            </w:r>
          </w:p>
        </w:tc>
        <w:tc>
          <w:tcPr>
            <w:tcW w:type="dxa" w:w="4277"/>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696"/>
            <w:vAlign w:val="center"/>
            <w:tcMar>
              <w:left w:w="110" w:type="dxa"/>
              <w:right w:w="110" w:type="dxa"/>
              <w:top w:w="80" w:type="dxa"/>
              <w:bottom w:w="80" w:type="dxa"/>
            </w:tcMar>
          </w:tcPr>
          <w:p>
            <w:pPr>
              <w:spacing w:after="0" w:line="254" w:lineRule="auto"/>
            </w:pPr>
            <w:r>
              <w:rPr>
                <w:rFonts w:ascii="Arial" w:hAnsi="Arial"/>
                <w:b w:val="0"/>
                <w:color w:val="000000"/>
                <w:sz w:val="17"/>
              </w:rPr>
              <w:t>23</w:t>
            </w:r>
          </w:p>
        </w:tc>
        <w:tc>
          <w:tcPr>
            <w:tcW w:type="dxa" w:w="4277"/>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r>
      <w:tr>
        <w:trPr>
          <w:cantSplit/>
        </w:trPr>
        <w:tc>
          <w:tcPr>
            <w:tcW w:type="dxa" w:w="696"/>
            <w:vAlign w:val="center"/>
            <w:tcMar>
              <w:left w:w="110" w:type="dxa"/>
              <w:right w:w="110" w:type="dxa"/>
              <w:top w:w="80" w:type="dxa"/>
              <w:bottom w:w="80" w:type="dxa"/>
            </w:tcMar>
            <w:shd w:fill="F3F6F7"/>
          </w:tcPr>
          <w:p>
            <w:pPr>
              <w:spacing w:after="0" w:line="254" w:lineRule="auto"/>
            </w:pPr>
            <w:r>
              <w:rPr>
                <w:rFonts w:ascii="Arial" w:hAnsi="Arial"/>
                <w:b w:val="0"/>
                <w:color w:val="000000"/>
                <w:sz w:val="17"/>
              </w:rPr>
              <w:t>4</w:t>
            </w:r>
          </w:p>
        </w:tc>
        <w:tc>
          <w:tcPr>
            <w:tcW w:type="dxa" w:w="427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696"/>
            <w:vAlign w:val="center"/>
            <w:tcMar>
              <w:left w:w="110" w:type="dxa"/>
              <w:right w:w="110" w:type="dxa"/>
              <w:top w:w="80" w:type="dxa"/>
              <w:bottom w:w="80" w:type="dxa"/>
            </w:tcMar>
            <w:shd w:fill="F3F6F7"/>
          </w:tcPr>
          <w:p>
            <w:pPr>
              <w:spacing w:after="0" w:line="254" w:lineRule="auto"/>
            </w:pPr>
            <w:r>
              <w:rPr>
                <w:rFonts w:ascii="Arial" w:hAnsi="Arial"/>
                <w:b w:val="0"/>
                <w:color w:val="000000"/>
                <w:sz w:val="17"/>
              </w:rPr>
              <w:t>24</w:t>
            </w:r>
          </w:p>
        </w:tc>
        <w:tc>
          <w:tcPr>
            <w:tcW w:type="dxa" w:w="427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r>
      <w:tr>
        <w:trPr>
          <w:cantSplit/>
        </w:trPr>
        <w:tc>
          <w:tcPr>
            <w:tcW w:type="dxa" w:w="696"/>
            <w:vAlign w:val="center"/>
            <w:tcMar>
              <w:left w:w="110" w:type="dxa"/>
              <w:right w:w="110" w:type="dxa"/>
              <w:top w:w="80" w:type="dxa"/>
              <w:bottom w:w="80" w:type="dxa"/>
            </w:tcMar>
          </w:tcPr>
          <w:p>
            <w:pPr>
              <w:spacing w:after="0" w:line="254" w:lineRule="auto"/>
            </w:pPr>
            <w:r>
              <w:rPr>
                <w:rFonts w:ascii="Arial" w:hAnsi="Arial"/>
                <w:b w:val="0"/>
                <w:color w:val="000000"/>
                <w:sz w:val="17"/>
              </w:rPr>
              <w:t>5</w:t>
            </w:r>
          </w:p>
        </w:tc>
        <w:tc>
          <w:tcPr>
            <w:tcW w:type="dxa" w:w="4277"/>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696"/>
            <w:vAlign w:val="center"/>
            <w:tcMar>
              <w:left w:w="110" w:type="dxa"/>
              <w:right w:w="110" w:type="dxa"/>
              <w:top w:w="80" w:type="dxa"/>
              <w:bottom w:w="80" w:type="dxa"/>
            </w:tcMar>
          </w:tcPr>
          <w:p>
            <w:pPr>
              <w:spacing w:after="0" w:line="254" w:lineRule="auto"/>
            </w:pPr>
            <w:r>
              <w:rPr>
                <w:rFonts w:ascii="Arial" w:hAnsi="Arial"/>
                <w:b w:val="0"/>
                <w:color w:val="000000"/>
                <w:sz w:val="17"/>
              </w:rPr>
              <w:t>25</w:t>
            </w:r>
          </w:p>
        </w:tc>
        <w:tc>
          <w:tcPr>
            <w:tcW w:type="dxa" w:w="4277"/>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r>
      <w:tr>
        <w:trPr>
          <w:cantSplit/>
        </w:trPr>
        <w:tc>
          <w:tcPr>
            <w:tcW w:type="dxa" w:w="696"/>
            <w:vAlign w:val="center"/>
            <w:tcMar>
              <w:left w:w="110" w:type="dxa"/>
              <w:right w:w="110" w:type="dxa"/>
              <w:top w:w="80" w:type="dxa"/>
              <w:bottom w:w="80" w:type="dxa"/>
            </w:tcMar>
            <w:shd w:fill="F3F6F7"/>
          </w:tcPr>
          <w:p>
            <w:pPr>
              <w:spacing w:after="0" w:line="254" w:lineRule="auto"/>
            </w:pPr>
            <w:r>
              <w:rPr>
                <w:rFonts w:ascii="Arial" w:hAnsi="Arial"/>
                <w:b w:val="0"/>
                <w:color w:val="000000"/>
                <w:sz w:val="17"/>
              </w:rPr>
              <w:t>6</w:t>
            </w:r>
          </w:p>
        </w:tc>
        <w:tc>
          <w:tcPr>
            <w:tcW w:type="dxa" w:w="427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696"/>
            <w:vAlign w:val="center"/>
            <w:tcMar>
              <w:left w:w="110" w:type="dxa"/>
              <w:right w:w="110" w:type="dxa"/>
              <w:top w:w="80" w:type="dxa"/>
              <w:bottom w:w="80" w:type="dxa"/>
            </w:tcMar>
            <w:shd w:fill="F3F6F7"/>
          </w:tcPr>
          <w:p>
            <w:pPr>
              <w:spacing w:after="0" w:line="254" w:lineRule="auto"/>
            </w:pPr>
            <w:r>
              <w:rPr>
                <w:rFonts w:ascii="Arial" w:hAnsi="Arial"/>
                <w:b w:val="0"/>
                <w:color w:val="000000"/>
                <w:sz w:val="17"/>
              </w:rPr>
              <w:t>26</w:t>
            </w:r>
          </w:p>
        </w:tc>
        <w:tc>
          <w:tcPr>
            <w:tcW w:type="dxa" w:w="427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r>
      <w:tr>
        <w:trPr>
          <w:cantSplit/>
        </w:trPr>
        <w:tc>
          <w:tcPr>
            <w:tcW w:type="dxa" w:w="696"/>
            <w:vAlign w:val="center"/>
            <w:tcMar>
              <w:left w:w="110" w:type="dxa"/>
              <w:right w:w="110" w:type="dxa"/>
              <w:top w:w="80" w:type="dxa"/>
              <w:bottom w:w="80" w:type="dxa"/>
            </w:tcMar>
          </w:tcPr>
          <w:p>
            <w:pPr>
              <w:spacing w:after="0" w:line="254" w:lineRule="auto"/>
            </w:pPr>
            <w:r>
              <w:rPr>
                <w:rFonts w:ascii="Arial" w:hAnsi="Arial"/>
                <w:b w:val="0"/>
                <w:color w:val="000000"/>
                <w:sz w:val="17"/>
              </w:rPr>
              <w:t>7</w:t>
            </w:r>
          </w:p>
        </w:tc>
        <w:tc>
          <w:tcPr>
            <w:tcW w:type="dxa" w:w="4277"/>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696"/>
            <w:vAlign w:val="center"/>
            <w:tcMar>
              <w:left w:w="110" w:type="dxa"/>
              <w:right w:w="110" w:type="dxa"/>
              <w:top w:w="80" w:type="dxa"/>
              <w:bottom w:w="80" w:type="dxa"/>
            </w:tcMar>
          </w:tcPr>
          <w:p>
            <w:pPr>
              <w:spacing w:after="0" w:line="254" w:lineRule="auto"/>
            </w:pPr>
            <w:r>
              <w:rPr>
                <w:rFonts w:ascii="Arial" w:hAnsi="Arial"/>
                <w:b w:val="0"/>
                <w:color w:val="000000"/>
                <w:sz w:val="17"/>
              </w:rPr>
              <w:t>27</w:t>
            </w:r>
          </w:p>
        </w:tc>
        <w:tc>
          <w:tcPr>
            <w:tcW w:type="dxa" w:w="4277"/>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r>
      <w:tr>
        <w:trPr>
          <w:cantSplit/>
        </w:trPr>
        <w:tc>
          <w:tcPr>
            <w:tcW w:type="dxa" w:w="696"/>
            <w:vAlign w:val="center"/>
            <w:tcMar>
              <w:left w:w="110" w:type="dxa"/>
              <w:right w:w="110" w:type="dxa"/>
              <w:top w:w="80" w:type="dxa"/>
              <w:bottom w:w="80" w:type="dxa"/>
            </w:tcMar>
            <w:shd w:fill="F3F6F7"/>
          </w:tcPr>
          <w:p>
            <w:pPr>
              <w:spacing w:after="0" w:line="254" w:lineRule="auto"/>
            </w:pPr>
            <w:r>
              <w:rPr>
                <w:rFonts w:ascii="Arial" w:hAnsi="Arial"/>
                <w:b w:val="0"/>
                <w:color w:val="000000"/>
                <w:sz w:val="17"/>
              </w:rPr>
              <w:t>8</w:t>
            </w:r>
          </w:p>
        </w:tc>
        <w:tc>
          <w:tcPr>
            <w:tcW w:type="dxa" w:w="427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696"/>
            <w:vAlign w:val="center"/>
            <w:tcMar>
              <w:left w:w="110" w:type="dxa"/>
              <w:right w:w="110" w:type="dxa"/>
              <w:top w:w="80" w:type="dxa"/>
              <w:bottom w:w="80" w:type="dxa"/>
            </w:tcMar>
            <w:shd w:fill="F3F6F7"/>
          </w:tcPr>
          <w:p>
            <w:pPr>
              <w:spacing w:after="0" w:line="254" w:lineRule="auto"/>
            </w:pPr>
            <w:r>
              <w:rPr>
                <w:rFonts w:ascii="Arial" w:hAnsi="Arial"/>
                <w:b w:val="0"/>
                <w:color w:val="000000"/>
                <w:sz w:val="17"/>
              </w:rPr>
              <w:t>28</w:t>
            </w:r>
          </w:p>
        </w:tc>
        <w:tc>
          <w:tcPr>
            <w:tcW w:type="dxa" w:w="427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r>
      <w:tr>
        <w:trPr>
          <w:cantSplit/>
        </w:trPr>
        <w:tc>
          <w:tcPr>
            <w:tcW w:type="dxa" w:w="696"/>
            <w:vAlign w:val="center"/>
            <w:tcMar>
              <w:left w:w="110" w:type="dxa"/>
              <w:right w:w="110" w:type="dxa"/>
              <w:top w:w="80" w:type="dxa"/>
              <w:bottom w:w="80" w:type="dxa"/>
            </w:tcMar>
          </w:tcPr>
          <w:p>
            <w:pPr>
              <w:spacing w:after="0" w:line="254" w:lineRule="auto"/>
            </w:pPr>
            <w:r>
              <w:rPr>
                <w:rFonts w:ascii="Arial" w:hAnsi="Arial"/>
                <w:b w:val="0"/>
                <w:color w:val="000000"/>
                <w:sz w:val="17"/>
              </w:rPr>
              <w:t>9</w:t>
            </w:r>
          </w:p>
        </w:tc>
        <w:tc>
          <w:tcPr>
            <w:tcW w:type="dxa" w:w="4277"/>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696"/>
            <w:vAlign w:val="center"/>
            <w:tcMar>
              <w:left w:w="110" w:type="dxa"/>
              <w:right w:w="110" w:type="dxa"/>
              <w:top w:w="80" w:type="dxa"/>
              <w:bottom w:w="80" w:type="dxa"/>
            </w:tcMar>
          </w:tcPr>
          <w:p>
            <w:pPr>
              <w:spacing w:after="0" w:line="254" w:lineRule="auto"/>
            </w:pPr>
            <w:r>
              <w:rPr>
                <w:rFonts w:ascii="Arial" w:hAnsi="Arial"/>
                <w:b w:val="0"/>
                <w:color w:val="000000"/>
                <w:sz w:val="17"/>
              </w:rPr>
              <w:t>29</w:t>
            </w:r>
          </w:p>
        </w:tc>
        <w:tc>
          <w:tcPr>
            <w:tcW w:type="dxa" w:w="4277"/>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r>
      <w:tr>
        <w:trPr>
          <w:cantSplit/>
        </w:trPr>
        <w:tc>
          <w:tcPr>
            <w:tcW w:type="dxa" w:w="696"/>
            <w:vAlign w:val="center"/>
            <w:tcMar>
              <w:left w:w="110" w:type="dxa"/>
              <w:right w:w="110" w:type="dxa"/>
              <w:top w:w="80" w:type="dxa"/>
              <w:bottom w:w="80" w:type="dxa"/>
            </w:tcMar>
            <w:shd w:fill="F3F6F7"/>
          </w:tcPr>
          <w:p>
            <w:pPr>
              <w:spacing w:after="0" w:line="254" w:lineRule="auto"/>
            </w:pPr>
            <w:r>
              <w:rPr>
                <w:rFonts w:ascii="Arial" w:hAnsi="Arial"/>
                <w:b w:val="0"/>
                <w:color w:val="000000"/>
                <w:sz w:val="17"/>
              </w:rPr>
              <w:t>10</w:t>
            </w:r>
          </w:p>
        </w:tc>
        <w:tc>
          <w:tcPr>
            <w:tcW w:type="dxa" w:w="427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696"/>
            <w:vAlign w:val="center"/>
            <w:tcMar>
              <w:left w:w="110" w:type="dxa"/>
              <w:right w:w="110" w:type="dxa"/>
              <w:top w:w="80" w:type="dxa"/>
              <w:bottom w:w="80" w:type="dxa"/>
            </w:tcMar>
            <w:shd w:fill="F3F6F7"/>
          </w:tcPr>
          <w:p>
            <w:pPr>
              <w:spacing w:after="0" w:line="254" w:lineRule="auto"/>
            </w:pPr>
            <w:r>
              <w:rPr>
                <w:rFonts w:ascii="Arial" w:hAnsi="Arial"/>
                <w:b w:val="0"/>
                <w:color w:val="000000"/>
                <w:sz w:val="17"/>
              </w:rPr>
              <w:t>30</w:t>
            </w:r>
          </w:p>
        </w:tc>
        <w:tc>
          <w:tcPr>
            <w:tcW w:type="dxa" w:w="427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r>
      <w:tr>
        <w:trPr>
          <w:cantSplit/>
        </w:trPr>
        <w:tc>
          <w:tcPr>
            <w:tcW w:type="dxa" w:w="696"/>
            <w:vAlign w:val="center"/>
            <w:tcMar>
              <w:left w:w="110" w:type="dxa"/>
              <w:right w:w="110" w:type="dxa"/>
              <w:top w:w="80" w:type="dxa"/>
              <w:bottom w:w="80" w:type="dxa"/>
            </w:tcMar>
          </w:tcPr>
          <w:p>
            <w:pPr>
              <w:spacing w:after="0" w:line="254" w:lineRule="auto"/>
            </w:pPr>
            <w:r>
              <w:rPr>
                <w:rFonts w:ascii="Arial" w:hAnsi="Arial"/>
                <w:b w:val="0"/>
                <w:color w:val="000000"/>
                <w:sz w:val="17"/>
              </w:rPr>
              <w:t>11</w:t>
            </w:r>
          </w:p>
        </w:tc>
        <w:tc>
          <w:tcPr>
            <w:tcW w:type="dxa" w:w="4277"/>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696"/>
            <w:vAlign w:val="center"/>
            <w:tcMar>
              <w:left w:w="110" w:type="dxa"/>
              <w:right w:w="110" w:type="dxa"/>
              <w:top w:w="80" w:type="dxa"/>
              <w:bottom w:w="80" w:type="dxa"/>
            </w:tcMar>
          </w:tcPr>
          <w:p>
            <w:pPr>
              <w:spacing w:after="0" w:line="254" w:lineRule="auto"/>
            </w:pPr>
            <w:r>
              <w:rPr>
                <w:rFonts w:ascii="Arial" w:hAnsi="Arial"/>
                <w:b w:val="0"/>
                <w:color w:val="000000"/>
                <w:sz w:val="17"/>
              </w:rPr>
              <w:t>31</w:t>
            </w:r>
          </w:p>
        </w:tc>
        <w:tc>
          <w:tcPr>
            <w:tcW w:type="dxa" w:w="4277"/>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r>
      <w:tr>
        <w:trPr>
          <w:cantSplit/>
        </w:trPr>
        <w:tc>
          <w:tcPr>
            <w:tcW w:type="dxa" w:w="696"/>
            <w:vAlign w:val="center"/>
            <w:tcMar>
              <w:left w:w="110" w:type="dxa"/>
              <w:right w:w="110" w:type="dxa"/>
              <w:top w:w="80" w:type="dxa"/>
              <w:bottom w:w="80" w:type="dxa"/>
            </w:tcMar>
            <w:shd w:fill="F3F6F7"/>
          </w:tcPr>
          <w:p>
            <w:pPr>
              <w:spacing w:after="0" w:line="254" w:lineRule="auto"/>
            </w:pPr>
            <w:r>
              <w:rPr>
                <w:rFonts w:ascii="Arial" w:hAnsi="Arial"/>
                <w:b w:val="0"/>
                <w:color w:val="000000"/>
                <w:sz w:val="17"/>
              </w:rPr>
              <w:t>12</w:t>
            </w:r>
          </w:p>
        </w:tc>
        <w:tc>
          <w:tcPr>
            <w:tcW w:type="dxa" w:w="427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696"/>
            <w:vAlign w:val="center"/>
            <w:tcMar>
              <w:left w:w="110" w:type="dxa"/>
              <w:right w:w="110" w:type="dxa"/>
              <w:top w:w="80" w:type="dxa"/>
              <w:bottom w:w="80" w:type="dxa"/>
            </w:tcMar>
            <w:shd w:fill="F3F6F7"/>
          </w:tcPr>
          <w:p>
            <w:pPr>
              <w:spacing w:after="0" w:line="254" w:lineRule="auto"/>
            </w:pPr>
            <w:r>
              <w:rPr>
                <w:rFonts w:ascii="Arial" w:hAnsi="Arial"/>
                <w:b w:val="0"/>
                <w:color w:val="000000"/>
                <w:sz w:val="17"/>
              </w:rPr>
              <w:t>32</w:t>
            </w:r>
          </w:p>
        </w:tc>
        <w:tc>
          <w:tcPr>
            <w:tcW w:type="dxa" w:w="427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r>
      <w:tr>
        <w:trPr>
          <w:cantSplit/>
        </w:trPr>
        <w:tc>
          <w:tcPr>
            <w:tcW w:type="dxa" w:w="696"/>
            <w:vAlign w:val="center"/>
            <w:tcMar>
              <w:left w:w="110" w:type="dxa"/>
              <w:right w:w="110" w:type="dxa"/>
              <w:top w:w="80" w:type="dxa"/>
              <w:bottom w:w="80" w:type="dxa"/>
            </w:tcMar>
          </w:tcPr>
          <w:p>
            <w:pPr>
              <w:spacing w:after="0" w:line="254" w:lineRule="auto"/>
            </w:pPr>
            <w:r>
              <w:rPr>
                <w:rFonts w:ascii="Arial" w:hAnsi="Arial"/>
                <w:b w:val="0"/>
                <w:color w:val="000000"/>
                <w:sz w:val="17"/>
              </w:rPr>
              <w:t>13</w:t>
            </w:r>
          </w:p>
        </w:tc>
        <w:tc>
          <w:tcPr>
            <w:tcW w:type="dxa" w:w="4277"/>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696"/>
            <w:vAlign w:val="center"/>
            <w:tcMar>
              <w:left w:w="110" w:type="dxa"/>
              <w:right w:w="110" w:type="dxa"/>
              <w:top w:w="80" w:type="dxa"/>
              <w:bottom w:w="80" w:type="dxa"/>
            </w:tcMar>
          </w:tcPr>
          <w:p>
            <w:pPr>
              <w:spacing w:after="0" w:line="254" w:lineRule="auto"/>
            </w:pPr>
            <w:r>
              <w:rPr>
                <w:rFonts w:ascii="Arial" w:hAnsi="Arial"/>
                <w:b w:val="0"/>
                <w:color w:val="000000"/>
                <w:sz w:val="17"/>
              </w:rPr>
              <w:t>33</w:t>
            </w:r>
          </w:p>
        </w:tc>
        <w:tc>
          <w:tcPr>
            <w:tcW w:type="dxa" w:w="4277"/>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r>
      <w:tr>
        <w:trPr>
          <w:cantSplit/>
        </w:trPr>
        <w:tc>
          <w:tcPr>
            <w:tcW w:type="dxa" w:w="696"/>
            <w:vAlign w:val="center"/>
            <w:tcMar>
              <w:left w:w="110" w:type="dxa"/>
              <w:right w:w="110" w:type="dxa"/>
              <w:top w:w="80" w:type="dxa"/>
              <w:bottom w:w="80" w:type="dxa"/>
            </w:tcMar>
            <w:shd w:fill="F3F6F7"/>
          </w:tcPr>
          <w:p>
            <w:pPr>
              <w:spacing w:after="0" w:line="254" w:lineRule="auto"/>
            </w:pPr>
            <w:r>
              <w:rPr>
                <w:rFonts w:ascii="Arial" w:hAnsi="Arial"/>
                <w:b w:val="0"/>
                <w:color w:val="000000"/>
                <w:sz w:val="17"/>
              </w:rPr>
              <w:t>14</w:t>
            </w:r>
          </w:p>
        </w:tc>
        <w:tc>
          <w:tcPr>
            <w:tcW w:type="dxa" w:w="427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696"/>
            <w:vAlign w:val="center"/>
            <w:tcMar>
              <w:left w:w="110" w:type="dxa"/>
              <w:right w:w="110" w:type="dxa"/>
              <w:top w:w="80" w:type="dxa"/>
              <w:bottom w:w="80" w:type="dxa"/>
            </w:tcMar>
            <w:shd w:fill="F3F6F7"/>
          </w:tcPr>
          <w:p>
            <w:pPr>
              <w:spacing w:after="0" w:line="254" w:lineRule="auto"/>
            </w:pPr>
            <w:r>
              <w:rPr>
                <w:rFonts w:ascii="Arial" w:hAnsi="Arial"/>
                <w:b w:val="0"/>
                <w:color w:val="000000"/>
                <w:sz w:val="17"/>
              </w:rPr>
              <w:t>34</w:t>
            </w:r>
          </w:p>
        </w:tc>
        <w:tc>
          <w:tcPr>
            <w:tcW w:type="dxa" w:w="427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r>
      <w:tr>
        <w:trPr>
          <w:cantSplit/>
        </w:trPr>
        <w:tc>
          <w:tcPr>
            <w:tcW w:type="dxa" w:w="696"/>
            <w:vAlign w:val="center"/>
            <w:tcMar>
              <w:left w:w="110" w:type="dxa"/>
              <w:right w:w="110" w:type="dxa"/>
              <w:top w:w="80" w:type="dxa"/>
              <w:bottom w:w="80" w:type="dxa"/>
            </w:tcMar>
          </w:tcPr>
          <w:p>
            <w:pPr>
              <w:spacing w:after="0" w:line="254" w:lineRule="auto"/>
            </w:pPr>
            <w:r>
              <w:rPr>
                <w:rFonts w:ascii="Arial" w:hAnsi="Arial"/>
                <w:b w:val="0"/>
                <w:color w:val="000000"/>
                <w:sz w:val="17"/>
              </w:rPr>
              <w:t>15</w:t>
            </w:r>
          </w:p>
        </w:tc>
        <w:tc>
          <w:tcPr>
            <w:tcW w:type="dxa" w:w="4277"/>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696"/>
            <w:vAlign w:val="center"/>
            <w:tcMar>
              <w:left w:w="110" w:type="dxa"/>
              <w:right w:w="110" w:type="dxa"/>
              <w:top w:w="80" w:type="dxa"/>
              <w:bottom w:w="80" w:type="dxa"/>
            </w:tcMar>
          </w:tcPr>
          <w:p>
            <w:pPr>
              <w:spacing w:after="0" w:line="254" w:lineRule="auto"/>
            </w:pPr>
            <w:r>
              <w:rPr>
                <w:rFonts w:ascii="Arial" w:hAnsi="Arial"/>
                <w:b w:val="0"/>
                <w:color w:val="000000"/>
                <w:sz w:val="17"/>
              </w:rPr>
              <w:t>35</w:t>
            </w:r>
          </w:p>
        </w:tc>
        <w:tc>
          <w:tcPr>
            <w:tcW w:type="dxa" w:w="4277"/>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r>
      <w:tr>
        <w:trPr>
          <w:cantSplit/>
        </w:trPr>
        <w:tc>
          <w:tcPr>
            <w:tcW w:type="dxa" w:w="696"/>
            <w:vAlign w:val="center"/>
            <w:tcMar>
              <w:left w:w="110" w:type="dxa"/>
              <w:right w:w="110" w:type="dxa"/>
              <w:top w:w="80" w:type="dxa"/>
              <w:bottom w:w="80" w:type="dxa"/>
            </w:tcMar>
            <w:shd w:fill="F3F6F7"/>
          </w:tcPr>
          <w:p>
            <w:pPr>
              <w:spacing w:after="0" w:line="254" w:lineRule="auto"/>
            </w:pPr>
            <w:r>
              <w:rPr>
                <w:rFonts w:ascii="Arial" w:hAnsi="Arial"/>
                <w:b w:val="0"/>
                <w:color w:val="000000"/>
                <w:sz w:val="17"/>
              </w:rPr>
              <w:t>16</w:t>
            </w:r>
          </w:p>
        </w:tc>
        <w:tc>
          <w:tcPr>
            <w:tcW w:type="dxa" w:w="427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696"/>
            <w:vAlign w:val="center"/>
            <w:tcMar>
              <w:left w:w="110" w:type="dxa"/>
              <w:right w:w="110" w:type="dxa"/>
              <w:top w:w="80" w:type="dxa"/>
              <w:bottom w:w="80" w:type="dxa"/>
            </w:tcMar>
            <w:shd w:fill="F3F6F7"/>
          </w:tcPr>
          <w:p>
            <w:pPr>
              <w:spacing w:after="0" w:line="254" w:lineRule="auto"/>
            </w:pPr>
            <w:r>
              <w:rPr>
                <w:rFonts w:ascii="Arial" w:hAnsi="Arial"/>
                <w:b w:val="0"/>
                <w:color w:val="000000"/>
                <w:sz w:val="17"/>
              </w:rPr>
              <w:t>36</w:t>
            </w:r>
          </w:p>
        </w:tc>
        <w:tc>
          <w:tcPr>
            <w:tcW w:type="dxa" w:w="427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r>
      <w:tr>
        <w:trPr>
          <w:cantSplit/>
        </w:trPr>
        <w:tc>
          <w:tcPr>
            <w:tcW w:type="dxa" w:w="696"/>
            <w:vAlign w:val="center"/>
            <w:tcMar>
              <w:left w:w="110" w:type="dxa"/>
              <w:right w:w="110" w:type="dxa"/>
              <w:top w:w="80" w:type="dxa"/>
              <w:bottom w:w="80" w:type="dxa"/>
            </w:tcMar>
          </w:tcPr>
          <w:p>
            <w:pPr>
              <w:spacing w:after="0" w:line="254" w:lineRule="auto"/>
            </w:pPr>
            <w:r>
              <w:rPr>
                <w:rFonts w:ascii="Arial" w:hAnsi="Arial"/>
                <w:b w:val="0"/>
                <w:color w:val="000000"/>
                <w:sz w:val="17"/>
              </w:rPr>
              <w:t>17</w:t>
            </w:r>
          </w:p>
        </w:tc>
        <w:tc>
          <w:tcPr>
            <w:tcW w:type="dxa" w:w="4277"/>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696"/>
            <w:vAlign w:val="center"/>
            <w:tcMar>
              <w:left w:w="110" w:type="dxa"/>
              <w:right w:w="110" w:type="dxa"/>
              <w:top w:w="80" w:type="dxa"/>
              <w:bottom w:w="80" w:type="dxa"/>
            </w:tcMar>
          </w:tcPr>
          <w:p>
            <w:pPr>
              <w:spacing w:after="0" w:line="254" w:lineRule="auto"/>
            </w:pPr>
            <w:r>
              <w:rPr>
                <w:rFonts w:ascii="Arial" w:hAnsi="Arial"/>
                <w:b w:val="0"/>
                <w:color w:val="000000"/>
                <w:sz w:val="17"/>
              </w:rPr>
              <w:t>37</w:t>
            </w:r>
          </w:p>
        </w:tc>
        <w:tc>
          <w:tcPr>
            <w:tcW w:type="dxa" w:w="4277"/>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r>
      <w:tr>
        <w:trPr>
          <w:cantSplit/>
        </w:trPr>
        <w:tc>
          <w:tcPr>
            <w:tcW w:type="dxa" w:w="696"/>
            <w:vAlign w:val="center"/>
            <w:tcMar>
              <w:left w:w="110" w:type="dxa"/>
              <w:right w:w="110" w:type="dxa"/>
              <w:top w:w="80" w:type="dxa"/>
              <w:bottom w:w="80" w:type="dxa"/>
            </w:tcMar>
            <w:shd w:fill="F3F6F7"/>
          </w:tcPr>
          <w:p>
            <w:pPr>
              <w:spacing w:after="0" w:line="254" w:lineRule="auto"/>
            </w:pPr>
            <w:r>
              <w:rPr>
                <w:rFonts w:ascii="Arial" w:hAnsi="Arial"/>
                <w:b w:val="0"/>
                <w:color w:val="000000"/>
                <w:sz w:val="17"/>
              </w:rPr>
              <w:t>18</w:t>
            </w:r>
          </w:p>
        </w:tc>
        <w:tc>
          <w:tcPr>
            <w:tcW w:type="dxa" w:w="427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696"/>
            <w:vAlign w:val="center"/>
            <w:tcMar>
              <w:left w:w="110" w:type="dxa"/>
              <w:right w:w="110" w:type="dxa"/>
              <w:top w:w="80" w:type="dxa"/>
              <w:bottom w:w="80" w:type="dxa"/>
            </w:tcMar>
            <w:shd w:fill="F3F6F7"/>
          </w:tcPr>
          <w:p>
            <w:pPr>
              <w:spacing w:after="0" w:line="254" w:lineRule="auto"/>
            </w:pPr>
            <w:r>
              <w:rPr>
                <w:rFonts w:ascii="Arial" w:hAnsi="Arial"/>
                <w:b w:val="0"/>
                <w:color w:val="000000"/>
                <w:sz w:val="17"/>
              </w:rPr>
              <w:t>38</w:t>
            </w:r>
          </w:p>
        </w:tc>
        <w:tc>
          <w:tcPr>
            <w:tcW w:type="dxa" w:w="427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r>
      <w:tr>
        <w:trPr>
          <w:cantSplit/>
        </w:trPr>
        <w:tc>
          <w:tcPr>
            <w:tcW w:type="dxa" w:w="696"/>
            <w:vAlign w:val="center"/>
            <w:tcMar>
              <w:left w:w="110" w:type="dxa"/>
              <w:right w:w="110" w:type="dxa"/>
              <w:top w:w="80" w:type="dxa"/>
              <w:bottom w:w="80" w:type="dxa"/>
            </w:tcMar>
          </w:tcPr>
          <w:p>
            <w:pPr>
              <w:spacing w:after="0" w:line="254" w:lineRule="auto"/>
            </w:pPr>
            <w:r>
              <w:rPr>
                <w:rFonts w:ascii="Arial" w:hAnsi="Arial"/>
                <w:b w:val="0"/>
                <w:color w:val="000000"/>
                <w:sz w:val="17"/>
              </w:rPr>
              <w:t>19</w:t>
            </w:r>
          </w:p>
        </w:tc>
        <w:tc>
          <w:tcPr>
            <w:tcW w:type="dxa" w:w="4277"/>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696"/>
            <w:vAlign w:val="center"/>
            <w:tcMar>
              <w:left w:w="110" w:type="dxa"/>
              <w:right w:w="110" w:type="dxa"/>
              <w:top w:w="80" w:type="dxa"/>
              <w:bottom w:w="80" w:type="dxa"/>
            </w:tcMar>
          </w:tcPr>
          <w:p>
            <w:pPr>
              <w:spacing w:after="0" w:line="254" w:lineRule="auto"/>
            </w:pPr>
            <w:r>
              <w:rPr>
                <w:rFonts w:ascii="Arial" w:hAnsi="Arial"/>
                <w:b w:val="0"/>
                <w:color w:val="000000"/>
                <w:sz w:val="17"/>
              </w:rPr>
              <w:t>39</w:t>
            </w:r>
          </w:p>
        </w:tc>
        <w:tc>
          <w:tcPr>
            <w:tcW w:type="dxa" w:w="4277"/>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r>
      <w:tr>
        <w:trPr>
          <w:cantSplit/>
        </w:trPr>
        <w:tc>
          <w:tcPr>
            <w:tcW w:type="dxa" w:w="696"/>
            <w:vAlign w:val="center"/>
            <w:tcMar>
              <w:left w:w="110" w:type="dxa"/>
              <w:right w:w="110" w:type="dxa"/>
              <w:top w:w="80" w:type="dxa"/>
              <w:bottom w:w="80" w:type="dxa"/>
            </w:tcMar>
            <w:shd w:fill="F3F6F7"/>
          </w:tcPr>
          <w:p>
            <w:pPr>
              <w:spacing w:after="0" w:line="254" w:lineRule="auto"/>
            </w:pPr>
            <w:r>
              <w:rPr>
                <w:rFonts w:ascii="Arial" w:hAnsi="Arial"/>
                <w:b w:val="0"/>
                <w:color w:val="000000"/>
                <w:sz w:val="17"/>
              </w:rPr>
              <w:t>20</w:t>
            </w:r>
          </w:p>
        </w:tc>
        <w:tc>
          <w:tcPr>
            <w:tcW w:type="dxa" w:w="427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696"/>
            <w:vAlign w:val="center"/>
            <w:tcMar>
              <w:left w:w="110" w:type="dxa"/>
              <w:right w:w="110" w:type="dxa"/>
              <w:top w:w="80" w:type="dxa"/>
              <w:bottom w:w="80" w:type="dxa"/>
            </w:tcMar>
            <w:shd w:fill="F3F6F7"/>
          </w:tcPr>
          <w:p>
            <w:pPr>
              <w:spacing w:after="0" w:line="254" w:lineRule="auto"/>
            </w:pPr>
            <w:r>
              <w:rPr>
                <w:rFonts w:ascii="Arial" w:hAnsi="Arial"/>
                <w:b w:val="0"/>
                <w:color w:val="000000"/>
                <w:sz w:val="17"/>
              </w:rPr>
              <w:t>40</w:t>
            </w:r>
          </w:p>
        </w:tc>
        <w:tc>
          <w:tcPr>
            <w:tcW w:type="dxa" w:w="427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r>
    </w:tbl>
    <w:p>
      <w:pPr>
        <w:widowControl/>
        <w:spacing w:before="0" w:after="160" w:line="20" w:lineRule="exact"/>
        <w:ind w:left="0"/>
      </w:pPr>
      <w:r>
        <w:rPr>
          <w:rFonts w:ascii="Arial" w:hAnsi="Arial"/>
          <w:b w:val="0"/>
          <w:color w:val="000000"/>
          <w:sz w:val="2"/>
        </w:rPr>
      </w:r>
    </w:p>
    <w:p>
      <w:pPr>
        <w:widowControl/>
        <w:spacing w:before="0" w:after="200" w:line="276" w:lineRule="auto"/>
        <w:ind w:left="0"/>
      </w:pPr>
      <w:r>
        <w:rPr>
          <w:rFonts w:ascii="Arial" w:hAnsi="Arial"/>
          <w:b w:val="0"/>
          <w:color w:val="000000"/>
          <w:sz w:val="19"/>
        </w:rPr>
        <w:t>Тексергеннен кейін: дұрыс ____ / 40; бос ____; оқу қатесі ____; әдіс ____; есептеу ____</w:t>
      </w:r>
    </w:p>
    <w:p>
      <w:pPr>
        <w:pStyle w:val="Heading1"/>
        <w:pageBreakBefore/>
        <w:widowControl/>
        <w:spacing w:before="0" w:after="160" w:line="276" w:lineRule="auto"/>
        <w:ind w:left="0"/>
      </w:pPr>
      <w:r>
        <w:rPr>
          <w:rFonts w:ascii="Arial" w:hAnsi="Arial"/>
          <w:b/>
          <w:color w:val="000000"/>
          <w:sz w:val="42"/>
        </w:rPr>
        <w:t>Жауап бланкісі</w:t>
      </w:r>
    </w:p>
    <w:p>
      <w:pPr>
        <w:widowControl/>
        <w:spacing w:before="0" w:after="420" w:line="276" w:lineRule="auto"/>
        <w:ind w:left="0"/>
      </w:pPr>
      <w:r>
        <w:rPr>
          <w:rFonts w:ascii="Arial" w:hAnsi="Arial"/>
          <w:b w:val="0"/>
          <w:color w:val="000000"/>
          <w:sz w:val="20"/>
        </w:rPr>
        <w:t>3-сынақ · Сандық сипаттамалар</w:t>
      </w:r>
    </w:p>
    <w:p>
      <w:pPr>
        <w:widowControl/>
        <w:spacing w:before="0" w:after="240" w:line="276" w:lineRule="auto"/>
        <w:ind w:left="0"/>
      </w:pPr>
      <w:r>
        <w:rPr>
          <w:rFonts w:ascii="Arial" w:hAnsi="Arial"/>
          <w:b w:val="0"/>
          <w:color w:val="000000"/>
          <w:sz w:val="21"/>
        </w:rPr>
        <w:t>Аты __________________________   Күні ______________</w:t>
      </w:r>
    </w:p>
    <w:p>
      <w:pPr>
        <w:widowControl/>
        <w:spacing w:before="0" w:after="240" w:line="276" w:lineRule="auto"/>
        <w:ind w:left="0"/>
      </w:pPr>
      <w:r>
        <w:rPr>
          <w:rFonts w:ascii="Arial" w:hAnsi="Arial"/>
          <w:b w:val="0"/>
          <w:color w:val="000000"/>
          <w:sz w:val="19"/>
        </w:rPr>
        <w:t>Таңдалған әріптің жанындағы бір өрісті бояңыз. Қара шарикті қалам қолданыңыз. Бұл — оқу бланкісі, НЗМ-нің ресми жауап парағының көшірмесі емес.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97"/>
        <w:gridCol w:w="2718"/>
        <w:gridCol w:w="597"/>
        <w:gridCol w:w="2718"/>
        <w:gridCol w:w="597"/>
        <w:gridCol w:w="2718"/>
      </w:tblGrid>
      <w:tr>
        <w:trPr>
          <w:cantSplit/>
        </w:trPr>
        <w:tc>
          <w:tcPr>
            <w:tcW w:type="dxa" w:w="597"/>
            <w:vAlign w:val="center"/>
            <w:tcMar>
              <w:left w:w="110" w:type="dxa"/>
              <w:right w:w="110" w:type="dxa"/>
              <w:top w:w="80" w:type="dxa"/>
              <w:bottom w:w="80" w:type="dxa"/>
            </w:tcMar>
            <w:shd w:fill="233B4B"/>
          </w:tcPr>
          <w:p>
            <w:pPr>
              <w:spacing w:after="0" w:line="254" w:lineRule="auto"/>
            </w:pPr>
            <w:r>
              <w:rPr>
                <w:rFonts w:ascii="Arial" w:hAnsi="Arial"/>
                <w:b/>
                <w:color w:val="FFFFFF"/>
                <w:sz w:val="17"/>
              </w:rPr>
              <w:t>№</w:t>
            </w:r>
          </w:p>
        </w:tc>
        <w:tc>
          <w:tcPr>
            <w:tcW w:type="dxa" w:w="2718"/>
            <w:vAlign w:val="center"/>
            <w:tcMar>
              <w:left w:w="110" w:type="dxa"/>
              <w:right w:w="110" w:type="dxa"/>
              <w:top w:w="80" w:type="dxa"/>
              <w:bottom w:w="80" w:type="dxa"/>
            </w:tcMar>
            <w:shd w:fill="233B4B"/>
          </w:tcPr>
          <w:p>
            <w:pPr>
              <w:spacing w:after="0" w:line="254" w:lineRule="auto"/>
            </w:pPr>
            <w:r>
              <w:rPr>
                <w:rFonts w:ascii="Arial" w:hAnsi="Arial"/>
                <w:b/>
                <w:color w:val="FFFFFF"/>
                <w:sz w:val="17"/>
              </w:rPr>
              <w:t>Жауап</w:t>
            </w:r>
          </w:p>
        </w:tc>
        <w:tc>
          <w:tcPr>
            <w:tcW w:type="dxa" w:w="597"/>
            <w:vAlign w:val="center"/>
            <w:tcMar>
              <w:left w:w="110" w:type="dxa"/>
              <w:right w:w="110" w:type="dxa"/>
              <w:top w:w="80" w:type="dxa"/>
              <w:bottom w:w="80" w:type="dxa"/>
            </w:tcMar>
            <w:shd w:fill="233B4B"/>
          </w:tcPr>
          <w:p>
            <w:pPr>
              <w:spacing w:after="0" w:line="254" w:lineRule="auto"/>
            </w:pPr>
            <w:r>
              <w:rPr>
                <w:rFonts w:ascii="Arial" w:hAnsi="Arial"/>
                <w:b/>
                <w:color w:val="FFFFFF"/>
                <w:sz w:val="17"/>
              </w:rPr>
              <w:t>№</w:t>
            </w:r>
          </w:p>
        </w:tc>
        <w:tc>
          <w:tcPr>
            <w:tcW w:type="dxa" w:w="2718"/>
            <w:vAlign w:val="center"/>
            <w:tcMar>
              <w:left w:w="110" w:type="dxa"/>
              <w:right w:w="110" w:type="dxa"/>
              <w:top w:w="80" w:type="dxa"/>
              <w:bottom w:w="80" w:type="dxa"/>
            </w:tcMar>
            <w:shd w:fill="233B4B"/>
          </w:tcPr>
          <w:p>
            <w:pPr>
              <w:spacing w:after="0" w:line="254" w:lineRule="auto"/>
            </w:pPr>
            <w:r>
              <w:rPr>
                <w:rFonts w:ascii="Arial" w:hAnsi="Arial"/>
                <w:b/>
                <w:color w:val="FFFFFF"/>
                <w:sz w:val="17"/>
              </w:rPr>
              <w:t>Жауап</w:t>
            </w:r>
          </w:p>
        </w:tc>
        <w:tc>
          <w:tcPr>
            <w:tcW w:type="dxa" w:w="597"/>
            <w:vAlign w:val="center"/>
            <w:tcMar>
              <w:left w:w="110" w:type="dxa"/>
              <w:right w:w="110" w:type="dxa"/>
              <w:top w:w="80" w:type="dxa"/>
              <w:bottom w:w="80" w:type="dxa"/>
            </w:tcMar>
            <w:shd w:fill="233B4B"/>
          </w:tcPr>
          <w:p>
            <w:pPr>
              <w:spacing w:after="0" w:line="254" w:lineRule="auto"/>
            </w:pPr>
            <w:r>
              <w:rPr>
                <w:rFonts w:ascii="Arial" w:hAnsi="Arial"/>
                <w:b/>
                <w:color w:val="FFFFFF"/>
                <w:sz w:val="17"/>
              </w:rPr>
              <w:t>№</w:t>
            </w:r>
          </w:p>
        </w:tc>
        <w:tc>
          <w:tcPr>
            <w:tcW w:type="dxa" w:w="2718"/>
            <w:vAlign w:val="center"/>
            <w:tcMar>
              <w:left w:w="110" w:type="dxa"/>
              <w:right w:w="110" w:type="dxa"/>
              <w:top w:w="80" w:type="dxa"/>
              <w:bottom w:w="80" w:type="dxa"/>
            </w:tcMar>
            <w:shd w:fill="233B4B"/>
          </w:tcPr>
          <w:p>
            <w:pPr>
              <w:spacing w:after="0" w:line="254" w:lineRule="auto"/>
            </w:pPr>
            <w:r>
              <w:rPr>
                <w:rFonts w:ascii="Arial" w:hAnsi="Arial"/>
                <w:b/>
                <w:color w:val="FFFFFF"/>
                <w:sz w:val="17"/>
              </w:rPr>
              <w:t>Жауап</w:t>
            </w:r>
          </w:p>
        </w:tc>
      </w:tr>
      <w:tr>
        <w:trPr>
          <w:cantSplit/>
        </w:trPr>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1</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21</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41</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r>
      <w:tr>
        <w:trPr>
          <w:cantSplit/>
        </w:trPr>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2</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22</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42</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r>
      <w:tr>
        <w:trPr>
          <w:cantSplit/>
        </w:trPr>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3</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23</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43</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r>
      <w:tr>
        <w:trPr>
          <w:cantSplit/>
        </w:trPr>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4</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24</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44</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r>
      <w:tr>
        <w:trPr>
          <w:cantSplit/>
        </w:trPr>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5</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25</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45</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r>
      <w:tr>
        <w:trPr>
          <w:cantSplit/>
        </w:trPr>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6</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26</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46</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r>
      <w:tr>
        <w:trPr>
          <w:cantSplit/>
        </w:trPr>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7</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27</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47</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r>
      <w:tr>
        <w:trPr>
          <w:cantSplit/>
        </w:trPr>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8</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28</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48</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r>
      <w:tr>
        <w:trPr>
          <w:cantSplit/>
        </w:trPr>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9</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29</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49</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r>
      <w:tr>
        <w:trPr>
          <w:cantSplit/>
        </w:trPr>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10</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30</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50</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r>
      <w:tr>
        <w:trPr>
          <w:cantSplit/>
        </w:trPr>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11</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31</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51</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r>
      <w:tr>
        <w:trPr>
          <w:cantSplit/>
        </w:trPr>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12</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32</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52</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r>
      <w:tr>
        <w:trPr>
          <w:cantSplit/>
        </w:trPr>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13</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33</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53</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r>
      <w:tr>
        <w:trPr>
          <w:cantSplit/>
        </w:trPr>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14</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34</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54</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r>
      <w:tr>
        <w:trPr>
          <w:cantSplit/>
        </w:trPr>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15</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35</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55</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r>
      <w:tr>
        <w:trPr>
          <w:cantSplit/>
        </w:trPr>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16</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36</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56</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r>
      <w:tr>
        <w:trPr>
          <w:cantSplit/>
        </w:trPr>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17</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37</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57</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r>
      <w:tr>
        <w:trPr>
          <w:cantSplit/>
        </w:trPr>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18</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38</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58</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r>
      <w:tr>
        <w:trPr>
          <w:cantSplit/>
        </w:trPr>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19</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39</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tcPr>
          <w:p>
            <w:pPr>
              <w:spacing w:after="0" w:line="254" w:lineRule="auto"/>
            </w:pPr>
            <w:r>
              <w:rPr>
                <w:rFonts w:ascii="Arial" w:hAnsi="Arial"/>
                <w:b w:val="0"/>
                <w:color w:val="000000"/>
                <w:sz w:val="17"/>
              </w:rPr>
              <w:t>59</w:t>
            </w:r>
          </w:p>
        </w:tc>
        <w:tc>
          <w:tcPr>
            <w:tcW w:type="dxa" w:w="2718"/>
            <w:vAlign w:val="center"/>
            <w:tcMar>
              <w:left w:w="110" w:type="dxa"/>
              <w:right w:w="110" w:type="dxa"/>
              <w:top w:w="80" w:type="dxa"/>
              <w:bottom w:w="80" w:type="dxa"/>
            </w:tcMar>
          </w:tcPr>
          <w:p>
            <w:pPr>
              <w:spacing w:after="0" w:line="254" w:lineRule="auto"/>
            </w:pPr>
            <w:r>
              <w:rPr>
                <w:rFonts w:ascii="Arial" w:hAnsi="Arial"/>
                <w:b w:val="0"/>
                <w:color w:val="000000"/>
                <w:sz w:val="17"/>
              </w:rPr>
              <w:t>A[ ]  B[ ]  C[ ]  D[ ]</w:t>
            </w:r>
          </w:p>
        </w:tc>
      </w:tr>
      <w:tr>
        <w:trPr>
          <w:cantSplit/>
        </w:trPr>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20</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40</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c>
          <w:tcPr>
            <w:tcW w:type="dxa" w:w="597"/>
            <w:vAlign w:val="center"/>
            <w:tcMar>
              <w:left w:w="110" w:type="dxa"/>
              <w:right w:w="110" w:type="dxa"/>
              <w:top w:w="80" w:type="dxa"/>
              <w:bottom w:w="80" w:type="dxa"/>
            </w:tcMar>
            <w:shd w:fill="F3F6F7"/>
          </w:tcPr>
          <w:p>
            <w:pPr>
              <w:spacing w:after="0" w:line="254" w:lineRule="auto"/>
            </w:pPr>
            <w:r>
              <w:rPr>
                <w:rFonts w:ascii="Arial" w:hAnsi="Arial"/>
                <w:b w:val="0"/>
                <w:color w:val="000000"/>
                <w:sz w:val="17"/>
              </w:rPr>
              <w:t>60</w:t>
            </w:r>
          </w:p>
        </w:tc>
        <w:tc>
          <w:tcPr>
            <w:tcW w:type="dxa" w:w="2718"/>
            <w:vAlign w:val="center"/>
            <w:tcMar>
              <w:left w:w="110" w:type="dxa"/>
              <w:right w:w="110" w:type="dxa"/>
              <w:top w:w="80" w:type="dxa"/>
              <w:bottom w:w="80" w:type="dxa"/>
            </w:tcMar>
            <w:shd w:fill="F3F6F7"/>
          </w:tcPr>
          <w:p>
            <w:pPr>
              <w:spacing w:after="0" w:line="254" w:lineRule="auto"/>
            </w:pPr>
            <w:r>
              <w:rPr>
                <w:rFonts w:ascii="Arial" w:hAnsi="Arial"/>
                <w:b w:val="0"/>
                <w:color w:val="000000"/>
                <w:sz w:val="17"/>
              </w:rPr>
              <w:t>A[ ]  B[ ]  C[ ]  D[ ]</w:t>
            </w:r>
          </w:p>
        </w:tc>
      </w:tr>
    </w:tbl>
    <w:p>
      <w:pPr>
        <w:widowControl/>
        <w:spacing w:before="0" w:after="160" w:line="20" w:lineRule="exact"/>
        <w:ind w:left="0"/>
      </w:pPr>
      <w:r>
        <w:rPr>
          <w:rFonts w:ascii="Arial" w:hAnsi="Arial"/>
          <w:b w:val="0"/>
          <w:color w:val="000000"/>
          <w:sz w:val="2"/>
        </w:rPr>
      </w:r>
    </w:p>
    <w:p>
      <w:pPr>
        <w:widowControl/>
        <w:spacing w:before="0" w:after="200" w:line="276" w:lineRule="auto"/>
        <w:ind w:left="0"/>
      </w:pPr>
      <w:r>
        <w:rPr>
          <w:rFonts w:ascii="Arial" w:hAnsi="Arial"/>
          <w:b w:val="0"/>
          <w:color w:val="000000"/>
          <w:sz w:val="19"/>
        </w:rPr>
        <w:t>Тексергеннен кейін: дұрыс ____ / 60; бос ____; оқу қатесі ____; әдіс ____; есептеу ____</w:t>
      </w:r>
    </w:p>
    <w:p>
      <w:pPr>
        <w:pStyle w:val="Heading1"/>
        <w:pageBreakBefore/>
        <w:widowControl/>
        <w:spacing w:before="0" w:after="160" w:line="276" w:lineRule="auto"/>
        <w:ind w:left="0"/>
      </w:pPr>
      <w:r>
        <w:rPr>
          <w:rFonts w:ascii="Arial" w:hAnsi="Arial"/>
          <w:b/>
          <w:color w:val="000000"/>
          <w:sz w:val="42"/>
        </w:rPr>
        <w:t>Тақырыптық жаттығулардың жауаптары</w:t>
      </w:r>
    </w:p>
    <w:p>
      <w:pPr>
        <w:widowControl/>
        <w:spacing w:before="0" w:after="420" w:line="276" w:lineRule="auto"/>
        <w:ind w:left="0"/>
      </w:pPr>
      <w:r>
        <w:rPr>
          <w:rFonts w:ascii="Arial" w:hAnsi="Arial"/>
          <w:b w:val="0"/>
          <w:color w:val="000000"/>
          <w:sz w:val="20"/>
        </w:rPr>
        <w:t>Тапсырмалар 1–90</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193"/>
        <w:gridCol w:w="1293"/>
        <w:gridCol w:w="1193"/>
        <w:gridCol w:w="1293"/>
        <w:gridCol w:w="1193"/>
        <w:gridCol w:w="1293"/>
        <w:gridCol w:w="1193"/>
        <w:gridCol w:w="1293"/>
      </w:tblGrid>
      <w:tr>
        <w:trPr>
          <w:cantSplit/>
        </w:trPr>
        <w:tc>
          <w:tcPr>
            <w:tcW w:type="dxa" w:w="1193"/>
            <w:vAlign w:val="center"/>
            <w:tcMar>
              <w:left w:w="110" w:type="dxa"/>
              <w:right w:w="110" w:type="dxa"/>
              <w:top w:w="50" w:type="dxa"/>
              <w:bottom w:w="50" w:type="dxa"/>
            </w:tcMar>
            <w:shd w:fill="233B4B"/>
          </w:tcPr>
          <w:p>
            <w:pPr>
              <w:spacing w:after="0" w:line="254" w:lineRule="auto"/>
            </w:pPr>
            <w:r>
              <w:rPr>
                <w:rFonts w:ascii="Arial" w:hAnsi="Arial"/>
                <w:b/>
                <w:color w:val="FFFFFF"/>
                <w:sz w:val="19"/>
              </w:rPr>
              <w:t>№</w:t>
            </w:r>
          </w:p>
        </w:tc>
        <w:tc>
          <w:tcPr>
            <w:tcW w:type="dxa" w:w="1293"/>
            <w:vAlign w:val="center"/>
            <w:tcMar>
              <w:left w:w="110" w:type="dxa"/>
              <w:right w:w="110" w:type="dxa"/>
              <w:top w:w="50" w:type="dxa"/>
              <w:bottom w:w="50" w:type="dxa"/>
            </w:tcMar>
            <w:shd w:fill="233B4B"/>
          </w:tcPr>
          <w:p>
            <w:pPr>
              <w:spacing w:after="0" w:line="254" w:lineRule="auto"/>
            </w:pPr>
            <w:r>
              <w:rPr>
                <w:rFonts w:ascii="Arial" w:hAnsi="Arial"/>
                <w:b/>
                <w:color w:val="FFFFFF"/>
                <w:sz w:val="19"/>
              </w:rPr>
              <w:t>Жауап</w:t>
            </w:r>
          </w:p>
        </w:tc>
        <w:tc>
          <w:tcPr>
            <w:tcW w:type="dxa" w:w="1193"/>
            <w:vAlign w:val="center"/>
            <w:tcMar>
              <w:left w:w="110" w:type="dxa"/>
              <w:right w:w="110" w:type="dxa"/>
              <w:top w:w="50" w:type="dxa"/>
              <w:bottom w:w="50" w:type="dxa"/>
            </w:tcMar>
            <w:shd w:fill="233B4B"/>
          </w:tcPr>
          <w:p>
            <w:pPr>
              <w:spacing w:after="0" w:line="254" w:lineRule="auto"/>
            </w:pPr>
            <w:r>
              <w:rPr>
                <w:rFonts w:ascii="Arial" w:hAnsi="Arial"/>
                <w:b/>
                <w:color w:val="FFFFFF"/>
                <w:sz w:val="19"/>
              </w:rPr>
              <w:t>№</w:t>
            </w:r>
          </w:p>
        </w:tc>
        <w:tc>
          <w:tcPr>
            <w:tcW w:type="dxa" w:w="1293"/>
            <w:vAlign w:val="center"/>
            <w:tcMar>
              <w:left w:w="110" w:type="dxa"/>
              <w:right w:w="110" w:type="dxa"/>
              <w:top w:w="50" w:type="dxa"/>
              <w:bottom w:w="50" w:type="dxa"/>
            </w:tcMar>
            <w:shd w:fill="233B4B"/>
          </w:tcPr>
          <w:p>
            <w:pPr>
              <w:spacing w:after="0" w:line="254" w:lineRule="auto"/>
            </w:pPr>
            <w:r>
              <w:rPr>
                <w:rFonts w:ascii="Arial" w:hAnsi="Arial"/>
                <w:b/>
                <w:color w:val="FFFFFF"/>
                <w:sz w:val="19"/>
              </w:rPr>
              <w:t>Жауап</w:t>
            </w:r>
          </w:p>
        </w:tc>
        <w:tc>
          <w:tcPr>
            <w:tcW w:type="dxa" w:w="1193"/>
            <w:vAlign w:val="center"/>
            <w:tcMar>
              <w:left w:w="110" w:type="dxa"/>
              <w:right w:w="110" w:type="dxa"/>
              <w:top w:w="50" w:type="dxa"/>
              <w:bottom w:w="50" w:type="dxa"/>
            </w:tcMar>
            <w:shd w:fill="233B4B"/>
          </w:tcPr>
          <w:p>
            <w:pPr>
              <w:spacing w:after="0" w:line="254" w:lineRule="auto"/>
            </w:pPr>
            <w:r>
              <w:rPr>
                <w:rFonts w:ascii="Arial" w:hAnsi="Arial"/>
                <w:b/>
                <w:color w:val="FFFFFF"/>
                <w:sz w:val="19"/>
              </w:rPr>
              <w:t>№</w:t>
            </w:r>
          </w:p>
        </w:tc>
        <w:tc>
          <w:tcPr>
            <w:tcW w:type="dxa" w:w="1293"/>
            <w:vAlign w:val="center"/>
            <w:tcMar>
              <w:left w:w="110" w:type="dxa"/>
              <w:right w:w="110" w:type="dxa"/>
              <w:top w:w="50" w:type="dxa"/>
              <w:bottom w:w="50" w:type="dxa"/>
            </w:tcMar>
            <w:shd w:fill="233B4B"/>
          </w:tcPr>
          <w:p>
            <w:pPr>
              <w:spacing w:after="0" w:line="254" w:lineRule="auto"/>
            </w:pPr>
            <w:r>
              <w:rPr>
                <w:rFonts w:ascii="Arial" w:hAnsi="Arial"/>
                <w:b/>
                <w:color w:val="FFFFFF"/>
                <w:sz w:val="19"/>
              </w:rPr>
              <w:t>Жауап</w:t>
            </w:r>
          </w:p>
        </w:tc>
        <w:tc>
          <w:tcPr>
            <w:tcW w:type="dxa" w:w="1193"/>
            <w:vAlign w:val="center"/>
            <w:tcMar>
              <w:left w:w="110" w:type="dxa"/>
              <w:right w:w="110" w:type="dxa"/>
              <w:top w:w="50" w:type="dxa"/>
              <w:bottom w:w="50" w:type="dxa"/>
            </w:tcMar>
            <w:shd w:fill="233B4B"/>
          </w:tcPr>
          <w:p>
            <w:pPr>
              <w:spacing w:after="0" w:line="254" w:lineRule="auto"/>
            </w:pPr>
            <w:r>
              <w:rPr>
                <w:rFonts w:ascii="Arial" w:hAnsi="Arial"/>
                <w:b/>
                <w:color w:val="FFFFFF"/>
                <w:sz w:val="19"/>
              </w:rPr>
              <w:t>№</w:t>
            </w:r>
          </w:p>
        </w:tc>
        <w:tc>
          <w:tcPr>
            <w:tcW w:type="dxa" w:w="1293"/>
            <w:vAlign w:val="center"/>
            <w:tcMar>
              <w:left w:w="110" w:type="dxa"/>
              <w:right w:w="110" w:type="dxa"/>
              <w:top w:w="50" w:type="dxa"/>
              <w:bottom w:w="50" w:type="dxa"/>
            </w:tcMar>
            <w:shd w:fill="233B4B"/>
          </w:tcPr>
          <w:p>
            <w:pPr>
              <w:spacing w:after="0" w:line="254" w:lineRule="auto"/>
            </w:pPr>
            <w:r>
              <w:rPr>
                <w:rFonts w:ascii="Arial" w:hAnsi="Arial"/>
                <w:b/>
                <w:color w:val="FFFFFF"/>
                <w:sz w:val="19"/>
              </w:rPr>
              <w:t>Жауап</w:t>
            </w:r>
          </w:p>
        </w:tc>
      </w:tr>
      <w:tr>
        <w:trPr>
          <w:cantSplit/>
        </w:trPr>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24</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47</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70</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A</w:t>
            </w:r>
          </w:p>
        </w:tc>
      </w:tr>
      <w:tr>
        <w:trPr>
          <w:cantSplit/>
        </w:trPr>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2</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25</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48</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71</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A</w:t>
            </w:r>
          </w:p>
        </w:tc>
      </w:tr>
      <w:tr>
        <w:trPr>
          <w:cantSplit/>
        </w:trPr>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3</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26</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49</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72</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B</w:t>
            </w:r>
          </w:p>
        </w:tc>
      </w:tr>
      <w:tr>
        <w:trPr>
          <w:cantSplit/>
        </w:trPr>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4</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27</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50</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73</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C</w:t>
            </w:r>
          </w:p>
        </w:tc>
      </w:tr>
      <w:tr>
        <w:trPr>
          <w:cantSplit/>
        </w:trPr>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5</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28</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51</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74</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D</w:t>
            </w:r>
          </w:p>
        </w:tc>
      </w:tr>
      <w:tr>
        <w:trPr>
          <w:cantSplit/>
        </w:trPr>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6</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29</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52</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75</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B</w:t>
            </w:r>
          </w:p>
        </w:tc>
      </w:tr>
      <w:tr>
        <w:trPr>
          <w:cantSplit/>
        </w:trPr>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7</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30</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53</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76</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A</w:t>
            </w:r>
          </w:p>
        </w:tc>
      </w:tr>
      <w:tr>
        <w:trPr>
          <w:cantSplit/>
        </w:trPr>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8</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31</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54</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77</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A</w:t>
            </w:r>
          </w:p>
        </w:tc>
      </w:tr>
      <w:tr>
        <w:trPr>
          <w:cantSplit/>
        </w:trPr>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9</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32</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55</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78</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B</w:t>
            </w:r>
          </w:p>
        </w:tc>
      </w:tr>
      <w:tr>
        <w:trPr>
          <w:cantSplit/>
        </w:trPr>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10</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33</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56</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79</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C</w:t>
            </w:r>
          </w:p>
        </w:tc>
      </w:tr>
      <w:tr>
        <w:trPr>
          <w:cantSplit/>
        </w:trPr>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11</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34</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57</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80</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r>
      <w:tr>
        <w:trPr>
          <w:cantSplit/>
        </w:trPr>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12</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35</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58</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81</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B</w:t>
            </w:r>
          </w:p>
        </w:tc>
      </w:tr>
      <w:tr>
        <w:trPr>
          <w:cantSplit/>
        </w:trPr>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13</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36</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59</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82</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B</w:t>
            </w:r>
          </w:p>
        </w:tc>
      </w:tr>
      <w:tr>
        <w:trPr>
          <w:cantSplit/>
        </w:trPr>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14</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37</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60</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83</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C</w:t>
            </w:r>
          </w:p>
        </w:tc>
      </w:tr>
      <w:tr>
        <w:trPr>
          <w:cantSplit/>
        </w:trPr>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15</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38</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61</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84</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A</w:t>
            </w:r>
          </w:p>
        </w:tc>
      </w:tr>
      <w:tr>
        <w:trPr>
          <w:cantSplit/>
        </w:trPr>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16</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39</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62</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85</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B</w:t>
            </w:r>
          </w:p>
        </w:tc>
      </w:tr>
      <w:tr>
        <w:trPr>
          <w:cantSplit/>
        </w:trPr>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17</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40</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63</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86</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A</w:t>
            </w:r>
          </w:p>
        </w:tc>
      </w:tr>
      <w:tr>
        <w:trPr>
          <w:cantSplit/>
        </w:trPr>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18</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41</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64</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87</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D</w:t>
            </w:r>
          </w:p>
        </w:tc>
      </w:tr>
      <w:tr>
        <w:trPr>
          <w:cantSplit/>
        </w:trPr>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19</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42</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65</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88</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D</w:t>
            </w:r>
          </w:p>
        </w:tc>
      </w:tr>
      <w:tr>
        <w:trPr>
          <w:cantSplit/>
        </w:trPr>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20</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43</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66</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89</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C</w:t>
            </w:r>
          </w:p>
        </w:tc>
      </w:tr>
      <w:tr>
        <w:trPr>
          <w:cantSplit/>
        </w:trPr>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21</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44</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67</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90</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r>
      <w:tr>
        <w:trPr>
          <w:cantSplit/>
        </w:trPr>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22</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45</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68</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r>
          </w:p>
        </w:tc>
      </w:tr>
      <w:tr>
        <w:trPr>
          <w:cantSplit/>
        </w:trPr>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23</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46</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69</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r>
          </w:p>
        </w:tc>
      </w:tr>
    </w:tbl>
    <w:p>
      <w:pPr>
        <w:widowControl/>
        <w:spacing w:before="0" w:after="16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Тақырыптық жаттығулардың жауаптары</w:t>
      </w:r>
    </w:p>
    <w:p>
      <w:pPr>
        <w:widowControl/>
        <w:spacing w:before="0" w:after="420" w:line="276" w:lineRule="auto"/>
        <w:ind w:left="0"/>
      </w:pPr>
      <w:r>
        <w:rPr>
          <w:rFonts w:ascii="Arial" w:hAnsi="Arial"/>
          <w:b w:val="0"/>
          <w:color w:val="000000"/>
          <w:sz w:val="20"/>
        </w:rPr>
        <w:t>Тапсырмалар 91–180</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193"/>
        <w:gridCol w:w="1293"/>
        <w:gridCol w:w="1193"/>
        <w:gridCol w:w="1293"/>
        <w:gridCol w:w="1193"/>
        <w:gridCol w:w="1293"/>
        <w:gridCol w:w="1193"/>
        <w:gridCol w:w="1293"/>
      </w:tblGrid>
      <w:tr>
        <w:trPr>
          <w:cantSplit/>
        </w:trPr>
        <w:tc>
          <w:tcPr>
            <w:tcW w:type="dxa" w:w="1193"/>
            <w:vAlign w:val="center"/>
            <w:tcMar>
              <w:left w:w="110" w:type="dxa"/>
              <w:right w:w="110" w:type="dxa"/>
              <w:top w:w="50" w:type="dxa"/>
              <w:bottom w:w="50" w:type="dxa"/>
            </w:tcMar>
            <w:shd w:fill="233B4B"/>
          </w:tcPr>
          <w:p>
            <w:pPr>
              <w:spacing w:after="0" w:line="254" w:lineRule="auto"/>
            </w:pPr>
            <w:r>
              <w:rPr>
                <w:rFonts w:ascii="Arial" w:hAnsi="Arial"/>
                <w:b/>
                <w:color w:val="FFFFFF"/>
                <w:sz w:val="19"/>
              </w:rPr>
              <w:t>№</w:t>
            </w:r>
          </w:p>
        </w:tc>
        <w:tc>
          <w:tcPr>
            <w:tcW w:type="dxa" w:w="1293"/>
            <w:vAlign w:val="center"/>
            <w:tcMar>
              <w:left w:w="110" w:type="dxa"/>
              <w:right w:w="110" w:type="dxa"/>
              <w:top w:w="50" w:type="dxa"/>
              <w:bottom w:w="50" w:type="dxa"/>
            </w:tcMar>
            <w:shd w:fill="233B4B"/>
          </w:tcPr>
          <w:p>
            <w:pPr>
              <w:spacing w:after="0" w:line="254" w:lineRule="auto"/>
            </w:pPr>
            <w:r>
              <w:rPr>
                <w:rFonts w:ascii="Arial" w:hAnsi="Arial"/>
                <w:b/>
                <w:color w:val="FFFFFF"/>
                <w:sz w:val="19"/>
              </w:rPr>
              <w:t>Жауап</w:t>
            </w:r>
          </w:p>
        </w:tc>
        <w:tc>
          <w:tcPr>
            <w:tcW w:type="dxa" w:w="1193"/>
            <w:vAlign w:val="center"/>
            <w:tcMar>
              <w:left w:w="110" w:type="dxa"/>
              <w:right w:w="110" w:type="dxa"/>
              <w:top w:w="50" w:type="dxa"/>
              <w:bottom w:w="50" w:type="dxa"/>
            </w:tcMar>
            <w:shd w:fill="233B4B"/>
          </w:tcPr>
          <w:p>
            <w:pPr>
              <w:spacing w:after="0" w:line="254" w:lineRule="auto"/>
            </w:pPr>
            <w:r>
              <w:rPr>
                <w:rFonts w:ascii="Arial" w:hAnsi="Arial"/>
                <w:b/>
                <w:color w:val="FFFFFF"/>
                <w:sz w:val="19"/>
              </w:rPr>
              <w:t>№</w:t>
            </w:r>
          </w:p>
        </w:tc>
        <w:tc>
          <w:tcPr>
            <w:tcW w:type="dxa" w:w="1293"/>
            <w:vAlign w:val="center"/>
            <w:tcMar>
              <w:left w:w="110" w:type="dxa"/>
              <w:right w:w="110" w:type="dxa"/>
              <w:top w:w="50" w:type="dxa"/>
              <w:bottom w:w="50" w:type="dxa"/>
            </w:tcMar>
            <w:shd w:fill="233B4B"/>
          </w:tcPr>
          <w:p>
            <w:pPr>
              <w:spacing w:after="0" w:line="254" w:lineRule="auto"/>
            </w:pPr>
            <w:r>
              <w:rPr>
                <w:rFonts w:ascii="Arial" w:hAnsi="Arial"/>
                <w:b/>
                <w:color w:val="FFFFFF"/>
                <w:sz w:val="19"/>
              </w:rPr>
              <w:t>Жауап</w:t>
            </w:r>
          </w:p>
        </w:tc>
        <w:tc>
          <w:tcPr>
            <w:tcW w:type="dxa" w:w="1193"/>
            <w:vAlign w:val="center"/>
            <w:tcMar>
              <w:left w:w="110" w:type="dxa"/>
              <w:right w:w="110" w:type="dxa"/>
              <w:top w:w="50" w:type="dxa"/>
              <w:bottom w:w="50" w:type="dxa"/>
            </w:tcMar>
            <w:shd w:fill="233B4B"/>
          </w:tcPr>
          <w:p>
            <w:pPr>
              <w:spacing w:after="0" w:line="254" w:lineRule="auto"/>
            </w:pPr>
            <w:r>
              <w:rPr>
                <w:rFonts w:ascii="Arial" w:hAnsi="Arial"/>
                <w:b/>
                <w:color w:val="FFFFFF"/>
                <w:sz w:val="19"/>
              </w:rPr>
              <w:t>№</w:t>
            </w:r>
          </w:p>
        </w:tc>
        <w:tc>
          <w:tcPr>
            <w:tcW w:type="dxa" w:w="1293"/>
            <w:vAlign w:val="center"/>
            <w:tcMar>
              <w:left w:w="110" w:type="dxa"/>
              <w:right w:w="110" w:type="dxa"/>
              <w:top w:w="50" w:type="dxa"/>
              <w:bottom w:w="50" w:type="dxa"/>
            </w:tcMar>
            <w:shd w:fill="233B4B"/>
          </w:tcPr>
          <w:p>
            <w:pPr>
              <w:spacing w:after="0" w:line="254" w:lineRule="auto"/>
            </w:pPr>
            <w:r>
              <w:rPr>
                <w:rFonts w:ascii="Arial" w:hAnsi="Arial"/>
                <w:b/>
                <w:color w:val="FFFFFF"/>
                <w:sz w:val="19"/>
              </w:rPr>
              <w:t>Жауап</w:t>
            </w:r>
          </w:p>
        </w:tc>
        <w:tc>
          <w:tcPr>
            <w:tcW w:type="dxa" w:w="1193"/>
            <w:vAlign w:val="center"/>
            <w:tcMar>
              <w:left w:w="110" w:type="dxa"/>
              <w:right w:w="110" w:type="dxa"/>
              <w:top w:w="50" w:type="dxa"/>
              <w:bottom w:w="50" w:type="dxa"/>
            </w:tcMar>
            <w:shd w:fill="233B4B"/>
          </w:tcPr>
          <w:p>
            <w:pPr>
              <w:spacing w:after="0" w:line="254" w:lineRule="auto"/>
            </w:pPr>
            <w:r>
              <w:rPr>
                <w:rFonts w:ascii="Arial" w:hAnsi="Arial"/>
                <w:b/>
                <w:color w:val="FFFFFF"/>
                <w:sz w:val="19"/>
              </w:rPr>
              <w:t>№</w:t>
            </w:r>
          </w:p>
        </w:tc>
        <w:tc>
          <w:tcPr>
            <w:tcW w:type="dxa" w:w="1293"/>
            <w:vAlign w:val="center"/>
            <w:tcMar>
              <w:left w:w="110" w:type="dxa"/>
              <w:right w:w="110" w:type="dxa"/>
              <w:top w:w="50" w:type="dxa"/>
              <w:bottom w:w="50" w:type="dxa"/>
            </w:tcMar>
            <w:shd w:fill="233B4B"/>
          </w:tcPr>
          <w:p>
            <w:pPr>
              <w:spacing w:after="0" w:line="254" w:lineRule="auto"/>
            </w:pPr>
            <w:r>
              <w:rPr>
                <w:rFonts w:ascii="Arial" w:hAnsi="Arial"/>
                <w:b/>
                <w:color w:val="FFFFFF"/>
                <w:sz w:val="19"/>
              </w:rPr>
              <w:t>Жауап</w:t>
            </w:r>
          </w:p>
        </w:tc>
      </w:tr>
      <w:tr>
        <w:trPr>
          <w:cantSplit/>
        </w:trPr>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91</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114</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137</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160</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r>
      <w:tr>
        <w:trPr>
          <w:cantSplit/>
        </w:trPr>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92</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115</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138</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161</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A</w:t>
            </w:r>
          </w:p>
        </w:tc>
      </w:tr>
      <w:tr>
        <w:trPr>
          <w:cantSplit/>
        </w:trPr>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93</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116</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139</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162</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D</w:t>
            </w:r>
          </w:p>
        </w:tc>
      </w:tr>
      <w:tr>
        <w:trPr>
          <w:cantSplit/>
        </w:trPr>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94</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117</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140</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163</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B</w:t>
            </w:r>
          </w:p>
        </w:tc>
      </w:tr>
      <w:tr>
        <w:trPr>
          <w:cantSplit/>
        </w:trPr>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95</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118</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141</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164</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r>
      <w:tr>
        <w:trPr>
          <w:cantSplit/>
        </w:trPr>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96</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119</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142</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165</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C</w:t>
            </w:r>
          </w:p>
        </w:tc>
      </w:tr>
      <w:tr>
        <w:trPr>
          <w:cantSplit/>
        </w:trPr>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97</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120</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143</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166</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r>
      <w:tr>
        <w:trPr>
          <w:cantSplit/>
        </w:trPr>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98</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121</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144</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167</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D</w:t>
            </w:r>
          </w:p>
        </w:tc>
      </w:tr>
      <w:tr>
        <w:trPr>
          <w:cantSplit/>
        </w:trPr>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99</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122</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145</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168</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r>
      <w:tr>
        <w:trPr>
          <w:cantSplit/>
        </w:trPr>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100</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123</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146</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169</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A</w:t>
            </w:r>
          </w:p>
        </w:tc>
      </w:tr>
      <w:tr>
        <w:trPr>
          <w:cantSplit/>
        </w:trPr>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101</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124</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147</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170</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r>
      <w:tr>
        <w:trPr>
          <w:cantSplit/>
        </w:trPr>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102</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125</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148</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171</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B</w:t>
            </w:r>
          </w:p>
        </w:tc>
      </w:tr>
      <w:tr>
        <w:trPr>
          <w:cantSplit/>
        </w:trPr>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103</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126</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149</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172</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A</w:t>
            </w:r>
          </w:p>
        </w:tc>
      </w:tr>
      <w:tr>
        <w:trPr>
          <w:cantSplit/>
        </w:trPr>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104</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127</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150</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173</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D</w:t>
            </w:r>
          </w:p>
        </w:tc>
      </w:tr>
      <w:tr>
        <w:trPr>
          <w:cantSplit/>
        </w:trPr>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105</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128</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151</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174</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B</w:t>
            </w:r>
          </w:p>
        </w:tc>
      </w:tr>
      <w:tr>
        <w:trPr>
          <w:cantSplit/>
        </w:trPr>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106</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129</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152</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175</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C</w:t>
            </w:r>
          </w:p>
        </w:tc>
      </w:tr>
      <w:tr>
        <w:trPr>
          <w:cantSplit/>
        </w:trPr>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107</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130</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153</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176</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B</w:t>
            </w:r>
          </w:p>
        </w:tc>
      </w:tr>
      <w:tr>
        <w:trPr>
          <w:cantSplit/>
        </w:trPr>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108</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131</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154</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177</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C</w:t>
            </w:r>
          </w:p>
        </w:tc>
      </w:tr>
      <w:tr>
        <w:trPr>
          <w:cantSplit/>
        </w:trPr>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109</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132</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155</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178</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r>
      <w:tr>
        <w:trPr>
          <w:cantSplit/>
        </w:trPr>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110</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133</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156</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179</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B</w:t>
            </w:r>
          </w:p>
        </w:tc>
      </w:tr>
      <w:tr>
        <w:trPr>
          <w:cantSplit/>
        </w:trPr>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111</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134</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157</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180</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A</w:t>
            </w:r>
          </w:p>
        </w:tc>
      </w:tr>
      <w:tr>
        <w:trPr>
          <w:cantSplit/>
        </w:trPr>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112</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135</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158</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r>
          </w:p>
        </w:tc>
      </w:tr>
      <w:tr>
        <w:trPr>
          <w:cantSplit/>
        </w:trPr>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113</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136</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159</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r>
          </w:p>
        </w:tc>
      </w:tr>
    </w:tbl>
    <w:p>
      <w:pPr>
        <w:widowControl/>
        <w:spacing w:before="0" w:after="16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Күрделі есептердің жауаптары</w:t>
      </w:r>
    </w:p>
    <w:p>
      <w:pPr>
        <w:widowControl/>
        <w:spacing w:before="0" w:after="420" w:line="276" w:lineRule="auto"/>
        <w:ind w:left="0"/>
      </w:pPr>
      <w:r>
        <w:rPr>
          <w:rFonts w:ascii="Arial" w:hAnsi="Arial"/>
          <w:b w:val="0"/>
          <w:color w:val="000000"/>
          <w:sz w:val="20"/>
        </w:rPr>
        <w:t>Тақырыптық жаттығулар · Тапсырмалар 181–220</w:t>
      </w:r>
    </w:p>
    <w:p>
      <w:pPr>
        <w:widowControl/>
        <w:spacing w:before="0" w:after="280" w:line="276" w:lineRule="auto"/>
        <w:ind w:left="0"/>
      </w:pPr>
      <w:r>
        <w:rPr>
          <w:rFonts w:ascii="Arial" w:hAnsi="Arial"/>
          <w:b w:val="0"/>
          <w:color w:val="000000"/>
          <w:sz w:val="21"/>
        </w:rPr>
        <w:t>Математика 181–204. Шамаларды салыстыру 205–220.</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193"/>
        <w:gridCol w:w="1293"/>
        <w:gridCol w:w="1193"/>
        <w:gridCol w:w="1293"/>
        <w:gridCol w:w="1193"/>
        <w:gridCol w:w="1293"/>
        <w:gridCol w:w="1193"/>
        <w:gridCol w:w="1293"/>
      </w:tblGrid>
      <w:tr>
        <w:trPr>
          <w:cantSplit/>
        </w:trPr>
        <w:tc>
          <w:tcPr>
            <w:tcW w:type="dxa" w:w="1193"/>
            <w:vAlign w:val="center"/>
            <w:tcMar>
              <w:left w:w="110" w:type="dxa"/>
              <w:right w:w="110" w:type="dxa"/>
              <w:top w:w="50" w:type="dxa"/>
              <w:bottom w:w="50" w:type="dxa"/>
            </w:tcMar>
            <w:shd w:fill="233B4B"/>
          </w:tcPr>
          <w:p>
            <w:pPr>
              <w:spacing w:after="0" w:line="254" w:lineRule="auto"/>
            </w:pPr>
            <w:r>
              <w:rPr>
                <w:rFonts w:ascii="Arial" w:hAnsi="Arial"/>
                <w:b/>
                <w:color w:val="FFFFFF"/>
                <w:sz w:val="19"/>
              </w:rPr>
              <w:t>№</w:t>
            </w:r>
          </w:p>
        </w:tc>
        <w:tc>
          <w:tcPr>
            <w:tcW w:type="dxa" w:w="1293"/>
            <w:vAlign w:val="center"/>
            <w:tcMar>
              <w:left w:w="110" w:type="dxa"/>
              <w:right w:w="110" w:type="dxa"/>
              <w:top w:w="50" w:type="dxa"/>
              <w:bottom w:w="50" w:type="dxa"/>
            </w:tcMar>
            <w:shd w:fill="233B4B"/>
          </w:tcPr>
          <w:p>
            <w:pPr>
              <w:spacing w:after="0" w:line="254" w:lineRule="auto"/>
            </w:pPr>
            <w:r>
              <w:rPr>
                <w:rFonts w:ascii="Arial" w:hAnsi="Arial"/>
                <w:b/>
                <w:color w:val="FFFFFF"/>
                <w:sz w:val="19"/>
              </w:rPr>
              <w:t>Жауап</w:t>
            </w:r>
          </w:p>
        </w:tc>
        <w:tc>
          <w:tcPr>
            <w:tcW w:type="dxa" w:w="1193"/>
            <w:vAlign w:val="center"/>
            <w:tcMar>
              <w:left w:w="110" w:type="dxa"/>
              <w:right w:w="110" w:type="dxa"/>
              <w:top w:w="50" w:type="dxa"/>
              <w:bottom w:w="50" w:type="dxa"/>
            </w:tcMar>
            <w:shd w:fill="233B4B"/>
          </w:tcPr>
          <w:p>
            <w:pPr>
              <w:spacing w:after="0" w:line="254" w:lineRule="auto"/>
            </w:pPr>
            <w:r>
              <w:rPr>
                <w:rFonts w:ascii="Arial" w:hAnsi="Arial"/>
                <w:b/>
                <w:color w:val="FFFFFF"/>
                <w:sz w:val="19"/>
              </w:rPr>
              <w:t>№</w:t>
            </w:r>
          </w:p>
        </w:tc>
        <w:tc>
          <w:tcPr>
            <w:tcW w:type="dxa" w:w="1293"/>
            <w:vAlign w:val="center"/>
            <w:tcMar>
              <w:left w:w="110" w:type="dxa"/>
              <w:right w:w="110" w:type="dxa"/>
              <w:top w:w="50" w:type="dxa"/>
              <w:bottom w:w="50" w:type="dxa"/>
            </w:tcMar>
            <w:shd w:fill="233B4B"/>
          </w:tcPr>
          <w:p>
            <w:pPr>
              <w:spacing w:after="0" w:line="254" w:lineRule="auto"/>
            </w:pPr>
            <w:r>
              <w:rPr>
                <w:rFonts w:ascii="Arial" w:hAnsi="Arial"/>
                <w:b/>
                <w:color w:val="FFFFFF"/>
                <w:sz w:val="19"/>
              </w:rPr>
              <w:t>Жауап</w:t>
            </w:r>
          </w:p>
        </w:tc>
        <w:tc>
          <w:tcPr>
            <w:tcW w:type="dxa" w:w="1193"/>
            <w:vAlign w:val="center"/>
            <w:tcMar>
              <w:left w:w="110" w:type="dxa"/>
              <w:right w:w="110" w:type="dxa"/>
              <w:top w:w="50" w:type="dxa"/>
              <w:bottom w:w="50" w:type="dxa"/>
            </w:tcMar>
            <w:shd w:fill="233B4B"/>
          </w:tcPr>
          <w:p>
            <w:pPr>
              <w:spacing w:after="0" w:line="254" w:lineRule="auto"/>
            </w:pPr>
            <w:r>
              <w:rPr>
                <w:rFonts w:ascii="Arial" w:hAnsi="Arial"/>
                <w:b/>
                <w:color w:val="FFFFFF"/>
                <w:sz w:val="19"/>
              </w:rPr>
              <w:t>№</w:t>
            </w:r>
          </w:p>
        </w:tc>
        <w:tc>
          <w:tcPr>
            <w:tcW w:type="dxa" w:w="1293"/>
            <w:vAlign w:val="center"/>
            <w:tcMar>
              <w:left w:w="110" w:type="dxa"/>
              <w:right w:w="110" w:type="dxa"/>
              <w:top w:w="50" w:type="dxa"/>
              <w:bottom w:w="50" w:type="dxa"/>
            </w:tcMar>
            <w:shd w:fill="233B4B"/>
          </w:tcPr>
          <w:p>
            <w:pPr>
              <w:spacing w:after="0" w:line="254" w:lineRule="auto"/>
            </w:pPr>
            <w:r>
              <w:rPr>
                <w:rFonts w:ascii="Arial" w:hAnsi="Arial"/>
                <w:b/>
                <w:color w:val="FFFFFF"/>
                <w:sz w:val="19"/>
              </w:rPr>
              <w:t>Жауап</w:t>
            </w:r>
          </w:p>
        </w:tc>
        <w:tc>
          <w:tcPr>
            <w:tcW w:type="dxa" w:w="1193"/>
            <w:vAlign w:val="center"/>
            <w:tcMar>
              <w:left w:w="110" w:type="dxa"/>
              <w:right w:w="110" w:type="dxa"/>
              <w:top w:w="50" w:type="dxa"/>
              <w:bottom w:w="50" w:type="dxa"/>
            </w:tcMar>
            <w:shd w:fill="233B4B"/>
          </w:tcPr>
          <w:p>
            <w:pPr>
              <w:spacing w:after="0" w:line="254" w:lineRule="auto"/>
            </w:pPr>
            <w:r>
              <w:rPr>
                <w:rFonts w:ascii="Arial" w:hAnsi="Arial"/>
                <w:b/>
                <w:color w:val="FFFFFF"/>
                <w:sz w:val="19"/>
              </w:rPr>
              <w:t>№</w:t>
            </w:r>
          </w:p>
        </w:tc>
        <w:tc>
          <w:tcPr>
            <w:tcW w:type="dxa" w:w="1293"/>
            <w:vAlign w:val="center"/>
            <w:tcMar>
              <w:left w:w="110" w:type="dxa"/>
              <w:right w:w="110" w:type="dxa"/>
              <w:top w:w="50" w:type="dxa"/>
              <w:bottom w:w="50" w:type="dxa"/>
            </w:tcMar>
            <w:shd w:fill="233B4B"/>
          </w:tcPr>
          <w:p>
            <w:pPr>
              <w:spacing w:after="0" w:line="254" w:lineRule="auto"/>
            </w:pPr>
            <w:r>
              <w:rPr>
                <w:rFonts w:ascii="Arial" w:hAnsi="Arial"/>
                <w:b/>
                <w:color w:val="FFFFFF"/>
                <w:sz w:val="19"/>
              </w:rPr>
              <w:t>Жауап</w:t>
            </w:r>
          </w:p>
        </w:tc>
      </w:tr>
      <w:tr>
        <w:trPr>
          <w:cantSplit/>
        </w:trPr>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181</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191</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201</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211</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A</w:t>
            </w:r>
          </w:p>
        </w:tc>
      </w:tr>
      <w:tr>
        <w:trPr>
          <w:cantSplit/>
        </w:trPr>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182</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192</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202</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212</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C</w:t>
            </w:r>
          </w:p>
        </w:tc>
      </w:tr>
      <w:tr>
        <w:trPr>
          <w:cantSplit/>
        </w:trPr>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183</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193</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203</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213</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B</w:t>
            </w:r>
          </w:p>
        </w:tc>
      </w:tr>
      <w:tr>
        <w:trPr>
          <w:cantSplit/>
        </w:trPr>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184</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194</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204</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214</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C</w:t>
            </w:r>
          </w:p>
        </w:tc>
      </w:tr>
      <w:tr>
        <w:trPr>
          <w:cantSplit/>
        </w:trPr>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185</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195</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205</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215</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B</w:t>
            </w:r>
          </w:p>
        </w:tc>
      </w:tr>
      <w:tr>
        <w:trPr>
          <w:cantSplit/>
        </w:trPr>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186</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196</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206</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216</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A</w:t>
            </w:r>
          </w:p>
        </w:tc>
      </w:tr>
      <w:tr>
        <w:trPr>
          <w:cantSplit/>
        </w:trPr>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187</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197</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207</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217</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D</w:t>
            </w:r>
          </w:p>
        </w:tc>
      </w:tr>
      <w:tr>
        <w:trPr>
          <w:cantSplit/>
        </w:trPr>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188</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198</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208</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218</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B</w:t>
            </w:r>
          </w:p>
        </w:tc>
      </w:tr>
      <w:tr>
        <w:trPr>
          <w:cantSplit/>
        </w:trPr>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189</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199</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209</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219</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r>
      <w:tr>
        <w:trPr>
          <w:cantSplit/>
        </w:trPr>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190</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200</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210</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220</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A</w:t>
            </w:r>
          </w:p>
        </w:tc>
      </w:tr>
    </w:tbl>
    <w:p>
      <w:pPr>
        <w:widowControl/>
        <w:spacing w:before="0" w:after="16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1-сынақтың жауаптары</w:t>
      </w:r>
    </w:p>
    <w:p>
      <w:pPr>
        <w:widowControl/>
        <w:spacing w:before="0" w:after="420" w:line="276" w:lineRule="auto"/>
        <w:ind w:left="0"/>
      </w:pPr>
      <w:r>
        <w:rPr>
          <w:rFonts w:ascii="Arial" w:hAnsi="Arial"/>
          <w:b w:val="0"/>
          <w:color w:val="000000"/>
          <w:sz w:val="20"/>
        </w:rPr>
        <w:t>Бөлім мен тапсырма нөмірін тексеріңіз</w:t>
      </w:r>
    </w:p>
    <w:p>
      <w:pPr>
        <w:widowControl/>
        <w:spacing w:before="0" w:after="180" w:line="276" w:lineRule="auto"/>
        <w:ind w:left="0"/>
      </w:pPr>
      <w:r>
        <w:rPr>
          <w:rFonts w:ascii="Arial" w:hAnsi="Arial"/>
          <w:b/>
          <w:color w:val="000000"/>
          <w:sz w:val="24"/>
        </w:rPr>
        <w:t>Математика</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193"/>
        <w:gridCol w:w="1293"/>
        <w:gridCol w:w="1193"/>
        <w:gridCol w:w="1293"/>
        <w:gridCol w:w="1193"/>
        <w:gridCol w:w="1293"/>
        <w:gridCol w:w="1193"/>
        <w:gridCol w:w="1293"/>
      </w:tblGrid>
      <w:tr>
        <w:trPr>
          <w:cantSplit/>
        </w:trPr>
        <w:tc>
          <w:tcPr>
            <w:tcW w:type="dxa" w:w="1193"/>
            <w:vAlign w:val="center"/>
            <w:tcMar>
              <w:left w:w="110" w:type="dxa"/>
              <w:right w:w="110" w:type="dxa"/>
              <w:top w:w="50" w:type="dxa"/>
              <w:bottom w:w="50" w:type="dxa"/>
            </w:tcMar>
            <w:shd w:fill="233B4B"/>
          </w:tcPr>
          <w:p>
            <w:pPr>
              <w:spacing w:after="0" w:line="254" w:lineRule="auto"/>
            </w:pPr>
            <w:r>
              <w:rPr>
                <w:rFonts w:ascii="Arial" w:hAnsi="Arial"/>
                <w:b/>
                <w:color w:val="FFFFFF"/>
                <w:sz w:val="19"/>
              </w:rPr>
              <w:t>№</w:t>
            </w:r>
          </w:p>
        </w:tc>
        <w:tc>
          <w:tcPr>
            <w:tcW w:type="dxa" w:w="1293"/>
            <w:vAlign w:val="center"/>
            <w:tcMar>
              <w:left w:w="110" w:type="dxa"/>
              <w:right w:w="110" w:type="dxa"/>
              <w:top w:w="50" w:type="dxa"/>
              <w:bottom w:w="50" w:type="dxa"/>
            </w:tcMar>
            <w:shd w:fill="233B4B"/>
          </w:tcPr>
          <w:p>
            <w:pPr>
              <w:spacing w:after="0" w:line="254" w:lineRule="auto"/>
            </w:pPr>
            <w:r>
              <w:rPr>
                <w:rFonts w:ascii="Arial" w:hAnsi="Arial"/>
                <w:b/>
                <w:color w:val="FFFFFF"/>
                <w:sz w:val="19"/>
              </w:rPr>
              <w:t>Жауап</w:t>
            </w:r>
          </w:p>
        </w:tc>
        <w:tc>
          <w:tcPr>
            <w:tcW w:type="dxa" w:w="1193"/>
            <w:vAlign w:val="center"/>
            <w:tcMar>
              <w:left w:w="110" w:type="dxa"/>
              <w:right w:w="110" w:type="dxa"/>
              <w:top w:w="50" w:type="dxa"/>
              <w:bottom w:w="50" w:type="dxa"/>
            </w:tcMar>
            <w:shd w:fill="233B4B"/>
          </w:tcPr>
          <w:p>
            <w:pPr>
              <w:spacing w:after="0" w:line="254" w:lineRule="auto"/>
            </w:pPr>
            <w:r>
              <w:rPr>
                <w:rFonts w:ascii="Arial" w:hAnsi="Arial"/>
                <w:b/>
                <w:color w:val="FFFFFF"/>
                <w:sz w:val="19"/>
              </w:rPr>
              <w:t>№</w:t>
            </w:r>
          </w:p>
        </w:tc>
        <w:tc>
          <w:tcPr>
            <w:tcW w:type="dxa" w:w="1293"/>
            <w:vAlign w:val="center"/>
            <w:tcMar>
              <w:left w:w="110" w:type="dxa"/>
              <w:right w:w="110" w:type="dxa"/>
              <w:top w:w="50" w:type="dxa"/>
              <w:bottom w:w="50" w:type="dxa"/>
            </w:tcMar>
            <w:shd w:fill="233B4B"/>
          </w:tcPr>
          <w:p>
            <w:pPr>
              <w:spacing w:after="0" w:line="254" w:lineRule="auto"/>
            </w:pPr>
            <w:r>
              <w:rPr>
                <w:rFonts w:ascii="Arial" w:hAnsi="Arial"/>
                <w:b/>
                <w:color w:val="FFFFFF"/>
                <w:sz w:val="19"/>
              </w:rPr>
              <w:t>Жауап</w:t>
            </w:r>
          </w:p>
        </w:tc>
        <w:tc>
          <w:tcPr>
            <w:tcW w:type="dxa" w:w="1193"/>
            <w:vAlign w:val="center"/>
            <w:tcMar>
              <w:left w:w="110" w:type="dxa"/>
              <w:right w:w="110" w:type="dxa"/>
              <w:top w:w="50" w:type="dxa"/>
              <w:bottom w:w="50" w:type="dxa"/>
            </w:tcMar>
            <w:shd w:fill="233B4B"/>
          </w:tcPr>
          <w:p>
            <w:pPr>
              <w:spacing w:after="0" w:line="254" w:lineRule="auto"/>
            </w:pPr>
            <w:r>
              <w:rPr>
                <w:rFonts w:ascii="Arial" w:hAnsi="Arial"/>
                <w:b/>
                <w:color w:val="FFFFFF"/>
                <w:sz w:val="19"/>
              </w:rPr>
              <w:t>№</w:t>
            </w:r>
          </w:p>
        </w:tc>
        <w:tc>
          <w:tcPr>
            <w:tcW w:type="dxa" w:w="1293"/>
            <w:vAlign w:val="center"/>
            <w:tcMar>
              <w:left w:w="110" w:type="dxa"/>
              <w:right w:w="110" w:type="dxa"/>
              <w:top w:w="50" w:type="dxa"/>
              <w:bottom w:w="50" w:type="dxa"/>
            </w:tcMar>
            <w:shd w:fill="233B4B"/>
          </w:tcPr>
          <w:p>
            <w:pPr>
              <w:spacing w:after="0" w:line="254" w:lineRule="auto"/>
            </w:pPr>
            <w:r>
              <w:rPr>
                <w:rFonts w:ascii="Arial" w:hAnsi="Arial"/>
                <w:b/>
                <w:color w:val="FFFFFF"/>
                <w:sz w:val="19"/>
              </w:rPr>
              <w:t>Жауап</w:t>
            </w:r>
          </w:p>
        </w:tc>
        <w:tc>
          <w:tcPr>
            <w:tcW w:type="dxa" w:w="1193"/>
            <w:vAlign w:val="center"/>
            <w:tcMar>
              <w:left w:w="110" w:type="dxa"/>
              <w:right w:w="110" w:type="dxa"/>
              <w:top w:w="50" w:type="dxa"/>
              <w:bottom w:w="50" w:type="dxa"/>
            </w:tcMar>
            <w:shd w:fill="233B4B"/>
          </w:tcPr>
          <w:p>
            <w:pPr>
              <w:spacing w:after="0" w:line="254" w:lineRule="auto"/>
            </w:pPr>
            <w:r>
              <w:rPr>
                <w:rFonts w:ascii="Arial" w:hAnsi="Arial"/>
                <w:b/>
                <w:color w:val="FFFFFF"/>
                <w:sz w:val="19"/>
              </w:rPr>
              <w:t>№</w:t>
            </w:r>
          </w:p>
        </w:tc>
        <w:tc>
          <w:tcPr>
            <w:tcW w:type="dxa" w:w="1293"/>
            <w:vAlign w:val="center"/>
            <w:tcMar>
              <w:left w:w="110" w:type="dxa"/>
              <w:right w:w="110" w:type="dxa"/>
              <w:top w:w="50" w:type="dxa"/>
              <w:bottom w:w="50" w:type="dxa"/>
            </w:tcMar>
            <w:shd w:fill="233B4B"/>
          </w:tcPr>
          <w:p>
            <w:pPr>
              <w:spacing w:after="0" w:line="254" w:lineRule="auto"/>
            </w:pPr>
            <w:r>
              <w:rPr>
                <w:rFonts w:ascii="Arial" w:hAnsi="Arial"/>
                <w:b/>
                <w:color w:val="FFFFFF"/>
                <w:sz w:val="19"/>
              </w:rPr>
              <w:t>Жауап</w:t>
            </w:r>
          </w:p>
        </w:tc>
      </w:tr>
      <w:tr>
        <w:trPr>
          <w:cantSplit/>
        </w:trPr>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11</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21</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31</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A</w:t>
            </w:r>
          </w:p>
        </w:tc>
      </w:tr>
      <w:tr>
        <w:trPr>
          <w:cantSplit/>
        </w:trPr>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2</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12</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22</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32</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B</w:t>
            </w:r>
          </w:p>
        </w:tc>
      </w:tr>
      <w:tr>
        <w:trPr>
          <w:cantSplit/>
        </w:trPr>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3</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13</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23</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33</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D</w:t>
            </w:r>
          </w:p>
        </w:tc>
      </w:tr>
      <w:tr>
        <w:trPr>
          <w:cantSplit/>
        </w:trPr>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4</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14</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24</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34</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A</w:t>
            </w:r>
          </w:p>
        </w:tc>
      </w:tr>
      <w:tr>
        <w:trPr>
          <w:cantSplit/>
        </w:trPr>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5</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15</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25</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35</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A</w:t>
            </w:r>
          </w:p>
        </w:tc>
      </w:tr>
      <w:tr>
        <w:trPr>
          <w:cantSplit/>
        </w:trPr>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6</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16</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26</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36</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A</w:t>
            </w:r>
          </w:p>
        </w:tc>
      </w:tr>
      <w:tr>
        <w:trPr>
          <w:cantSplit/>
        </w:trPr>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7</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17</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27</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37</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D</w:t>
            </w:r>
          </w:p>
        </w:tc>
      </w:tr>
      <w:tr>
        <w:trPr>
          <w:cantSplit/>
        </w:trPr>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8</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18</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28</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38</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B</w:t>
            </w:r>
          </w:p>
        </w:tc>
      </w:tr>
      <w:tr>
        <w:trPr>
          <w:cantSplit/>
        </w:trPr>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9</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19</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29</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39</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D</w:t>
            </w:r>
          </w:p>
        </w:tc>
      </w:tr>
      <w:tr>
        <w:trPr>
          <w:cantSplit/>
        </w:trPr>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10</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20</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30</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40</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C</w:t>
            </w:r>
          </w:p>
        </w:tc>
      </w:tr>
    </w:tbl>
    <w:p>
      <w:pPr>
        <w:widowControl/>
        <w:spacing w:before="0" w:after="160" w:line="20" w:lineRule="exact"/>
        <w:ind w:left="0"/>
      </w:pPr>
      <w:r>
        <w:rPr>
          <w:rFonts w:ascii="Arial" w:hAnsi="Arial"/>
          <w:b w:val="0"/>
          <w:color w:val="000000"/>
          <w:sz w:val="2"/>
        </w:rPr>
      </w:r>
    </w:p>
    <w:p>
      <w:pPr>
        <w:widowControl/>
        <w:spacing w:before="0" w:after="180" w:line="276" w:lineRule="auto"/>
        <w:ind w:left="0"/>
      </w:pPr>
      <w:r>
        <w:rPr>
          <w:rFonts w:ascii="Arial" w:hAnsi="Arial"/>
          <w:b/>
          <w:color w:val="000000"/>
          <w:sz w:val="24"/>
        </w:rPr>
        <w:t>Сандық сипаттамалар</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193"/>
        <w:gridCol w:w="1293"/>
        <w:gridCol w:w="1193"/>
        <w:gridCol w:w="1293"/>
        <w:gridCol w:w="1193"/>
        <w:gridCol w:w="1293"/>
        <w:gridCol w:w="1193"/>
        <w:gridCol w:w="1293"/>
      </w:tblGrid>
      <w:tr>
        <w:trPr>
          <w:cantSplit/>
        </w:trPr>
        <w:tc>
          <w:tcPr>
            <w:tcW w:type="dxa" w:w="1193"/>
            <w:vAlign w:val="center"/>
            <w:tcMar>
              <w:left w:w="110" w:type="dxa"/>
              <w:right w:w="110" w:type="dxa"/>
              <w:top w:w="50" w:type="dxa"/>
              <w:bottom w:w="50" w:type="dxa"/>
            </w:tcMar>
            <w:shd w:fill="233B4B"/>
          </w:tcPr>
          <w:p>
            <w:pPr>
              <w:spacing w:after="0" w:line="254" w:lineRule="auto"/>
            </w:pPr>
            <w:r>
              <w:rPr>
                <w:rFonts w:ascii="Arial" w:hAnsi="Arial"/>
                <w:b/>
                <w:color w:val="FFFFFF"/>
                <w:sz w:val="19"/>
              </w:rPr>
              <w:t>№</w:t>
            </w:r>
          </w:p>
        </w:tc>
        <w:tc>
          <w:tcPr>
            <w:tcW w:type="dxa" w:w="1293"/>
            <w:vAlign w:val="center"/>
            <w:tcMar>
              <w:left w:w="110" w:type="dxa"/>
              <w:right w:w="110" w:type="dxa"/>
              <w:top w:w="50" w:type="dxa"/>
              <w:bottom w:w="50" w:type="dxa"/>
            </w:tcMar>
            <w:shd w:fill="233B4B"/>
          </w:tcPr>
          <w:p>
            <w:pPr>
              <w:spacing w:after="0" w:line="254" w:lineRule="auto"/>
            </w:pPr>
            <w:r>
              <w:rPr>
                <w:rFonts w:ascii="Arial" w:hAnsi="Arial"/>
                <w:b/>
                <w:color w:val="FFFFFF"/>
                <w:sz w:val="19"/>
              </w:rPr>
              <w:t>Жауап</w:t>
            </w:r>
          </w:p>
        </w:tc>
        <w:tc>
          <w:tcPr>
            <w:tcW w:type="dxa" w:w="1193"/>
            <w:vAlign w:val="center"/>
            <w:tcMar>
              <w:left w:w="110" w:type="dxa"/>
              <w:right w:w="110" w:type="dxa"/>
              <w:top w:w="50" w:type="dxa"/>
              <w:bottom w:w="50" w:type="dxa"/>
            </w:tcMar>
            <w:shd w:fill="233B4B"/>
          </w:tcPr>
          <w:p>
            <w:pPr>
              <w:spacing w:after="0" w:line="254" w:lineRule="auto"/>
            </w:pPr>
            <w:r>
              <w:rPr>
                <w:rFonts w:ascii="Arial" w:hAnsi="Arial"/>
                <w:b/>
                <w:color w:val="FFFFFF"/>
                <w:sz w:val="19"/>
              </w:rPr>
              <w:t>№</w:t>
            </w:r>
          </w:p>
        </w:tc>
        <w:tc>
          <w:tcPr>
            <w:tcW w:type="dxa" w:w="1293"/>
            <w:vAlign w:val="center"/>
            <w:tcMar>
              <w:left w:w="110" w:type="dxa"/>
              <w:right w:w="110" w:type="dxa"/>
              <w:top w:w="50" w:type="dxa"/>
              <w:bottom w:w="50" w:type="dxa"/>
            </w:tcMar>
            <w:shd w:fill="233B4B"/>
          </w:tcPr>
          <w:p>
            <w:pPr>
              <w:spacing w:after="0" w:line="254" w:lineRule="auto"/>
            </w:pPr>
            <w:r>
              <w:rPr>
                <w:rFonts w:ascii="Arial" w:hAnsi="Arial"/>
                <w:b/>
                <w:color w:val="FFFFFF"/>
                <w:sz w:val="19"/>
              </w:rPr>
              <w:t>Жауап</w:t>
            </w:r>
          </w:p>
        </w:tc>
        <w:tc>
          <w:tcPr>
            <w:tcW w:type="dxa" w:w="1193"/>
            <w:vAlign w:val="center"/>
            <w:tcMar>
              <w:left w:w="110" w:type="dxa"/>
              <w:right w:w="110" w:type="dxa"/>
              <w:top w:w="50" w:type="dxa"/>
              <w:bottom w:w="50" w:type="dxa"/>
            </w:tcMar>
            <w:shd w:fill="233B4B"/>
          </w:tcPr>
          <w:p>
            <w:pPr>
              <w:spacing w:after="0" w:line="254" w:lineRule="auto"/>
            </w:pPr>
            <w:r>
              <w:rPr>
                <w:rFonts w:ascii="Arial" w:hAnsi="Arial"/>
                <w:b/>
                <w:color w:val="FFFFFF"/>
                <w:sz w:val="19"/>
              </w:rPr>
              <w:t>№</w:t>
            </w:r>
          </w:p>
        </w:tc>
        <w:tc>
          <w:tcPr>
            <w:tcW w:type="dxa" w:w="1293"/>
            <w:vAlign w:val="center"/>
            <w:tcMar>
              <w:left w:w="110" w:type="dxa"/>
              <w:right w:w="110" w:type="dxa"/>
              <w:top w:w="50" w:type="dxa"/>
              <w:bottom w:w="50" w:type="dxa"/>
            </w:tcMar>
            <w:shd w:fill="233B4B"/>
          </w:tcPr>
          <w:p>
            <w:pPr>
              <w:spacing w:after="0" w:line="254" w:lineRule="auto"/>
            </w:pPr>
            <w:r>
              <w:rPr>
                <w:rFonts w:ascii="Arial" w:hAnsi="Arial"/>
                <w:b/>
                <w:color w:val="FFFFFF"/>
                <w:sz w:val="19"/>
              </w:rPr>
              <w:t>Жауап</w:t>
            </w:r>
          </w:p>
        </w:tc>
        <w:tc>
          <w:tcPr>
            <w:tcW w:type="dxa" w:w="1193"/>
            <w:vAlign w:val="center"/>
            <w:tcMar>
              <w:left w:w="110" w:type="dxa"/>
              <w:right w:w="110" w:type="dxa"/>
              <w:top w:w="50" w:type="dxa"/>
              <w:bottom w:w="50" w:type="dxa"/>
            </w:tcMar>
            <w:shd w:fill="233B4B"/>
          </w:tcPr>
          <w:p>
            <w:pPr>
              <w:spacing w:after="0" w:line="254" w:lineRule="auto"/>
            </w:pPr>
            <w:r>
              <w:rPr>
                <w:rFonts w:ascii="Arial" w:hAnsi="Arial"/>
                <w:b/>
                <w:color w:val="FFFFFF"/>
                <w:sz w:val="19"/>
              </w:rPr>
              <w:t>№</w:t>
            </w:r>
          </w:p>
        </w:tc>
        <w:tc>
          <w:tcPr>
            <w:tcW w:type="dxa" w:w="1293"/>
            <w:vAlign w:val="center"/>
            <w:tcMar>
              <w:left w:w="110" w:type="dxa"/>
              <w:right w:w="110" w:type="dxa"/>
              <w:top w:w="50" w:type="dxa"/>
              <w:bottom w:w="50" w:type="dxa"/>
            </w:tcMar>
            <w:shd w:fill="233B4B"/>
          </w:tcPr>
          <w:p>
            <w:pPr>
              <w:spacing w:after="0" w:line="254" w:lineRule="auto"/>
            </w:pPr>
            <w:r>
              <w:rPr>
                <w:rFonts w:ascii="Arial" w:hAnsi="Arial"/>
                <w:b/>
                <w:color w:val="FFFFFF"/>
                <w:sz w:val="19"/>
              </w:rPr>
              <w:t>Жауап</w:t>
            </w:r>
          </w:p>
        </w:tc>
      </w:tr>
      <w:tr>
        <w:trPr>
          <w:cantSplit/>
        </w:trPr>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16</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31</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46</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D</w:t>
            </w:r>
          </w:p>
        </w:tc>
      </w:tr>
      <w:tr>
        <w:trPr>
          <w:cantSplit/>
        </w:trPr>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2</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17</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32</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47</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C</w:t>
            </w:r>
          </w:p>
        </w:tc>
      </w:tr>
      <w:tr>
        <w:trPr>
          <w:cantSplit/>
        </w:trPr>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3</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18</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33</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48</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r>
      <w:tr>
        <w:trPr>
          <w:cantSplit/>
        </w:trPr>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4</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19</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34</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49</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C</w:t>
            </w:r>
          </w:p>
        </w:tc>
      </w:tr>
      <w:tr>
        <w:trPr>
          <w:cantSplit/>
        </w:trPr>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5</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20</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35</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50</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A</w:t>
            </w:r>
          </w:p>
        </w:tc>
      </w:tr>
      <w:tr>
        <w:trPr>
          <w:cantSplit/>
        </w:trPr>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6</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21</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36</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51</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C</w:t>
            </w:r>
          </w:p>
        </w:tc>
      </w:tr>
      <w:tr>
        <w:trPr>
          <w:cantSplit/>
        </w:trPr>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7</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22</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37</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52</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A</w:t>
            </w:r>
          </w:p>
        </w:tc>
      </w:tr>
      <w:tr>
        <w:trPr>
          <w:cantSplit/>
        </w:trPr>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8</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23</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38</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53</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D</w:t>
            </w:r>
          </w:p>
        </w:tc>
      </w:tr>
      <w:tr>
        <w:trPr>
          <w:cantSplit/>
        </w:trPr>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9</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24</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39</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54</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A</w:t>
            </w:r>
          </w:p>
        </w:tc>
      </w:tr>
      <w:tr>
        <w:trPr>
          <w:cantSplit/>
        </w:trPr>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10</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25</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40</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55</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B</w:t>
            </w:r>
          </w:p>
        </w:tc>
      </w:tr>
      <w:tr>
        <w:trPr>
          <w:cantSplit/>
        </w:trPr>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11</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26</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41</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56</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A</w:t>
            </w:r>
          </w:p>
        </w:tc>
      </w:tr>
      <w:tr>
        <w:trPr>
          <w:cantSplit/>
        </w:trPr>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12</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27</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42</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57</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A</w:t>
            </w:r>
          </w:p>
        </w:tc>
      </w:tr>
      <w:tr>
        <w:trPr>
          <w:cantSplit/>
        </w:trPr>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13</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28</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43</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58</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D</w:t>
            </w:r>
          </w:p>
        </w:tc>
      </w:tr>
      <w:tr>
        <w:trPr>
          <w:cantSplit/>
        </w:trPr>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14</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29</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44</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59</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B</w:t>
            </w:r>
          </w:p>
        </w:tc>
      </w:tr>
      <w:tr>
        <w:trPr>
          <w:cantSplit/>
        </w:trPr>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15</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30</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45</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60</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A</w:t>
            </w:r>
          </w:p>
        </w:tc>
      </w:tr>
    </w:tbl>
    <w:p>
      <w:pPr>
        <w:widowControl/>
        <w:spacing w:before="0" w:after="16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2-сынақтың жауаптары</w:t>
      </w:r>
    </w:p>
    <w:p>
      <w:pPr>
        <w:widowControl/>
        <w:spacing w:before="0" w:after="420" w:line="276" w:lineRule="auto"/>
        <w:ind w:left="0"/>
      </w:pPr>
      <w:r>
        <w:rPr>
          <w:rFonts w:ascii="Arial" w:hAnsi="Arial"/>
          <w:b w:val="0"/>
          <w:color w:val="000000"/>
          <w:sz w:val="20"/>
        </w:rPr>
        <w:t>Бөлім мен тапсырма нөмірін тексеріңіз</w:t>
      </w:r>
    </w:p>
    <w:p>
      <w:pPr>
        <w:widowControl/>
        <w:spacing w:before="0" w:after="180" w:line="276" w:lineRule="auto"/>
        <w:ind w:left="0"/>
      </w:pPr>
      <w:r>
        <w:rPr>
          <w:rFonts w:ascii="Arial" w:hAnsi="Arial"/>
          <w:b/>
          <w:color w:val="000000"/>
          <w:sz w:val="24"/>
        </w:rPr>
        <w:t>Математика</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193"/>
        <w:gridCol w:w="1293"/>
        <w:gridCol w:w="1193"/>
        <w:gridCol w:w="1293"/>
        <w:gridCol w:w="1193"/>
        <w:gridCol w:w="1293"/>
        <w:gridCol w:w="1193"/>
        <w:gridCol w:w="1293"/>
      </w:tblGrid>
      <w:tr>
        <w:trPr>
          <w:cantSplit/>
        </w:trPr>
        <w:tc>
          <w:tcPr>
            <w:tcW w:type="dxa" w:w="1193"/>
            <w:vAlign w:val="center"/>
            <w:tcMar>
              <w:left w:w="110" w:type="dxa"/>
              <w:right w:w="110" w:type="dxa"/>
              <w:top w:w="50" w:type="dxa"/>
              <w:bottom w:w="50" w:type="dxa"/>
            </w:tcMar>
            <w:shd w:fill="233B4B"/>
          </w:tcPr>
          <w:p>
            <w:pPr>
              <w:spacing w:after="0" w:line="254" w:lineRule="auto"/>
            </w:pPr>
            <w:r>
              <w:rPr>
                <w:rFonts w:ascii="Arial" w:hAnsi="Arial"/>
                <w:b/>
                <w:color w:val="FFFFFF"/>
                <w:sz w:val="19"/>
              </w:rPr>
              <w:t>№</w:t>
            </w:r>
          </w:p>
        </w:tc>
        <w:tc>
          <w:tcPr>
            <w:tcW w:type="dxa" w:w="1293"/>
            <w:vAlign w:val="center"/>
            <w:tcMar>
              <w:left w:w="110" w:type="dxa"/>
              <w:right w:w="110" w:type="dxa"/>
              <w:top w:w="50" w:type="dxa"/>
              <w:bottom w:w="50" w:type="dxa"/>
            </w:tcMar>
            <w:shd w:fill="233B4B"/>
          </w:tcPr>
          <w:p>
            <w:pPr>
              <w:spacing w:after="0" w:line="254" w:lineRule="auto"/>
            </w:pPr>
            <w:r>
              <w:rPr>
                <w:rFonts w:ascii="Arial" w:hAnsi="Arial"/>
                <w:b/>
                <w:color w:val="FFFFFF"/>
                <w:sz w:val="19"/>
              </w:rPr>
              <w:t>Жауап</w:t>
            </w:r>
          </w:p>
        </w:tc>
        <w:tc>
          <w:tcPr>
            <w:tcW w:type="dxa" w:w="1193"/>
            <w:vAlign w:val="center"/>
            <w:tcMar>
              <w:left w:w="110" w:type="dxa"/>
              <w:right w:w="110" w:type="dxa"/>
              <w:top w:w="50" w:type="dxa"/>
              <w:bottom w:w="50" w:type="dxa"/>
            </w:tcMar>
            <w:shd w:fill="233B4B"/>
          </w:tcPr>
          <w:p>
            <w:pPr>
              <w:spacing w:after="0" w:line="254" w:lineRule="auto"/>
            </w:pPr>
            <w:r>
              <w:rPr>
                <w:rFonts w:ascii="Arial" w:hAnsi="Arial"/>
                <w:b/>
                <w:color w:val="FFFFFF"/>
                <w:sz w:val="19"/>
              </w:rPr>
              <w:t>№</w:t>
            </w:r>
          </w:p>
        </w:tc>
        <w:tc>
          <w:tcPr>
            <w:tcW w:type="dxa" w:w="1293"/>
            <w:vAlign w:val="center"/>
            <w:tcMar>
              <w:left w:w="110" w:type="dxa"/>
              <w:right w:w="110" w:type="dxa"/>
              <w:top w:w="50" w:type="dxa"/>
              <w:bottom w:w="50" w:type="dxa"/>
            </w:tcMar>
            <w:shd w:fill="233B4B"/>
          </w:tcPr>
          <w:p>
            <w:pPr>
              <w:spacing w:after="0" w:line="254" w:lineRule="auto"/>
            </w:pPr>
            <w:r>
              <w:rPr>
                <w:rFonts w:ascii="Arial" w:hAnsi="Arial"/>
                <w:b/>
                <w:color w:val="FFFFFF"/>
                <w:sz w:val="19"/>
              </w:rPr>
              <w:t>Жауап</w:t>
            </w:r>
          </w:p>
        </w:tc>
        <w:tc>
          <w:tcPr>
            <w:tcW w:type="dxa" w:w="1193"/>
            <w:vAlign w:val="center"/>
            <w:tcMar>
              <w:left w:w="110" w:type="dxa"/>
              <w:right w:w="110" w:type="dxa"/>
              <w:top w:w="50" w:type="dxa"/>
              <w:bottom w:w="50" w:type="dxa"/>
            </w:tcMar>
            <w:shd w:fill="233B4B"/>
          </w:tcPr>
          <w:p>
            <w:pPr>
              <w:spacing w:after="0" w:line="254" w:lineRule="auto"/>
            </w:pPr>
            <w:r>
              <w:rPr>
                <w:rFonts w:ascii="Arial" w:hAnsi="Arial"/>
                <w:b/>
                <w:color w:val="FFFFFF"/>
                <w:sz w:val="19"/>
              </w:rPr>
              <w:t>№</w:t>
            </w:r>
          </w:p>
        </w:tc>
        <w:tc>
          <w:tcPr>
            <w:tcW w:type="dxa" w:w="1293"/>
            <w:vAlign w:val="center"/>
            <w:tcMar>
              <w:left w:w="110" w:type="dxa"/>
              <w:right w:w="110" w:type="dxa"/>
              <w:top w:w="50" w:type="dxa"/>
              <w:bottom w:w="50" w:type="dxa"/>
            </w:tcMar>
            <w:shd w:fill="233B4B"/>
          </w:tcPr>
          <w:p>
            <w:pPr>
              <w:spacing w:after="0" w:line="254" w:lineRule="auto"/>
            </w:pPr>
            <w:r>
              <w:rPr>
                <w:rFonts w:ascii="Arial" w:hAnsi="Arial"/>
                <w:b/>
                <w:color w:val="FFFFFF"/>
                <w:sz w:val="19"/>
              </w:rPr>
              <w:t>Жауап</w:t>
            </w:r>
          </w:p>
        </w:tc>
        <w:tc>
          <w:tcPr>
            <w:tcW w:type="dxa" w:w="1193"/>
            <w:vAlign w:val="center"/>
            <w:tcMar>
              <w:left w:w="110" w:type="dxa"/>
              <w:right w:w="110" w:type="dxa"/>
              <w:top w:w="50" w:type="dxa"/>
              <w:bottom w:w="50" w:type="dxa"/>
            </w:tcMar>
            <w:shd w:fill="233B4B"/>
          </w:tcPr>
          <w:p>
            <w:pPr>
              <w:spacing w:after="0" w:line="254" w:lineRule="auto"/>
            </w:pPr>
            <w:r>
              <w:rPr>
                <w:rFonts w:ascii="Arial" w:hAnsi="Arial"/>
                <w:b/>
                <w:color w:val="FFFFFF"/>
                <w:sz w:val="19"/>
              </w:rPr>
              <w:t>№</w:t>
            </w:r>
          </w:p>
        </w:tc>
        <w:tc>
          <w:tcPr>
            <w:tcW w:type="dxa" w:w="1293"/>
            <w:vAlign w:val="center"/>
            <w:tcMar>
              <w:left w:w="110" w:type="dxa"/>
              <w:right w:w="110" w:type="dxa"/>
              <w:top w:w="50" w:type="dxa"/>
              <w:bottom w:w="50" w:type="dxa"/>
            </w:tcMar>
            <w:shd w:fill="233B4B"/>
          </w:tcPr>
          <w:p>
            <w:pPr>
              <w:spacing w:after="0" w:line="254" w:lineRule="auto"/>
            </w:pPr>
            <w:r>
              <w:rPr>
                <w:rFonts w:ascii="Arial" w:hAnsi="Arial"/>
                <w:b/>
                <w:color w:val="FFFFFF"/>
                <w:sz w:val="19"/>
              </w:rPr>
              <w:t>Жауап</w:t>
            </w:r>
          </w:p>
        </w:tc>
      </w:tr>
      <w:tr>
        <w:trPr>
          <w:cantSplit/>
        </w:trPr>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11</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21</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31</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D</w:t>
            </w:r>
          </w:p>
        </w:tc>
      </w:tr>
      <w:tr>
        <w:trPr>
          <w:cantSplit/>
        </w:trPr>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2</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12</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22</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32</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C</w:t>
            </w:r>
          </w:p>
        </w:tc>
      </w:tr>
      <w:tr>
        <w:trPr>
          <w:cantSplit/>
        </w:trPr>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3</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13</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23</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33</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r>
      <w:tr>
        <w:trPr>
          <w:cantSplit/>
        </w:trPr>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4</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14</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24</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34</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A</w:t>
            </w:r>
          </w:p>
        </w:tc>
      </w:tr>
      <w:tr>
        <w:trPr>
          <w:cantSplit/>
        </w:trPr>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5</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15</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25</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35</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B</w:t>
            </w:r>
          </w:p>
        </w:tc>
      </w:tr>
      <w:tr>
        <w:trPr>
          <w:cantSplit/>
        </w:trPr>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6</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16</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26</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36</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A</w:t>
            </w:r>
          </w:p>
        </w:tc>
      </w:tr>
      <w:tr>
        <w:trPr>
          <w:cantSplit/>
        </w:trPr>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7</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17</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27</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37</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D</w:t>
            </w:r>
          </w:p>
        </w:tc>
      </w:tr>
      <w:tr>
        <w:trPr>
          <w:cantSplit/>
        </w:trPr>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8</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18</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28</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38</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B</w:t>
            </w:r>
          </w:p>
        </w:tc>
      </w:tr>
      <w:tr>
        <w:trPr>
          <w:cantSplit/>
        </w:trPr>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9</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19</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29</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39</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r>
      <w:tr>
        <w:trPr>
          <w:cantSplit/>
        </w:trPr>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10</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20</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30</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40</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A</w:t>
            </w:r>
          </w:p>
        </w:tc>
      </w:tr>
    </w:tbl>
    <w:p>
      <w:pPr>
        <w:widowControl/>
        <w:spacing w:before="0" w:after="160" w:line="20" w:lineRule="exact"/>
        <w:ind w:left="0"/>
      </w:pPr>
      <w:r>
        <w:rPr>
          <w:rFonts w:ascii="Arial" w:hAnsi="Arial"/>
          <w:b w:val="0"/>
          <w:color w:val="000000"/>
          <w:sz w:val="2"/>
        </w:rPr>
      </w:r>
    </w:p>
    <w:p>
      <w:pPr>
        <w:widowControl/>
        <w:spacing w:before="0" w:after="180" w:line="276" w:lineRule="auto"/>
        <w:ind w:left="0"/>
      </w:pPr>
      <w:r>
        <w:rPr>
          <w:rFonts w:ascii="Arial" w:hAnsi="Arial"/>
          <w:b/>
          <w:color w:val="000000"/>
          <w:sz w:val="24"/>
        </w:rPr>
        <w:t>Сандық сипаттамалар</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193"/>
        <w:gridCol w:w="1293"/>
        <w:gridCol w:w="1193"/>
        <w:gridCol w:w="1293"/>
        <w:gridCol w:w="1193"/>
        <w:gridCol w:w="1293"/>
        <w:gridCol w:w="1193"/>
        <w:gridCol w:w="1293"/>
      </w:tblGrid>
      <w:tr>
        <w:trPr>
          <w:cantSplit/>
        </w:trPr>
        <w:tc>
          <w:tcPr>
            <w:tcW w:type="dxa" w:w="1193"/>
            <w:vAlign w:val="center"/>
            <w:tcMar>
              <w:left w:w="110" w:type="dxa"/>
              <w:right w:w="110" w:type="dxa"/>
              <w:top w:w="50" w:type="dxa"/>
              <w:bottom w:w="50" w:type="dxa"/>
            </w:tcMar>
            <w:shd w:fill="233B4B"/>
          </w:tcPr>
          <w:p>
            <w:pPr>
              <w:spacing w:after="0" w:line="254" w:lineRule="auto"/>
            </w:pPr>
            <w:r>
              <w:rPr>
                <w:rFonts w:ascii="Arial" w:hAnsi="Arial"/>
                <w:b/>
                <w:color w:val="FFFFFF"/>
                <w:sz w:val="19"/>
              </w:rPr>
              <w:t>№</w:t>
            </w:r>
          </w:p>
        </w:tc>
        <w:tc>
          <w:tcPr>
            <w:tcW w:type="dxa" w:w="1293"/>
            <w:vAlign w:val="center"/>
            <w:tcMar>
              <w:left w:w="110" w:type="dxa"/>
              <w:right w:w="110" w:type="dxa"/>
              <w:top w:w="50" w:type="dxa"/>
              <w:bottom w:w="50" w:type="dxa"/>
            </w:tcMar>
            <w:shd w:fill="233B4B"/>
          </w:tcPr>
          <w:p>
            <w:pPr>
              <w:spacing w:after="0" w:line="254" w:lineRule="auto"/>
            </w:pPr>
            <w:r>
              <w:rPr>
                <w:rFonts w:ascii="Arial" w:hAnsi="Arial"/>
                <w:b/>
                <w:color w:val="FFFFFF"/>
                <w:sz w:val="19"/>
              </w:rPr>
              <w:t>Жауап</w:t>
            </w:r>
          </w:p>
        </w:tc>
        <w:tc>
          <w:tcPr>
            <w:tcW w:type="dxa" w:w="1193"/>
            <w:vAlign w:val="center"/>
            <w:tcMar>
              <w:left w:w="110" w:type="dxa"/>
              <w:right w:w="110" w:type="dxa"/>
              <w:top w:w="50" w:type="dxa"/>
              <w:bottom w:w="50" w:type="dxa"/>
            </w:tcMar>
            <w:shd w:fill="233B4B"/>
          </w:tcPr>
          <w:p>
            <w:pPr>
              <w:spacing w:after="0" w:line="254" w:lineRule="auto"/>
            </w:pPr>
            <w:r>
              <w:rPr>
                <w:rFonts w:ascii="Arial" w:hAnsi="Arial"/>
                <w:b/>
                <w:color w:val="FFFFFF"/>
                <w:sz w:val="19"/>
              </w:rPr>
              <w:t>№</w:t>
            </w:r>
          </w:p>
        </w:tc>
        <w:tc>
          <w:tcPr>
            <w:tcW w:type="dxa" w:w="1293"/>
            <w:vAlign w:val="center"/>
            <w:tcMar>
              <w:left w:w="110" w:type="dxa"/>
              <w:right w:w="110" w:type="dxa"/>
              <w:top w:w="50" w:type="dxa"/>
              <w:bottom w:w="50" w:type="dxa"/>
            </w:tcMar>
            <w:shd w:fill="233B4B"/>
          </w:tcPr>
          <w:p>
            <w:pPr>
              <w:spacing w:after="0" w:line="254" w:lineRule="auto"/>
            </w:pPr>
            <w:r>
              <w:rPr>
                <w:rFonts w:ascii="Arial" w:hAnsi="Arial"/>
                <w:b/>
                <w:color w:val="FFFFFF"/>
                <w:sz w:val="19"/>
              </w:rPr>
              <w:t>Жауап</w:t>
            </w:r>
          </w:p>
        </w:tc>
        <w:tc>
          <w:tcPr>
            <w:tcW w:type="dxa" w:w="1193"/>
            <w:vAlign w:val="center"/>
            <w:tcMar>
              <w:left w:w="110" w:type="dxa"/>
              <w:right w:w="110" w:type="dxa"/>
              <w:top w:w="50" w:type="dxa"/>
              <w:bottom w:w="50" w:type="dxa"/>
            </w:tcMar>
            <w:shd w:fill="233B4B"/>
          </w:tcPr>
          <w:p>
            <w:pPr>
              <w:spacing w:after="0" w:line="254" w:lineRule="auto"/>
            </w:pPr>
            <w:r>
              <w:rPr>
                <w:rFonts w:ascii="Arial" w:hAnsi="Arial"/>
                <w:b/>
                <w:color w:val="FFFFFF"/>
                <w:sz w:val="19"/>
              </w:rPr>
              <w:t>№</w:t>
            </w:r>
          </w:p>
        </w:tc>
        <w:tc>
          <w:tcPr>
            <w:tcW w:type="dxa" w:w="1293"/>
            <w:vAlign w:val="center"/>
            <w:tcMar>
              <w:left w:w="110" w:type="dxa"/>
              <w:right w:w="110" w:type="dxa"/>
              <w:top w:w="50" w:type="dxa"/>
              <w:bottom w:w="50" w:type="dxa"/>
            </w:tcMar>
            <w:shd w:fill="233B4B"/>
          </w:tcPr>
          <w:p>
            <w:pPr>
              <w:spacing w:after="0" w:line="254" w:lineRule="auto"/>
            </w:pPr>
            <w:r>
              <w:rPr>
                <w:rFonts w:ascii="Arial" w:hAnsi="Arial"/>
                <w:b/>
                <w:color w:val="FFFFFF"/>
                <w:sz w:val="19"/>
              </w:rPr>
              <w:t>Жауап</w:t>
            </w:r>
          </w:p>
        </w:tc>
        <w:tc>
          <w:tcPr>
            <w:tcW w:type="dxa" w:w="1193"/>
            <w:vAlign w:val="center"/>
            <w:tcMar>
              <w:left w:w="110" w:type="dxa"/>
              <w:right w:w="110" w:type="dxa"/>
              <w:top w:w="50" w:type="dxa"/>
              <w:bottom w:w="50" w:type="dxa"/>
            </w:tcMar>
            <w:shd w:fill="233B4B"/>
          </w:tcPr>
          <w:p>
            <w:pPr>
              <w:spacing w:after="0" w:line="254" w:lineRule="auto"/>
            </w:pPr>
            <w:r>
              <w:rPr>
                <w:rFonts w:ascii="Arial" w:hAnsi="Arial"/>
                <w:b/>
                <w:color w:val="FFFFFF"/>
                <w:sz w:val="19"/>
              </w:rPr>
              <w:t>№</w:t>
            </w:r>
          </w:p>
        </w:tc>
        <w:tc>
          <w:tcPr>
            <w:tcW w:type="dxa" w:w="1293"/>
            <w:vAlign w:val="center"/>
            <w:tcMar>
              <w:left w:w="110" w:type="dxa"/>
              <w:right w:w="110" w:type="dxa"/>
              <w:top w:w="50" w:type="dxa"/>
              <w:bottom w:w="50" w:type="dxa"/>
            </w:tcMar>
            <w:shd w:fill="233B4B"/>
          </w:tcPr>
          <w:p>
            <w:pPr>
              <w:spacing w:after="0" w:line="254" w:lineRule="auto"/>
            </w:pPr>
            <w:r>
              <w:rPr>
                <w:rFonts w:ascii="Arial" w:hAnsi="Arial"/>
                <w:b/>
                <w:color w:val="FFFFFF"/>
                <w:sz w:val="19"/>
              </w:rPr>
              <w:t>Жауап</w:t>
            </w:r>
          </w:p>
        </w:tc>
      </w:tr>
      <w:tr>
        <w:trPr>
          <w:cantSplit/>
        </w:trPr>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16</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31</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46</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r>
      <w:tr>
        <w:trPr>
          <w:cantSplit/>
        </w:trPr>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2</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17</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32</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47</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A</w:t>
            </w:r>
          </w:p>
        </w:tc>
      </w:tr>
      <w:tr>
        <w:trPr>
          <w:cantSplit/>
        </w:trPr>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3</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18</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33</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48</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B</w:t>
            </w:r>
          </w:p>
        </w:tc>
      </w:tr>
      <w:tr>
        <w:trPr>
          <w:cantSplit/>
        </w:trPr>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4</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19</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34</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49</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C</w:t>
            </w:r>
          </w:p>
        </w:tc>
      </w:tr>
      <w:tr>
        <w:trPr>
          <w:cantSplit/>
        </w:trPr>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5</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20</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35</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50</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r>
      <w:tr>
        <w:trPr>
          <w:cantSplit/>
        </w:trPr>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6</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21</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36</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51</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C</w:t>
            </w:r>
          </w:p>
        </w:tc>
      </w:tr>
      <w:tr>
        <w:trPr>
          <w:cantSplit/>
        </w:trPr>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7</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22</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37</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52</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B</w:t>
            </w:r>
          </w:p>
        </w:tc>
      </w:tr>
      <w:tr>
        <w:trPr>
          <w:cantSplit/>
        </w:trPr>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8</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23</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38</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53</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C</w:t>
            </w:r>
          </w:p>
        </w:tc>
      </w:tr>
      <w:tr>
        <w:trPr>
          <w:cantSplit/>
        </w:trPr>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9</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24</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39</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54</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D</w:t>
            </w:r>
          </w:p>
        </w:tc>
      </w:tr>
      <w:tr>
        <w:trPr>
          <w:cantSplit/>
        </w:trPr>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10</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25</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40</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55</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A</w:t>
            </w:r>
          </w:p>
        </w:tc>
      </w:tr>
      <w:tr>
        <w:trPr>
          <w:cantSplit/>
        </w:trPr>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11</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26</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41</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56</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r>
      <w:tr>
        <w:trPr>
          <w:cantSplit/>
        </w:trPr>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12</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27</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42</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57</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A</w:t>
            </w:r>
          </w:p>
        </w:tc>
      </w:tr>
      <w:tr>
        <w:trPr>
          <w:cantSplit/>
        </w:trPr>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13</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28</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43</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58</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D</w:t>
            </w:r>
          </w:p>
        </w:tc>
      </w:tr>
      <w:tr>
        <w:trPr>
          <w:cantSplit/>
        </w:trPr>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14</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29</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44</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59</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C</w:t>
            </w:r>
          </w:p>
        </w:tc>
      </w:tr>
      <w:tr>
        <w:trPr>
          <w:cantSplit/>
        </w:trPr>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15</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30</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45</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60</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r>
    </w:tbl>
    <w:p>
      <w:pPr>
        <w:widowControl/>
        <w:spacing w:before="0" w:after="16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3-сынақтың жауаптары</w:t>
      </w:r>
    </w:p>
    <w:p>
      <w:pPr>
        <w:widowControl/>
        <w:spacing w:before="0" w:after="420" w:line="276" w:lineRule="auto"/>
        <w:ind w:left="0"/>
      </w:pPr>
      <w:r>
        <w:rPr>
          <w:rFonts w:ascii="Arial" w:hAnsi="Arial"/>
          <w:b w:val="0"/>
          <w:color w:val="000000"/>
          <w:sz w:val="20"/>
        </w:rPr>
        <w:t>Бөлім мен тапсырма нөмірін тексеріңіз</w:t>
      </w:r>
    </w:p>
    <w:p>
      <w:pPr>
        <w:widowControl/>
        <w:spacing w:before="0" w:after="180" w:line="276" w:lineRule="auto"/>
        <w:ind w:left="0"/>
      </w:pPr>
      <w:r>
        <w:rPr>
          <w:rFonts w:ascii="Arial" w:hAnsi="Arial"/>
          <w:b/>
          <w:color w:val="000000"/>
          <w:sz w:val="24"/>
        </w:rPr>
        <w:t>Математика</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193"/>
        <w:gridCol w:w="1293"/>
        <w:gridCol w:w="1193"/>
        <w:gridCol w:w="1293"/>
        <w:gridCol w:w="1193"/>
        <w:gridCol w:w="1293"/>
        <w:gridCol w:w="1193"/>
        <w:gridCol w:w="1293"/>
      </w:tblGrid>
      <w:tr>
        <w:trPr>
          <w:cantSplit/>
        </w:trPr>
        <w:tc>
          <w:tcPr>
            <w:tcW w:type="dxa" w:w="1193"/>
            <w:vAlign w:val="center"/>
            <w:tcMar>
              <w:left w:w="110" w:type="dxa"/>
              <w:right w:w="110" w:type="dxa"/>
              <w:top w:w="50" w:type="dxa"/>
              <w:bottom w:w="50" w:type="dxa"/>
            </w:tcMar>
            <w:shd w:fill="233B4B"/>
          </w:tcPr>
          <w:p>
            <w:pPr>
              <w:spacing w:after="0" w:line="254" w:lineRule="auto"/>
            </w:pPr>
            <w:r>
              <w:rPr>
                <w:rFonts w:ascii="Arial" w:hAnsi="Arial"/>
                <w:b/>
                <w:color w:val="FFFFFF"/>
                <w:sz w:val="19"/>
              </w:rPr>
              <w:t>№</w:t>
            </w:r>
          </w:p>
        </w:tc>
        <w:tc>
          <w:tcPr>
            <w:tcW w:type="dxa" w:w="1293"/>
            <w:vAlign w:val="center"/>
            <w:tcMar>
              <w:left w:w="110" w:type="dxa"/>
              <w:right w:w="110" w:type="dxa"/>
              <w:top w:w="50" w:type="dxa"/>
              <w:bottom w:w="50" w:type="dxa"/>
            </w:tcMar>
            <w:shd w:fill="233B4B"/>
          </w:tcPr>
          <w:p>
            <w:pPr>
              <w:spacing w:after="0" w:line="254" w:lineRule="auto"/>
            </w:pPr>
            <w:r>
              <w:rPr>
                <w:rFonts w:ascii="Arial" w:hAnsi="Arial"/>
                <w:b/>
                <w:color w:val="FFFFFF"/>
                <w:sz w:val="19"/>
              </w:rPr>
              <w:t>Жауап</w:t>
            </w:r>
          </w:p>
        </w:tc>
        <w:tc>
          <w:tcPr>
            <w:tcW w:type="dxa" w:w="1193"/>
            <w:vAlign w:val="center"/>
            <w:tcMar>
              <w:left w:w="110" w:type="dxa"/>
              <w:right w:w="110" w:type="dxa"/>
              <w:top w:w="50" w:type="dxa"/>
              <w:bottom w:w="50" w:type="dxa"/>
            </w:tcMar>
            <w:shd w:fill="233B4B"/>
          </w:tcPr>
          <w:p>
            <w:pPr>
              <w:spacing w:after="0" w:line="254" w:lineRule="auto"/>
            </w:pPr>
            <w:r>
              <w:rPr>
                <w:rFonts w:ascii="Arial" w:hAnsi="Arial"/>
                <w:b/>
                <w:color w:val="FFFFFF"/>
                <w:sz w:val="19"/>
              </w:rPr>
              <w:t>№</w:t>
            </w:r>
          </w:p>
        </w:tc>
        <w:tc>
          <w:tcPr>
            <w:tcW w:type="dxa" w:w="1293"/>
            <w:vAlign w:val="center"/>
            <w:tcMar>
              <w:left w:w="110" w:type="dxa"/>
              <w:right w:w="110" w:type="dxa"/>
              <w:top w:w="50" w:type="dxa"/>
              <w:bottom w:w="50" w:type="dxa"/>
            </w:tcMar>
            <w:shd w:fill="233B4B"/>
          </w:tcPr>
          <w:p>
            <w:pPr>
              <w:spacing w:after="0" w:line="254" w:lineRule="auto"/>
            </w:pPr>
            <w:r>
              <w:rPr>
                <w:rFonts w:ascii="Arial" w:hAnsi="Arial"/>
                <w:b/>
                <w:color w:val="FFFFFF"/>
                <w:sz w:val="19"/>
              </w:rPr>
              <w:t>Жауап</w:t>
            </w:r>
          </w:p>
        </w:tc>
        <w:tc>
          <w:tcPr>
            <w:tcW w:type="dxa" w:w="1193"/>
            <w:vAlign w:val="center"/>
            <w:tcMar>
              <w:left w:w="110" w:type="dxa"/>
              <w:right w:w="110" w:type="dxa"/>
              <w:top w:w="50" w:type="dxa"/>
              <w:bottom w:w="50" w:type="dxa"/>
            </w:tcMar>
            <w:shd w:fill="233B4B"/>
          </w:tcPr>
          <w:p>
            <w:pPr>
              <w:spacing w:after="0" w:line="254" w:lineRule="auto"/>
            </w:pPr>
            <w:r>
              <w:rPr>
                <w:rFonts w:ascii="Arial" w:hAnsi="Arial"/>
                <w:b/>
                <w:color w:val="FFFFFF"/>
                <w:sz w:val="19"/>
              </w:rPr>
              <w:t>№</w:t>
            </w:r>
          </w:p>
        </w:tc>
        <w:tc>
          <w:tcPr>
            <w:tcW w:type="dxa" w:w="1293"/>
            <w:vAlign w:val="center"/>
            <w:tcMar>
              <w:left w:w="110" w:type="dxa"/>
              <w:right w:w="110" w:type="dxa"/>
              <w:top w:w="50" w:type="dxa"/>
              <w:bottom w:w="50" w:type="dxa"/>
            </w:tcMar>
            <w:shd w:fill="233B4B"/>
          </w:tcPr>
          <w:p>
            <w:pPr>
              <w:spacing w:after="0" w:line="254" w:lineRule="auto"/>
            </w:pPr>
            <w:r>
              <w:rPr>
                <w:rFonts w:ascii="Arial" w:hAnsi="Arial"/>
                <w:b/>
                <w:color w:val="FFFFFF"/>
                <w:sz w:val="19"/>
              </w:rPr>
              <w:t>Жауап</w:t>
            </w:r>
          </w:p>
        </w:tc>
        <w:tc>
          <w:tcPr>
            <w:tcW w:type="dxa" w:w="1193"/>
            <w:vAlign w:val="center"/>
            <w:tcMar>
              <w:left w:w="110" w:type="dxa"/>
              <w:right w:w="110" w:type="dxa"/>
              <w:top w:w="50" w:type="dxa"/>
              <w:bottom w:w="50" w:type="dxa"/>
            </w:tcMar>
            <w:shd w:fill="233B4B"/>
          </w:tcPr>
          <w:p>
            <w:pPr>
              <w:spacing w:after="0" w:line="254" w:lineRule="auto"/>
            </w:pPr>
            <w:r>
              <w:rPr>
                <w:rFonts w:ascii="Arial" w:hAnsi="Arial"/>
                <w:b/>
                <w:color w:val="FFFFFF"/>
                <w:sz w:val="19"/>
              </w:rPr>
              <w:t>№</w:t>
            </w:r>
          </w:p>
        </w:tc>
        <w:tc>
          <w:tcPr>
            <w:tcW w:type="dxa" w:w="1293"/>
            <w:vAlign w:val="center"/>
            <w:tcMar>
              <w:left w:w="110" w:type="dxa"/>
              <w:right w:w="110" w:type="dxa"/>
              <w:top w:w="50" w:type="dxa"/>
              <w:bottom w:w="50" w:type="dxa"/>
            </w:tcMar>
            <w:shd w:fill="233B4B"/>
          </w:tcPr>
          <w:p>
            <w:pPr>
              <w:spacing w:after="0" w:line="254" w:lineRule="auto"/>
            </w:pPr>
            <w:r>
              <w:rPr>
                <w:rFonts w:ascii="Arial" w:hAnsi="Arial"/>
                <w:b/>
                <w:color w:val="FFFFFF"/>
                <w:sz w:val="19"/>
              </w:rPr>
              <w:t>Жауап</w:t>
            </w:r>
          </w:p>
        </w:tc>
      </w:tr>
      <w:tr>
        <w:trPr>
          <w:cantSplit/>
        </w:trPr>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11</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21</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31</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D</w:t>
            </w:r>
          </w:p>
        </w:tc>
      </w:tr>
      <w:tr>
        <w:trPr>
          <w:cantSplit/>
        </w:trPr>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2</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12</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22</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32</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B</w:t>
            </w:r>
          </w:p>
        </w:tc>
      </w:tr>
      <w:tr>
        <w:trPr>
          <w:cantSplit/>
        </w:trPr>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3</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13</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23</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33</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D</w:t>
            </w:r>
          </w:p>
        </w:tc>
      </w:tr>
      <w:tr>
        <w:trPr>
          <w:cantSplit/>
        </w:trPr>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4</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14</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24</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34</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A</w:t>
            </w:r>
          </w:p>
        </w:tc>
      </w:tr>
      <w:tr>
        <w:trPr>
          <w:cantSplit/>
        </w:trPr>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5</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15</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25</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35</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D</w:t>
            </w:r>
          </w:p>
        </w:tc>
      </w:tr>
      <w:tr>
        <w:trPr>
          <w:cantSplit/>
        </w:trPr>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6</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16</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26</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36</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B</w:t>
            </w:r>
          </w:p>
        </w:tc>
      </w:tr>
      <w:tr>
        <w:trPr>
          <w:cantSplit/>
        </w:trPr>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7</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17</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27</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37</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D</w:t>
            </w:r>
          </w:p>
        </w:tc>
      </w:tr>
      <w:tr>
        <w:trPr>
          <w:cantSplit/>
        </w:trPr>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8</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18</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28</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38</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D</w:t>
            </w:r>
          </w:p>
        </w:tc>
      </w:tr>
      <w:tr>
        <w:trPr>
          <w:cantSplit/>
        </w:trPr>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9</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19</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29</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39</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D</w:t>
            </w:r>
          </w:p>
        </w:tc>
      </w:tr>
      <w:tr>
        <w:trPr>
          <w:cantSplit/>
        </w:trPr>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10</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20</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30</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40</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A</w:t>
            </w:r>
          </w:p>
        </w:tc>
      </w:tr>
    </w:tbl>
    <w:p>
      <w:pPr>
        <w:widowControl/>
        <w:spacing w:before="0" w:after="160" w:line="20" w:lineRule="exact"/>
        <w:ind w:left="0"/>
      </w:pPr>
      <w:r>
        <w:rPr>
          <w:rFonts w:ascii="Arial" w:hAnsi="Arial"/>
          <w:b w:val="0"/>
          <w:color w:val="000000"/>
          <w:sz w:val="2"/>
        </w:rPr>
      </w:r>
    </w:p>
    <w:p>
      <w:pPr>
        <w:widowControl/>
        <w:spacing w:before="0" w:after="180" w:line="276" w:lineRule="auto"/>
        <w:ind w:left="0"/>
      </w:pPr>
      <w:r>
        <w:rPr>
          <w:rFonts w:ascii="Arial" w:hAnsi="Arial"/>
          <w:b/>
          <w:color w:val="000000"/>
          <w:sz w:val="24"/>
        </w:rPr>
        <w:t>Сандық сипаттамалар</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193"/>
        <w:gridCol w:w="1293"/>
        <w:gridCol w:w="1193"/>
        <w:gridCol w:w="1293"/>
        <w:gridCol w:w="1193"/>
        <w:gridCol w:w="1293"/>
        <w:gridCol w:w="1193"/>
        <w:gridCol w:w="1293"/>
      </w:tblGrid>
      <w:tr>
        <w:trPr>
          <w:cantSplit/>
        </w:trPr>
        <w:tc>
          <w:tcPr>
            <w:tcW w:type="dxa" w:w="1193"/>
            <w:vAlign w:val="center"/>
            <w:tcMar>
              <w:left w:w="110" w:type="dxa"/>
              <w:right w:w="110" w:type="dxa"/>
              <w:top w:w="50" w:type="dxa"/>
              <w:bottom w:w="50" w:type="dxa"/>
            </w:tcMar>
            <w:shd w:fill="233B4B"/>
          </w:tcPr>
          <w:p>
            <w:pPr>
              <w:spacing w:after="0" w:line="254" w:lineRule="auto"/>
            </w:pPr>
            <w:r>
              <w:rPr>
                <w:rFonts w:ascii="Arial" w:hAnsi="Arial"/>
                <w:b/>
                <w:color w:val="FFFFFF"/>
                <w:sz w:val="19"/>
              </w:rPr>
              <w:t>№</w:t>
            </w:r>
          </w:p>
        </w:tc>
        <w:tc>
          <w:tcPr>
            <w:tcW w:type="dxa" w:w="1293"/>
            <w:vAlign w:val="center"/>
            <w:tcMar>
              <w:left w:w="110" w:type="dxa"/>
              <w:right w:w="110" w:type="dxa"/>
              <w:top w:w="50" w:type="dxa"/>
              <w:bottom w:w="50" w:type="dxa"/>
            </w:tcMar>
            <w:shd w:fill="233B4B"/>
          </w:tcPr>
          <w:p>
            <w:pPr>
              <w:spacing w:after="0" w:line="254" w:lineRule="auto"/>
            </w:pPr>
            <w:r>
              <w:rPr>
                <w:rFonts w:ascii="Arial" w:hAnsi="Arial"/>
                <w:b/>
                <w:color w:val="FFFFFF"/>
                <w:sz w:val="19"/>
              </w:rPr>
              <w:t>Жауап</w:t>
            </w:r>
          </w:p>
        </w:tc>
        <w:tc>
          <w:tcPr>
            <w:tcW w:type="dxa" w:w="1193"/>
            <w:vAlign w:val="center"/>
            <w:tcMar>
              <w:left w:w="110" w:type="dxa"/>
              <w:right w:w="110" w:type="dxa"/>
              <w:top w:w="50" w:type="dxa"/>
              <w:bottom w:w="50" w:type="dxa"/>
            </w:tcMar>
            <w:shd w:fill="233B4B"/>
          </w:tcPr>
          <w:p>
            <w:pPr>
              <w:spacing w:after="0" w:line="254" w:lineRule="auto"/>
            </w:pPr>
            <w:r>
              <w:rPr>
                <w:rFonts w:ascii="Arial" w:hAnsi="Arial"/>
                <w:b/>
                <w:color w:val="FFFFFF"/>
                <w:sz w:val="19"/>
              </w:rPr>
              <w:t>№</w:t>
            </w:r>
          </w:p>
        </w:tc>
        <w:tc>
          <w:tcPr>
            <w:tcW w:type="dxa" w:w="1293"/>
            <w:vAlign w:val="center"/>
            <w:tcMar>
              <w:left w:w="110" w:type="dxa"/>
              <w:right w:w="110" w:type="dxa"/>
              <w:top w:w="50" w:type="dxa"/>
              <w:bottom w:w="50" w:type="dxa"/>
            </w:tcMar>
            <w:shd w:fill="233B4B"/>
          </w:tcPr>
          <w:p>
            <w:pPr>
              <w:spacing w:after="0" w:line="254" w:lineRule="auto"/>
            </w:pPr>
            <w:r>
              <w:rPr>
                <w:rFonts w:ascii="Arial" w:hAnsi="Arial"/>
                <w:b/>
                <w:color w:val="FFFFFF"/>
                <w:sz w:val="19"/>
              </w:rPr>
              <w:t>Жауап</w:t>
            </w:r>
          </w:p>
        </w:tc>
        <w:tc>
          <w:tcPr>
            <w:tcW w:type="dxa" w:w="1193"/>
            <w:vAlign w:val="center"/>
            <w:tcMar>
              <w:left w:w="110" w:type="dxa"/>
              <w:right w:w="110" w:type="dxa"/>
              <w:top w:w="50" w:type="dxa"/>
              <w:bottom w:w="50" w:type="dxa"/>
            </w:tcMar>
            <w:shd w:fill="233B4B"/>
          </w:tcPr>
          <w:p>
            <w:pPr>
              <w:spacing w:after="0" w:line="254" w:lineRule="auto"/>
            </w:pPr>
            <w:r>
              <w:rPr>
                <w:rFonts w:ascii="Arial" w:hAnsi="Arial"/>
                <w:b/>
                <w:color w:val="FFFFFF"/>
                <w:sz w:val="19"/>
              </w:rPr>
              <w:t>№</w:t>
            </w:r>
          </w:p>
        </w:tc>
        <w:tc>
          <w:tcPr>
            <w:tcW w:type="dxa" w:w="1293"/>
            <w:vAlign w:val="center"/>
            <w:tcMar>
              <w:left w:w="110" w:type="dxa"/>
              <w:right w:w="110" w:type="dxa"/>
              <w:top w:w="50" w:type="dxa"/>
              <w:bottom w:w="50" w:type="dxa"/>
            </w:tcMar>
            <w:shd w:fill="233B4B"/>
          </w:tcPr>
          <w:p>
            <w:pPr>
              <w:spacing w:after="0" w:line="254" w:lineRule="auto"/>
            </w:pPr>
            <w:r>
              <w:rPr>
                <w:rFonts w:ascii="Arial" w:hAnsi="Arial"/>
                <w:b/>
                <w:color w:val="FFFFFF"/>
                <w:sz w:val="19"/>
              </w:rPr>
              <w:t>Жауап</w:t>
            </w:r>
          </w:p>
        </w:tc>
        <w:tc>
          <w:tcPr>
            <w:tcW w:type="dxa" w:w="1193"/>
            <w:vAlign w:val="center"/>
            <w:tcMar>
              <w:left w:w="110" w:type="dxa"/>
              <w:right w:w="110" w:type="dxa"/>
              <w:top w:w="50" w:type="dxa"/>
              <w:bottom w:w="50" w:type="dxa"/>
            </w:tcMar>
            <w:shd w:fill="233B4B"/>
          </w:tcPr>
          <w:p>
            <w:pPr>
              <w:spacing w:after="0" w:line="254" w:lineRule="auto"/>
            </w:pPr>
            <w:r>
              <w:rPr>
                <w:rFonts w:ascii="Arial" w:hAnsi="Arial"/>
                <w:b/>
                <w:color w:val="FFFFFF"/>
                <w:sz w:val="19"/>
              </w:rPr>
              <w:t>№</w:t>
            </w:r>
          </w:p>
        </w:tc>
        <w:tc>
          <w:tcPr>
            <w:tcW w:type="dxa" w:w="1293"/>
            <w:vAlign w:val="center"/>
            <w:tcMar>
              <w:left w:w="110" w:type="dxa"/>
              <w:right w:w="110" w:type="dxa"/>
              <w:top w:w="50" w:type="dxa"/>
              <w:bottom w:w="50" w:type="dxa"/>
            </w:tcMar>
            <w:shd w:fill="233B4B"/>
          </w:tcPr>
          <w:p>
            <w:pPr>
              <w:spacing w:after="0" w:line="254" w:lineRule="auto"/>
            </w:pPr>
            <w:r>
              <w:rPr>
                <w:rFonts w:ascii="Arial" w:hAnsi="Arial"/>
                <w:b/>
                <w:color w:val="FFFFFF"/>
                <w:sz w:val="19"/>
              </w:rPr>
              <w:t>Жауап</w:t>
            </w:r>
          </w:p>
        </w:tc>
      </w:tr>
      <w:tr>
        <w:trPr>
          <w:cantSplit/>
        </w:trPr>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16</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31</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46</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r>
      <w:tr>
        <w:trPr>
          <w:cantSplit/>
        </w:trPr>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2</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17</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32</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47</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D</w:t>
            </w:r>
          </w:p>
        </w:tc>
      </w:tr>
      <w:tr>
        <w:trPr>
          <w:cantSplit/>
        </w:trPr>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3</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18</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33</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48</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r>
      <w:tr>
        <w:trPr>
          <w:cantSplit/>
        </w:trPr>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4</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19</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34</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49</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A</w:t>
            </w:r>
          </w:p>
        </w:tc>
      </w:tr>
      <w:tr>
        <w:trPr>
          <w:cantSplit/>
        </w:trPr>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5</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20</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35</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50</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r>
      <w:tr>
        <w:trPr>
          <w:cantSplit/>
        </w:trPr>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6</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21</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36</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51</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C</w:t>
            </w:r>
          </w:p>
        </w:tc>
      </w:tr>
      <w:tr>
        <w:trPr>
          <w:cantSplit/>
        </w:trPr>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7</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22</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37</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52</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B</w:t>
            </w:r>
          </w:p>
        </w:tc>
      </w:tr>
      <w:tr>
        <w:trPr>
          <w:cantSplit/>
        </w:trPr>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8</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23</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38</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53</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C</w:t>
            </w:r>
          </w:p>
        </w:tc>
      </w:tr>
      <w:tr>
        <w:trPr>
          <w:cantSplit/>
        </w:trPr>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9</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24</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39</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54</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r>
      <w:tr>
        <w:trPr>
          <w:cantSplit/>
        </w:trPr>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10</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25</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40</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55</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C</w:t>
            </w:r>
          </w:p>
        </w:tc>
      </w:tr>
      <w:tr>
        <w:trPr>
          <w:cantSplit/>
        </w:trPr>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11</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26</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41</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56</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r>
      <w:tr>
        <w:trPr>
          <w:cantSplit/>
        </w:trPr>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12</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27</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42</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57</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D</w:t>
            </w:r>
          </w:p>
        </w:tc>
      </w:tr>
      <w:tr>
        <w:trPr>
          <w:cantSplit/>
        </w:trPr>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13</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28</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43</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58</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B</w:t>
            </w:r>
          </w:p>
        </w:tc>
      </w:tr>
      <w:tr>
        <w:trPr>
          <w:cantSplit/>
        </w:trPr>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14</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29</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44</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A</w:t>
            </w:r>
          </w:p>
        </w:tc>
        <w:tc>
          <w:tcPr>
            <w:tcW w:type="dxa" w:w="11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59</w:t>
            </w:r>
          </w:p>
        </w:tc>
        <w:tc>
          <w:tcPr>
            <w:tcW w:type="dxa" w:w="1293"/>
            <w:vAlign w:val="center"/>
            <w:tcMar>
              <w:left w:w="110" w:type="dxa"/>
              <w:right w:w="110" w:type="dxa"/>
              <w:top w:w="50" w:type="dxa"/>
              <w:bottom w:w="50" w:type="dxa"/>
            </w:tcMar>
            <w:shd w:fill="F3F6F7"/>
          </w:tcPr>
          <w:p>
            <w:pPr>
              <w:spacing w:after="0" w:line="254" w:lineRule="auto"/>
            </w:pPr>
            <w:r>
              <w:rPr>
                <w:rFonts w:ascii="Arial" w:hAnsi="Arial"/>
                <w:b w:val="0"/>
                <w:color w:val="000000"/>
                <w:sz w:val="19"/>
              </w:rPr>
              <w:t>C</w:t>
            </w:r>
          </w:p>
        </w:tc>
      </w:tr>
      <w:tr>
        <w:trPr>
          <w:cantSplit/>
        </w:trPr>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15</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D</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30</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B</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45</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c>
          <w:tcPr>
            <w:tcW w:type="dxa" w:w="1193"/>
            <w:vAlign w:val="center"/>
            <w:tcMar>
              <w:left w:w="110" w:type="dxa"/>
              <w:right w:w="110" w:type="dxa"/>
              <w:top w:w="50" w:type="dxa"/>
              <w:bottom w:w="50" w:type="dxa"/>
            </w:tcMar>
          </w:tcPr>
          <w:p>
            <w:pPr>
              <w:spacing w:after="0" w:line="254" w:lineRule="auto"/>
            </w:pPr>
            <w:r>
              <w:rPr>
                <w:rFonts w:ascii="Arial" w:hAnsi="Arial"/>
                <w:b w:val="0"/>
                <w:color w:val="000000"/>
                <w:sz w:val="19"/>
              </w:rPr>
              <w:t>60</w:t>
            </w:r>
          </w:p>
        </w:tc>
        <w:tc>
          <w:tcPr>
            <w:tcW w:type="dxa" w:w="1293"/>
            <w:vAlign w:val="center"/>
            <w:tcMar>
              <w:left w:w="110" w:type="dxa"/>
              <w:right w:w="110" w:type="dxa"/>
              <w:top w:w="50" w:type="dxa"/>
              <w:bottom w:w="50" w:type="dxa"/>
            </w:tcMar>
          </w:tcPr>
          <w:p>
            <w:pPr>
              <w:spacing w:after="0" w:line="254" w:lineRule="auto"/>
            </w:pPr>
            <w:r>
              <w:rPr>
                <w:rFonts w:ascii="Arial" w:hAnsi="Arial"/>
                <w:b w:val="0"/>
                <w:color w:val="000000"/>
                <w:sz w:val="19"/>
              </w:rPr>
              <w:t>C</w:t>
            </w:r>
          </w:p>
        </w:tc>
      </w:tr>
    </w:tbl>
    <w:p>
      <w:pPr>
        <w:widowControl/>
        <w:spacing w:before="0" w:after="160" w:line="20" w:lineRule="exact"/>
        <w:ind w:left="0"/>
      </w:pPr>
      <w:r>
        <w:rPr>
          <w:rFonts w:ascii="Arial" w:hAnsi="Arial"/>
          <w:b w:val="0"/>
          <w:color w:val="000000"/>
          <w:sz w:val="2"/>
        </w:rPr>
      </w:r>
    </w:p>
    <w:p>
      <w:pPr>
        <w:pStyle w:val="Heading1"/>
        <w:pageBreakBefore/>
        <w:widowControl/>
        <w:spacing w:before="0" w:after="160" w:line="276" w:lineRule="auto"/>
        <w:ind w:left="0"/>
      </w:pPr>
      <w:r>
        <w:rPr>
          <w:rFonts w:ascii="Arial" w:hAnsi="Arial"/>
          <w:b/>
          <w:color w:val="000000"/>
          <w:sz w:val="42"/>
        </w:rPr>
        <w:t>Шешімдер</w:t>
      </w:r>
    </w:p>
    <w:p>
      <w:pPr>
        <w:widowControl/>
        <w:spacing w:before="0" w:after="420" w:line="276" w:lineRule="auto"/>
        <w:ind w:left="0"/>
      </w:pPr>
      <w:r>
        <w:rPr>
          <w:rFonts w:ascii="Arial" w:hAnsi="Arial"/>
          <w:b w:val="0"/>
          <w:color w:val="000000"/>
          <w:sz w:val="20"/>
        </w:rPr>
        <w:t>Тақырыптық жаттығулар · 1–10</w:t>
      </w:r>
    </w:p>
    <w:p>
      <w:pPr>
        <w:keepNext/>
        <w:widowControl/>
        <w:spacing w:before="0" w:after="80" w:line="276" w:lineRule="auto"/>
        <w:ind w:left="0"/>
      </w:pPr>
      <w:r>
        <w:rPr>
          <w:rFonts w:ascii="Arial" w:hAnsi="Arial"/>
          <w:b/>
          <w:color w:val="000000"/>
          <w:sz w:val="21"/>
        </w:rPr>
        <w:t>1.  Жауап D · 150</w:t>
      </w:r>
    </w:p>
    <w:p>
      <w:pPr>
        <w:widowControl/>
        <w:spacing w:before="0" w:after="320" w:line="276" w:lineRule="auto"/>
        <w:ind w:left="0"/>
      </w:pPr>
      <w:r>
        <w:rPr>
          <w:rFonts w:ascii="Arial" w:hAnsi="Arial"/>
          <w:b w:val="0"/>
          <w:color w:val="000000"/>
          <w:sz w:val="21"/>
        </w:rPr>
        <w:t>Алдымен 18 + 6 = 24. Содан кейін 720 : 24 = 30 және 30 · 5 = 150.</w:t>
      </w:r>
    </w:p>
    <w:p>
      <w:pPr>
        <w:keepNext/>
        <w:widowControl/>
        <w:spacing w:before="0" w:after="80" w:line="276" w:lineRule="auto"/>
        <w:ind w:left="0"/>
      </w:pPr>
      <w:r>
        <w:rPr>
          <w:rFonts w:ascii="Arial" w:hAnsi="Arial"/>
          <w:b/>
          <w:color w:val="000000"/>
          <w:sz w:val="21"/>
        </w:rPr>
        <w:t>2.  Жауап B · 42</w:t>
      </w:r>
    </w:p>
    <w:p>
      <w:pPr>
        <w:widowControl/>
        <w:spacing w:before="0" w:after="320" w:line="276" w:lineRule="auto"/>
        <w:ind w:left="0"/>
      </w:pPr>
      <w:r>
        <w:rPr>
          <w:rFonts w:ascii="Arial" w:hAnsi="Arial"/>
          <w:b w:val="0"/>
          <w:color w:val="000000"/>
          <w:sz w:val="21"/>
        </w:rPr>
        <w:t>84 = 2² · 3 · 7; 126 = 2 · 3² · 7. Ортақ көбейткіштерден 2 · 3 · 7 = 42 шығады.</w:t>
      </w:r>
    </w:p>
    <w:p>
      <w:pPr>
        <w:keepNext/>
        <w:widowControl/>
        <w:spacing w:before="0" w:after="80" w:line="276" w:lineRule="auto"/>
        <w:ind w:left="0"/>
      </w:pPr>
      <w:r>
        <w:rPr>
          <w:rFonts w:ascii="Arial" w:hAnsi="Arial"/>
          <w:b/>
          <w:color w:val="000000"/>
          <w:sz w:val="21"/>
        </w:rPr>
        <w:t>3.  Жауап C · 09:42</w:t>
      </w:r>
    </w:p>
    <w:p>
      <w:pPr>
        <w:widowControl/>
        <w:spacing w:before="0" w:after="320" w:line="276" w:lineRule="auto"/>
        <w:ind w:left="0"/>
      </w:pPr>
      <w:r>
        <w:rPr>
          <w:rFonts w:ascii="Arial" w:hAnsi="Arial"/>
          <w:b w:val="0"/>
          <w:color w:val="000000"/>
          <w:sz w:val="21"/>
        </w:rPr>
        <w:t>ЕКОЕ(14; 21) = 42. Сағат 09:00-ге 42 минут қосамыз.</w:t>
      </w:r>
    </w:p>
    <w:p>
      <w:pPr>
        <w:keepNext/>
        <w:widowControl/>
        <w:spacing w:before="0" w:after="80" w:line="276" w:lineRule="auto"/>
        <w:ind w:left="0"/>
      </w:pPr>
      <w:r>
        <w:rPr>
          <w:rFonts w:ascii="Arial" w:hAnsi="Arial"/>
          <w:b/>
          <w:color w:val="000000"/>
          <w:sz w:val="21"/>
        </w:rPr>
        <w:t>4.  Жауап C · 36</w:t>
      </w:r>
    </w:p>
    <w:p>
      <w:pPr>
        <w:widowControl/>
        <w:spacing w:before="0" w:after="320" w:line="276" w:lineRule="auto"/>
        <w:ind w:left="0"/>
      </w:pPr>
      <w:r>
        <w:rPr>
          <w:rFonts w:ascii="Arial" w:hAnsi="Arial"/>
          <w:b w:val="0"/>
          <w:color w:val="000000"/>
          <w:sz w:val="21"/>
        </w:rPr>
        <w:t>Алғашқы сан 100, соңғысы 975. Олардың саны: (975 − 100) : 25 + 1 = 36.</w:t>
      </w:r>
    </w:p>
    <w:p>
      <w:pPr>
        <w:keepNext/>
        <w:widowControl/>
        <w:spacing w:before="0" w:after="80" w:line="276" w:lineRule="auto"/>
        <w:ind w:left="0"/>
      </w:pPr>
      <w:r>
        <w:rPr>
          <w:rFonts w:ascii="Arial" w:hAnsi="Arial"/>
          <w:b/>
          <w:color w:val="000000"/>
          <w:sz w:val="21"/>
        </w:rPr>
        <w:t>5.  Жауап D · 8</w:t>
      </w:r>
    </w:p>
    <w:p>
      <w:pPr>
        <w:widowControl/>
        <w:spacing w:before="0" w:after="320" w:line="276" w:lineRule="auto"/>
        <w:ind w:left="0"/>
      </w:pPr>
      <w:r>
        <w:rPr>
          <w:rFonts w:ascii="Arial" w:hAnsi="Arial"/>
          <w:b w:val="0"/>
          <w:color w:val="000000"/>
          <w:sz w:val="21"/>
        </w:rPr>
        <w:t>Цифрлар қосындысы 10 + a. 10 мен 19 аралығындағы 9-ға еселік жалғыз сан — 18. Сондықтан a = 8.</w:t>
      </w:r>
    </w:p>
    <w:p>
      <w:pPr>
        <w:keepNext/>
        <w:widowControl/>
        <w:spacing w:before="0" w:after="80" w:line="276" w:lineRule="auto"/>
        <w:ind w:left="0"/>
      </w:pPr>
      <w:r>
        <w:rPr>
          <w:rFonts w:ascii="Arial" w:hAnsi="Arial"/>
          <w:b/>
          <w:color w:val="000000"/>
          <w:sz w:val="21"/>
        </w:rPr>
        <w:t>6.  Жауап B · 7</w:t>
      </w:r>
    </w:p>
    <w:p>
      <w:pPr>
        <w:widowControl/>
        <w:spacing w:before="0" w:after="320" w:line="276" w:lineRule="auto"/>
        <w:ind w:left="0"/>
      </w:pPr>
      <w:r>
        <w:rPr>
          <w:rFonts w:ascii="Arial" w:hAnsi="Arial"/>
          <w:b w:val="0"/>
          <w:color w:val="000000"/>
          <w:sz w:val="21"/>
        </w:rPr>
        <w:t>Жиынтықтар саны ЕҮОБ(96; 72) = 24. Бір жиынтықта 96 : 24 + 72 : 24 = 4 + 3 = 7 моншақ бар.</w:t>
      </w:r>
    </w:p>
    <w:p>
      <w:pPr>
        <w:keepNext/>
        <w:widowControl/>
        <w:spacing w:before="0" w:after="80" w:line="276" w:lineRule="auto"/>
        <w:ind w:left="0"/>
      </w:pPr>
      <w:r>
        <w:rPr>
          <w:rFonts w:ascii="Arial" w:hAnsi="Arial"/>
          <w:b/>
          <w:color w:val="000000"/>
          <w:sz w:val="21"/>
        </w:rPr>
        <w:t>7.  Жауап D · 51</w:t>
      </w:r>
    </w:p>
    <w:p>
      <w:pPr>
        <w:widowControl/>
        <w:spacing w:before="0" w:after="320" w:line="276" w:lineRule="auto"/>
        <w:ind w:left="0"/>
      </w:pPr>
      <w:r>
        <w:rPr>
          <w:rFonts w:ascii="Arial" w:hAnsi="Arial"/>
          <w:b w:val="0"/>
          <w:color w:val="000000"/>
          <w:sz w:val="21"/>
        </w:rPr>
        <w:t>Саннан 3-ті азайтқанда ЕКОЕ(6; 8) = 24 санына еселік сан шығады. Сандар: 27, 51, 75… 30-дан үлкен ең кішісі — 51.</w:t>
      </w:r>
    </w:p>
    <w:p>
      <w:pPr>
        <w:keepNext/>
        <w:widowControl/>
        <w:spacing w:before="0" w:after="80" w:line="276" w:lineRule="auto"/>
        <w:ind w:left="0"/>
      </w:pPr>
      <w:r>
        <w:rPr>
          <w:rFonts w:ascii="Arial" w:hAnsi="Arial"/>
          <w:b/>
          <w:color w:val="000000"/>
          <w:sz w:val="21"/>
        </w:rPr>
        <w:t>8.  Жауап D · 49</w:t>
      </w:r>
    </w:p>
    <w:p>
      <w:pPr>
        <w:widowControl/>
        <w:spacing w:before="0" w:after="320" w:line="276" w:lineRule="auto"/>
        <w:ind w:left="0"/>
      </w:pPr>
      <w:r>
        <w:rPr>
          <w:rFonts w:ascii="Arial" w:hAnsi="Arial"/>
          <w:b w:val="0"/>
          <w:color w:val="000000"/>
          <w:sz w:val="21"/>
        </w:rPr>
        <w:t>49 санының бөлгіштері: 1, 7, 49. 21, 35 және 27 сандарының әрқайсысында төрт бөлгіш бар.</w:t>
      </w:r>
    </w:p>
    <w:p>
      <w:pPr>
        <w:keepNext/>
        <w:widowControl/>
        <w:spacing w:before="0" w:after="80" w:line="276" w:lineRule="auto"/>
        <w:ind w:left="0"/>
      </w:pPr>
      <w:r>
        <w:rPr>
          <w:rFonts w:ascii="Arial" w:hAnsi="Arial"/>
          <w:b/>
          <w:color w:val="000000"/>
          <w:sz w:val="21"/>
        </w:rPr>
        <w:t>9.  Жауап A · 1</w:t>
      </w:r>
    </w:p>
    <w:p>
      <w:pPr>
        <w:widowControl/>
        <w:spacing w:before="0" w:after="320" w:line="276" w:lineRule="auto"/>
        <w:ind w:left="0"/>
      </w:pPr>
      <w:r>
        <w:rPr>
          <w:rFonts w:ascii="Arial" w:hAnsi="Arial"/>
          <w:b w:val="0"/>
          <w:color w:val="000000"/>
          <w:sz w:val="21"/>
        </w:rPr>
        <w:t>Қосынды 50 · 51 : 2 = 1275. 1275 = 7 · 182 + 1 болғандықтан, қалдық 1-ге тең.</w:t>
      </w:r>
    </w:p>
    <w:p>
      <w:pPr>
        <w:keepNext/>
        <w:widowControl/>
        <w:spacing w:before="0" w:after="80" w:line="276" w:lineRule="auto"/>
        <w:ind w:left="0"/>
      </w:pPr>
      <w:r>
        <w:rPr>
          <w:rFonts w:ascii="Arial" w:hAnsi="Arial"/>
          <w:b/>
          <w:color w:val="000000"/>
          <w:sz w:val="21"/>
        </w:rPr>
        <w:t>10.  Жауап C · 14</w:t>
      </w:r>
    </w:p>
    <w:p>
      <w:pPr>
        <w:widowControl/>
        <w:spacing w:before="0" w:after="320" w:line="276" w:lineRule="auto"/>
        <w:ind w:left="0"/>
      </w:pPr>
      <w:r>
        <w:rPr>
          <w:rFonts w:ascii="Arial" w:hAnsi="Arial"/>
          <w:b w:val="0"/>
          <w:color w:val="000000"/>
          <w:sz w:val="21"/>
        </w:rPr>
        <w:t>4-ке еселік сандар 12-ден 96-ға дейін, барлығы 22. 4-ке де, 6-ға да, яғни 12-ге бөлінетіндері 12-ден 96-ға дейін, барлығы 8. Айырмасы: 22 − 8 = 14.</w:t>
      </w:r>
    </w:p>
    <w:p>
      <w:pPr>
        <w:pStyle w:val="Heading1"/>
        <w:pageBreakBefore/>
        <w:widowControl/>
        <w:spacing w:before="0" w:after="160" w:line="276" w:lineRule="auto"/>
        <w:ind w:left="0"/>
      </w:pPr>
      <w:r>
        <w:rPr>
          <w:rFonts w:ascii="Arial" w:hAnsi="Arial"/>
          <w:b/>
          <w:color w:val="000000"/>
          <w:sz w:val="42"/>
        </w:rPr>
        <w:t>Шешімдер</w:t>
      </w:r>
    </w:p>
    <w:p>
      <w:pPr>
        <w:widowControl/>
        <w:spacing w:before="0" w:after="420" w:line="276" w:lineRule="auto"/>
        <w:ind w:left="0"/>
      </w:pPr>
      <w:r>
        <w:rPr>
          <w:rFonts w:ascii="Arial" w:hAnsi="Arial"/>
          <w:b w:val="0"/>
          <w:color w:val="000000"/>
          <w:sz w:val="20"/>
        </w:rPr>
        <w:t>Тақырыптық жаттығулар · 11–20</w:t>
      </w:r>
    </w:p>
    <w:p>
      <w:pPr>
        <w:keepNext/>
        <w:widowControl/>
        <w:spacing w:before="0" w:after="80" w:line="276" w:lineRule="auto"/>
        <w:ind w:left="0"/>
      </w:pPr>
      <w:r>
        <w:rPr>
          <w:rFonts w:ascii="Arial" w:hAnsi="Arial"/>
          <w:b/>
          <w:color w:val="000000"/>
          <w:sz w:val="21"/>
        </w:rPr>
        <w:t>11.  Жауап D · 32</w:t>
      </w:r>
    </w:p>
    <w:p>
      <w:pPr>
        <w:widowControl/>
        <w:spacing w:before="0" w:after="320" w:line="276" w:lineRule="auto"/>
        <w:ind w:left="0"/>
      </w:pPr>
      <w:r>
        <w:rPr>
          <w:rFonts w:ascii="Arial" w:hAnsi="Arial"/>
          <w:b w:val="0"/>
          <w:color w:val="000000"/>
          <w:sz w:val="21"/>
        </w:rPr>
        <w:t>5t + 2 түріндегі сандар: 2, 7, 12, 17, 22, 27, 32. 7-ге бөлгенде 4 қалдық беретін алғашқы сан — 32.</w:t>
      </w:r>
    </w:p>
    <w:p>
      <w:pPr>
        <w:keepNext/>
        <w:widowControl/>
        <w:spacing w:before="0" w:after="80" w:line="276" w:lineRule="auto"/>
        <w:ind w:left="0"/>
      </w:pPr>
      <w:r>
        <w:rPr>
          <w:rFonts w:ascii="Arial" w:hAnsi="Arial"/>
          <w:b/>
          <w:color w:val="000000"/>
          <w:sz w:val="21"/>
        </w:rPr>
        <w:t>12.  Жауап C · 24</w:t>
      </w:r>
    </w:p>
    <w:p>
      <w:pPr>
        <w:widowControl/>
        <w:spacing w:before="0" w:after="320" w:line="276" w:lineRule="auto"/>
        <w:ind w:left="0"/>
      </w:pPr>
      <w:r>
        <w:rPr>
          <w:rFonts w:ascii="Arial" w:hAnsi="Arial"/>
          <w:b w:val="0"/>
          <w:color w:val="000000"/>
          <w:sz w:val="21"/>
        </w:rPr>
        <w:t>360 = 2³ · 3² · 5. Бөлгіштің дәрежелерін тәуелсіз таңдаймыз: 4 · 3 · 2 = 24.</w:t>
      </w:r>
    </w:p>
    <w:p>
      <w:pPr>
        <w:keepNext/>
        <w:widowControl/>
        <w:spacing w:before="0" w:after="80" w:line="276" w:lineRule="auto"/>
        <w:ind w:left="0"/>
      </w:pPr>
      <w:r>
        <w:rPr>
          <w:rFonts w:ascii="Arial" w:hAnsi="Arial"/>
          <w:b/>
          <w:color w:val="000000"/>
          <w:sz w:val="21"/>
        </w:rPr>
        <w:t>13.  Жауап B · 47</w:t>
      </w:r>
    </w:p>
    <w:p>
      <w:pPr>
        <w:widowControl/>
        <w:spacing w:before="0" w:after="320" w:line="276" w:lineRule="auto"/>
        <w:ind w:left="0"/>
      </w:pPr>
      <w:r>
        <w:rPr>
          <w:rFonts w:ascii="Arial" w:hAnsi="Arial"/>
          <w:b w:val="0"/>
          <w:color w:val="000000"/>
          <w:sz w:val="21"/>
        </w:rPr>
        <w:t>Ондық цифры a, бірлік цифры b болсын. a + b = 11, 9(b − a) = 27. Бұдан b − a = 3, a = 4, b = 7.</w:t>
      </w:r>
    </w:p>
    <w:p>
      <w:pPr>
        <w:keepNext/>
        <w:widowControl/>
        <w:spacing w:before="0" w:after="80" w:line="276" w:lineRule="auto"/>
        <w:ind w:left="0"/>
      </w:pPr>
      <w:r>
        <w:rPr>
          <w:rFonts w:ascii="Arial" w:hAnsi="Arial"/>
          <w:b/>
          <w:color w:val="000000"/>
          <w:sz w:val="21"/>
        </w:rPr>
        <w:t>14.  Жауап B · 29/24</w:t>
      </w:r>
    </w:p>
    <w:p>
      <w:pPr>
        <w:widowControl/>
        <w:spacing w:before="0" w:after="320" w:line="276" w:lineRule="auto"/>
        <w:ind w:left="0"/>
      </w:pPr>
      <w:r>
        <w:rPr>
          <w:rFonts w:ascii="Arial" w:hAnsi="Arial"/>
          <w:b w:val="0"/>
          <w:color w:val="000000"/>
          <w:sz w:val="21"/>
        </w:rPr>
        <w:t>Ортақ бөлім 24: 15/24 + 14/24 = 29/24.</w:t>
      </w:r>
    </w:p>
    <w:p>
      <w:pPr>
        <w:keepNext/>
        <w:widowControl/>
        <w:spacing w:before="0" w:after="80" w:line="276" w:lineRule="auto"/>
        <w:ind w:left="0"/>
      </w:pPr>
      <w:r>
        <w:rPr>
          <w:rFonts w:ascii="Arial" w:hAnsi="Arial"/>
          <w:b/>
          <w:color w:val="000000"/>
          <w:sz w:val="21"/>
        </w:rPr>
        <w:t>15.  Жауап C · 1</w:t>
      </w:r>
    </w:p>
    <w:p>
      <w:pPr>
        <w:widowControl/>
        <w:spacing w:before="0" w:after="320" w:line="276" w:lineRule="auto"/>
        <w:ind w:left="0"/>
      </w:pPr>
      <w:r>
        <w:rPr>
          <w:rFonts w:ascii="Arial" w:hAnsi="Arial"/>
          <w:b w:val="0"/>
          <w:color w:val="000000"/>
          <w:sz w:val="21"/>
        </w:rPr>
        <w:t>Айырмасы 9/12 − 2/12 = 7/12. Нөлден өзге бөлшекті өзіне бөлгенде 1 шығады.</w:t>
      </w:r>
    </w:p>
    <w:p>
      <w:pPr>
        <w:keepNext/>
        <w:widowControl/>
        <w:spacing w:before="0" w:after="80" w:line="276" w:lineRule="auto"/>
        <w:ind w:left="0"/>
      </w:pPr>
      <w:r>
        <w:rPr>
          <w:rFonts w:ascii="Arial" w:hAnsi="Arial"/>
          <w:b/>
          <w:color w:val="000000"/>
          <w:sz w:val="21"/>
        </w:rPr>
        <w:t>16.  Жауап A · 1</w:t>
      </w:r>
    </w:p>
    <w:p>
      <w:pPr>
        <w:widowControl/>
        <w:spacing w:before="0" w:after="320" w:line="276" w:lineRule="auto"/>
        <w:ind w:left="0"/>
      </w:pPr>
      <w:r>
        <w:rPr>
          <w:rFonts w:ascii="Arial" w:hAnsi="Arial"/>
          <w:b w:val="0"/>
          <w:color w:val="000000"/>
          <w:sz w:val="21"/>
        </w:rPr>
        <w:t>2,4 · 0,35 = 0,84; 0,84 + 0,16 = 1.</w:t>
      </w:r>
    </w:p>
    <w:p>
      <w:pPr>
        <w:keepNext/>
        <w:widowControl/>
        <w:spacing w:before="0" w:after="80" w:line="276" w:lineRule="auto"/>
        <w:ind w:left="0"/>
      </w:pPr>
      <w:r>
        <w:rPr>
          <w:rFonts w:ascii="Arial" w:hAnsi="Arial"/>
          <w:b/>
          <w:color w:val="000000"/>
          <w:sz w:val="21"/>
        </w:rPr>
        <w:t>17.  Жауап A · 0,6 &lt; 0,62 &lt; 5/8</w:t>
      </w:r>
    </w:p>
    <w:p>
      <w:pPr>
        <w:widowControl/>
        <w:spacing w:before="0" w:after="320" w:line="276" w:lineRule="auto"/>
        <w:ind w:left="0"/>
      </w:pPr>
      <w:r>
        <w:rPr>
          <w:rFonts w:ascii="Arial" w:hAnsi="Arial"/>
          <w:b w:val="0"/>
          <w:color w:val="000000"/>
          <w:sz w:val="21"/>
        </w:rPr>
        <w:t>5/8 = 0,625. Сондықтан 0,600 &lt; 0,620 &lt; 0,625.</w:t>
      </w:r>
    </w:p>
    <w:p>
      <w:pPr>
        <w:keepNext/>
        <w:widowControl/>
        <w:spacing w:before="0" w:after="80" w:line="276" w:lineRule="auto"/>
        <w:ind w:left="0"/>
      </w:pPr>
      <w:r>
        <w:rPr>
          <w:rFonts w:ascii="Arial" w:hAnsi="Arial"/>
          <w:b/>
          <w:color w:val="000000"/>
          <w:sz w:val="21"/>
        </w:rPr>
        <w:t>18.  Жауап D · 180</w:t>
      </w:r>
    </w:p>
    <w:p>
      <w:pPr>
        <w:widowControl/>
        <w:spacing w:before="0" w:after="320" w:line="276" w:lineRule="auto"/>
        <w:ind w:left="0"/>
      </w:pPr>
      <w:r>
        <w:rPr>
          <w:rFonts w:ascii="Arial" w:hAnsi="Arial"/>
          <w:b w:val="0"/>
          <w:color w:val="000000"/>
          <w:sz w:val="21"/>
        </w:rPr>
        <w:t>Оқылғаны: 2/5 + 1/3 = 11/15. Кітаптың 4/15 бөлігі қалды. Барлығы 48 : (4/15) = 180 бет.</w:t>
      </w:r>
    </w:p>
    <w:p>
      <w:pPr>
        <w:keepNext/>
        <w:widowControl/>
        <w:spacing w:before="0" w:after="80" w:line="276" w:lineRule="auto"/>
        <w:ind w:left="0"/>
      </w:pPr>
      <w:r>
        <w:rPr>
          <w:rFonts w:ascii="Arial" w:hAnsi="Arial"/>
          <w:b/>
          <w:color w:val="000000"/>
          <w:sz w:val="21"/>
        </w:rPr>
        <w:t>19.  Жауап D · 1</w:t>
      </w:r>
    </w:p>
    <w:p>
      <w:pPr>
        <w:widowControl/>
        <w:spacing w:before="0" w:after="320" w:line="276" w:lineRule="auto"/>
        <w:ind w:left="0"/>
      </w:pPr>
      <w:r>
        <w:rPr>
          <w:rFonts w:ascii="Arial" w:hAnsi="Arial"/>
          <w:b w:val="0"/>
          <w:color w:val="000000"/>
          <w:sz w:val="21"/>
        </w:rPr>
        <w:t>2 1/3 = 7/3. Сондықтан (3/7) · (7/3) = 1.</w:t>
      </w:r>
    </w:p>
    <w:p>
      <w:pPr>
        <w:keepNext/>
        <w:widowControl/>
        <w:spacing w:before="0" w:after="80" w:line="276" w:lineRule="auto"/>
        <w:ind w:left="0"/>
      </w:pPr>
      <w:r>
        <w:rPr>
          <w:rFonts w:ascii="Arial" w:hAnsi="Arial"/>
          <w:b/>
          <w:color w:val="000000"/>
          <w:sz w:val="21"/>
        </w:rPr>
        <w:t>20.  Жауап B · 0,45</w:t>
      </w:r>
    </w:p>
    <w:p>
      <w:pPr>
        <w:widowControl/>
        <w:spacing w:before="0" w:after="320" w:line="276" w:lineRule="auto"/>
        <w:ind w:left="0"/>
      </w:pPr>
      <w:r>
        <w:rPr>
          <w:rFonts w:ascii="Arial" w:hAnsi="Arial"/>
          <w:b w:val="0"/>
          <w:color w:val="000000"/>
          <w:sz w:val="21"/>
        </w:rPr>
        <w:t>Бірінші жұмсаудан кейін 0,75 бөлігі қалды. Содан кейін соның 0,6 бөлігі қалады: 0,75 · 0,6 = 0,45.</w:t>
      </w:r>
    </w:p>
    <w:p>
      <w:pPr>
        <w:pStyle w:val="Heading1"/>
        <w:pageBreakBefore/>
        <w:widowControl/>
        <w:spacing w:before="0" w:after="160" w:line="276" w:lineRule="auto"/>
        <w:ind w:left="0"/>
      </w:pPr>
      <w:r>
        <w:rPr>
          <w:rFonts w:ascii="Arial" w:hAnsi="Arial"/>
          <w:b/>
          <w:color w:val="000000"/>
          <w:sz w:val="42"/>
        </w:rPr>
        <w:t>Шешімдер</w:t>
      </w:r>
    </w:p>
    <w:p>
      <w:pPr>
        <w:widowControl/>
        <w:spacing w:before="0" w:after="420" w:line="276" w:lineRule="auto"/>
        <w:ind w:left="0"/>
      </w:pPr>
      <w:r>
        <w:rPr>
          <w:rFonts w:ascii="Arial" w:hAnsi="Arial"/>
          <w:b w:val="0"/>
          <w:color w:val="000000"/>
          <w:sz w:val="20"/>
        </w:rPr>
        <w:t>Тақырыптық жаттығулар · 21–30</w:t>
      </w:r>
    </w:p>
    <w:p>
      <w:pPr>
        <w:keepNext/>
        <w:widowControl/>
        <w:spacing w:before="0" w:after="80" w:line="276" w:lineRule="auto"/>
        <w:ind w:left="0"/>
      </w:pPr>
      <w:r>
        <w:rPr>
          <w:rFonts w:ascii="Arial" w:hAnsi="Arial"/>
          <w:b/>
          <w:color w:val="000000"/>
          <w:sz w:val="21"/>
        </w:rPr>
        <w:t>21.  Жауап B · 7 және 8</w:t>
      </w:r>
    </w:p>
    <w:p>
      <w:pPr>
        <w:widowControl/>
        <w:spacing w:before="0" w:after="320" w:line="276" w:lineRule="auto"/>
        <w:ind w:left="0"/>
      </w:pPr>
      <w:r>
        <w:rPr>
          <w:rFonts w:ascii="Arial" w:hAnsi="Arial"/>
          <w:b w:val="0"/>
          <w:color w:val="000000"/>
          <w:sz w:val="21"/>
        </w:rPr>
        <w:t>47 = 6 · 7 + 5, демек 47/6 = 7 5/6.</w:t>
      </w:r>
    </w:p>
    <w:p>
      <w:pPr>
        <w:keepNext/>
        <w:widowControl/>
        <w:spacing w:before="0" w:after="80" w:line="276" w:lineRule="auto"/>
        <w:ind w:left="0"/>
      </w:pPr>
      <w:r>
        <w:rPr>
          <w:rFonts w:ascii="Arial" w:hAnsi="Arial"/>
          <w:b/>
          <w:color w:val="000000"/>
          <w:sz w:val="21"/>
        </w:rPr>
        <w:t>22.  Жауап D · 40</w:t>
      </w:r>
    </w:p>
    <w:p>
      <w:pPr>
        <w:widowControl/>
        <w:spacing w:before="0" w:after="320" w:line="276" w:lineRule="auto"/>
        <w:ind w:left="0"/>
      </w:pPr>
      <w:r>
        <w:rPr>
          <w:rFonts w:ascii="Arial" w:hAnsi="Arial"/>
          <w:b w:val="0"/>
          <w:color w:val="000000"/>
          <w:sz w:val="21"/>
        </w:rPr>
        <w:t>Қосынды 2-ге тең. 0,05-ке бөлу 20-ға көбейтуге тең: жауап 40.</w:t>
      </w:r>
    </w:p>
    <w:p>
      <w:pPr>
        <w:keepNext/>
        <w:widowControl/>
        <w:spacing w:before="0" w:after="80" w:line="276" w:lineRule="auto"/>
        <w:ind w:left="0"/>
      </w:pPr>
      <w:r>
        <w:rPr>
          <w:rFonts w:ascii="Arial" w:hAnsi="Arial"/>
          <w:b/>
          <w:color w:val="000000"/>
          <w:sz w:val="21"/>
        </w:rPr>
        <w:t>23.  Жауап D · 1/2</w:t>
      </w:r>
    </w:p>
    <w:p>
      <w:pPr>
        <w:widowControl/>
        <w:spacing w:before="0" w:after="320" w:line="276" w:lineRule="auto"/>
        <w:ind w:left="0"/>
      </w:pPr>
      <w:r>
        <w:rPr>
          <w:rFonts w:ascii="Arial" w:hAnsi="Arial"/>
          <w:b w:val="0"/>
          <w:color w:val="000000"/>
          <w:sz w:val="21"/>
        </w:rPr>
        <w:t>Қосындыдан айырманы азайтамыз: 5/6 − 1/6 = 4/6. Кіші сан 2/6, үлкені 3/6 = 1/2.</w:t>
      </w:r>
    </w:p>
    <w:p>
      <w:pPr>
        <w:keepNext/>
        <w:widowControl/>
        <w:spacing w:before="0" w:after="80" w:line="276" w:lineRule="auto"/>
        <w:ind w:left="0"/>
      </w:pPr>
      <w:r>
        <w:rPr>
          <w:rFonts w:ascii="Arial" w:hAnsi="Arial"/>
          <w:b/>
          <w:color w:val="000000"/>
          <w:sz w:val="21"/>
        </w:rPr>
        <w:t>24.  Жауап A · 56</w:t>
      </w:r>
    </w:p>
    <w:p>
      <w:pPr>
        <w:widowControl/>
        <w:spacing w:before="0" w:after="320" w:line="276" w:lineRule="auto"/>
        <w:ind w:left="0"/>
      </w:pPr>
      <w:r>
        <w:rPr>
          <w:rFonts w:ascii="Arial" w:hAnsi="Arial"/>
          <w:b w:val="0"/>
          <w:color w:val="000000"/>
          <w:sz w:val="21"/>
        </w:rPr>
        <w:t>Екіншісі алғанға дейін (20 + 4) : (2/3) = 36 жапсырма болған. Біріншісі алғанға дейін: (36 + 6) : (3/4) = 56.</w:t>
      </w:r>
    </w:p>
    <w:p>
      <w:pPr>
        <w:keepNext/>
        <w:widowControl/>
        <w:spacing w:before="0" w:after="80" w:line="276" w:lineRule="auto"/>
        <w:ind w:left="0"/>
      </w:pPr>
      <w:r>
        <w:rPr>
          <w:rFonts w:ascii="Arial" w:hAnsi="Arial"/>
          <w:b/>
          <w:color w:val="000000"/>
          <w:sz w:val="21"/>
        </w:rPr>
        <w:t>25.  Жауап B · 19/20</w:t>
      </w:r>
    </w:p>
    <w:p>
      <w:pPr>
        <w:widowControl/>
        <w:spacing w:before="0" w:after="320" w:line="276" w:lineRule="auto"/>
        <w:ind w:left="0"/>
      </w:pPr>
      <w:r>
        <w:rPr>
          <w:rFonts w:ascii="Arial" w:hAnsi="Arial"/>
          <w:b w:val="0"/>
          <w:color w:val="000000"/>
          <w:sz w:val="21"/>
        </w:rPr>
        <w:t>1/[n(n + 1)] = 1/n − 1/(n + 1). Қосындыда аралық мүшелердің бәрі қысқарады: 1 − 1/20.</w:t>
      </w:r>
    </w:p>
    <w:p>
      <w:pPr>
        <w:keepNext/>
        <w:widowControl/>
        <w:spacing w:before="0" w:after="80" w:line="276" w:lineRule="auto"/>
        <w:ind w:left="0"/>
      </w:pPr>
      <w:r>
        <w:rPr>
          <w:rFonts w:ascii="Arial" w:hAnsi="Arial"/>
          <w:b/>
          <w:color w:val="000000"/>
          <w:sz w:val="21"/>
        </w:rPr>
        <w:t>26.  Жауап D · 2</w:t>
      </w:r>
    </w:p>
    <w:p>
      <w:pPr>
        <w:widowControl/>
        <w:spacing w:before="0" w:after="320" w:line="276" w:lineRule="auto"/>
        <w:ind w:left="0"/>
      </w:pPr>
      <w:r>
        <w:rPr>
          <w:rFonts w:ascii="Arial" w:hAnsi="Arial"/>
          <w:b w:val="0"/>
          <w:color w:val="000000"/>
          <w:sz w:val="21"/>
        </w:rPr>
        <w:t>Мүмкін алымдар: 1, 5, 7, 11. Қосынды: (1 + 5 + 7 + 11)/12 = 2.</w:t>
      </w:r>
    </w:p>
    <w:p>
      <w:pPr>
        <w:keepNext/>
        <w:widowControl/>
        <w:spacing w:before="0" w:after="80" w:line="276" w:lineRule="auto"/>
        <w:ind w:left="0"/>
      </w:pPr>
      <w:r>
        <w:rPr>
          <w:rFonts w:ascii="Arial" w:hAnsi="Arial"/>
          <w:b/>
          <w:color w:val="000000"/>
          <w:sz w:val="21"/>
        </w:rPr>
        <w:t>27.  Жауап B · 63</w:t>
      </w:r>
    </w:p>
    <w:p>
      <w:pPr>
        <w:widowControl/>
        <w:spacing w:before="0" w:after="320" w:line="276" w:lineRule="auto"/>
        <w:ind w:left="0"/>
      </w:pPr>
      <w:r>
        <w:rPr>
          <w:rFonts w:ascii="Arial" w:hAnsi="Arial"/>
          <w:b w:val="0"/>
          <w:color w:val="000000"/>
          <w:sz w:val="21"/>
        </w:rPr>
        <w:t>350 · 18/100 = 63.</w:t>
      </w:r>
    </w:p>
    <w:p>
      <w:pPr>
        <w:keepNext/>
        <w:widowControl/>
        <w:spacing w:before="0" w:after="80" w:line="276" w:lineRule="auto"/>
        <w:ind w:left="0"/>
      </w:pPr>
      <w:r>
        <w:rPr>
          <w:rFonts w:ascii="Arial" w:hAnsi="Arial"/>
          <w:b/>
          <w:color w:val="000000"/>
          <w:sz w:val="21"/>
        </w:rPr>
        <w:t>28.  Жауап D · 8000 теңге</w:t>
      </w:r>
    </w:p>
    <w:p>
      <w:pPr>
        <w:widowControl/>
        <w:spacing w:before="0" w:after="320" w:line="276" w:lineRule="auto"/>
        <w:ind w:left="0"/>
      </w:pPr>
      <w:r>
        <w:rPr>
          <w:rFonts w:ascii="Arial" w:hAnsi="Arial"/>
          <w:b w:val="0"/>
          <w:color w:val="000000"/>
          <w:sz w:val="21"/>
        </w:rPr>
        <w:t>6400 — бұрынғы бағаның 80%-ы. 6400 : 0,8 = 8000.</w:t>
      </w:r>
    </w:p>
    <w:p>
      <w:pPr>
        <w:keepNext/>
        <w:widowControl/>
        <w:spacing w:before="0" w:after="80" w:line="276" w:lineRule="auto"/>
        <w:ind w:left="0"/>
      </w:pPr>
      <w:r>
        <w:rPr>
          <w:rFonts w:ascii="Arial" w:hAnsi="Arial"/>
          <w:b/>
          <w:color w:val="000000"/>
          <w:sz w:val="21"/>
        </w:rPr>
        <w:t>29.  Жауап B · 32</w:t>
      </w:r>
    </w:p>
    <w:p>
      <w:pPr>
        <w:widowControl/>
        <w:spacing w:before="0" w:after="320" w:line="276" w:lineRule="auto"/>
        <w:ind w:left="0"/>
      </w:pPr>
      <w:r>
        <w:rPr>
          <w:rFonts w:ascii="Arial" w:hAnsi="Arial"/>
          <w:b w:val="0"/>
          <w:color w:val="000000"/>
          <w:sz w:val="21"/>
        </w:rPr>
        <w:t>Барлығы 12 үлес. Бір үлес 96 : 12 = 8, жасыл фишкалар саны 4 · 8 = 32.</w:t>
      </w:r>
    </w:p>
    <w:p>
      <w:pPr>
        <w:keepNext/>
        <w:widowControl/>
        <w:spacing w:before="0" w:after="80" w:line="276" w:lineRule="auto"/>
        <w:ind w:left="0"/>
      </w:pPr>
      <w:r>
        <w:rPr>
          <w:rFonts w:ascii="Arial" w:hAnsi="Arial"/>
          <w:b/>
          <w:color w:val="000000"/>
          <w:sz w:val="21"/>
        </w:rPr>
        <w:t>30.  Жауап B · 11 880 теңге</w:t>
      </w:r>
    </w:p>
    <w:p>
      <w:pPr>
        <w:widowControl/>
        <w:spacing w:before="0" w:after="320" w:line="276" w:lineRule="auto"/>
        <w:ind w:left="0"/>
      </w:pPr>
      <w:r>
        <w:rPr>
          <w:rFonts w:ascii="Arial" w:hAnsi="Arial"/>
          <w:b w:val="0"/>
          <w:color w:val="000000"/>
          <w:sz w:val="21"/>
        </w:rPr>
        <w:t>12 000 · 1,1 · 0,9 = 11 880. Нәтиже бастапқы бағадан 1%-ға аз.</w:t>
      </w:r>
    </w:p>
    <w:p>
      <w:pPr>
        <w:pStyle w:val="Heading1"/>
        <w:pageBreakBefore/>
        <w:widowControl/>
        <w:spacing w:before="0" w:after="160" w:line="276" w:lineRule="auto"/>
        <w:ind w:left="0"/>
      </w:pPr>
      <w:r>
        <w:rPr>
          <w:rFonts w:ascii="Arial" w:hAnsi="Arial"/>
          <w:b/>
          <w:color w:val="000000"/>
          <w:sz w:val="42"/>
        </w:rPr>
        <w:t>Шешімдер</w:t>
      </w:r>
    </w:p>
    <w:p>
      <w:pPr>
        <w:widowControl/>
        <w:spacing w:before="0" w:after="420" w:line="276" w:lineRule="auto"/>
        <w:ind w:left="0"/>
      </w:pPr>
      <w:r>
        <w:rPr>
          <w:rFonts w:ascii="Arial" w:hAnsi="Arial"/>
          <w:b w:val="0"/>
          <w:color w:val="000000"/>
          <w:sz w:val="20"/>
        </w:rPr>
        <w:t>Тақырыптық жаттығулар · 31–40</w:t>
      </w:r>
    </w:p>
    <w:p>
      <w:pPr>
        <w:keepNext/>
        <w:widowControl/>
        <w:spacing w:before="0" w:after="80" w:line="276" w:lineRule="auto"/>
        <w:ind w:left="0"/>
      </w:pPr>
      <w:r>
        <w:rPr>
          <w:rFonts w:ascii="Arial" w:hAnsi="Arial"/>
          <w:b/>
          <w:color w:val="000000"/>
          <w:sz w:val="21"/>
        </w:rPr>
        <w:t>31.  Жауап A · 4,5 м</w:t>
      </w:r>
    </w:p>
    <w:p>
      <w:pPr>
        <w:widowControl/>
        <w:spacing w:before="0" w:after="320" w:line="276" w:lineRule="auto"/>
        <w:ind w:left="0"/>
      </w:pPr>
      <w:r>
        <w:rPr>
          <w:rFonts w:ascii="Arial" w:hAnsi="Arial"/>
          <w:b w:val="0"/>
          <w:color w:val="000000"/>
          <w:sz w:val="21"/>
        </w:rPr>
        <w:t>Бір модельге 1,8 : 6 = 0,3 м; 15 модельге 0,3 · 15 = 4,5 м қажет.</w:t>
      </w:r>
    </w:p>
    <w:p>
      <w:pPr>
        <w:keepNext/>
        <w:widowControl/>
        <w:spacing w:before="0" w:after="80" w:line="276" w:lineRule="auto"/>
        <w:ind w:left="0"/>
      </w:pPr>
      <w:r>
        <w:rPr>
          <w:rFonts w:ascii="Arial" w:hAnsi="Arial"/>
          <w:b/>
          <w:color w:val="000000"/>
          <w:sz w:val="21"/>
        </w:rPr>
        <w:t>32.  Жауап C · 10</w:t>
      </w:r>
    </w:p>
    <w:p>
      <w:pPr>
        <w:widowControl/>
        <w:spacing w:before="0" w:after="320" w:line="276" w:lineRule="auto"/>
        <w:ind w:left="0"/>
      </w:pPr>
      <w:r>
        <w:rPr>
          <w:rFonts w:ascii="Arial" w:hAnsi="Arial"/>
          <w:b w:val="0"/>
          <w:color w:val="000000"/>
          <w:sz w:val="21"/>
        </w:rPr>
        <w:t>Жұмыс көлемі 8 · 15 = 120 станок-сағат. Уақыт: 120 : 12 = 10 сағат.</w:t>
      </w:r>
    </w:p>
    <w:p>
      <w:pPr>
        <w:keepNext/>
        <w:widowControl/>
        <w:spacing w:before="0" w:after="80" w:line="276" w:lineRule="auto"/>
        <w:ind w:left="0"/>
      </w:pPr>
      <w:r>
        <w:rPr>
          <w:rFonts w:ascii="Arial" w:hAnsi="Arial"/>
          <w:b/>
          <w:color w:val="000000"/>
          <w:sz w:val="21"/>
        </w:rPr>
        <w:t>33.  Жауап B · 3,6 км</w:t>
      </w:r>
    </w:p>
    <w:p>
      <w:pPr>
        <w:widowControl/>
        <w:spacing w:before="0" w:after="320" w:line="276" w:lineRule="auto"/>
        <w:ind w:left="0"/>
      </w:pPr>
      <w:r>
        <w:rPr>
          <w:rFonts w:ascii="Arial" w:hAnsi="Arial"/>
          <w:b w:val="0"/>
          <w:color w:val="000000"/>
          <w:sz w:val="21"/>
        </w:rPr>
        <w:t>7,2 · 50 000 = 360 000 см = 3,6 км.</w:t>
      </w:r>
    </w:p>
    <w:p>
      <w:pPr>
        <w:keepNext/>
        <w:widowControl/>
        <w:spacing w:before="0" w:after="80" w:line="276" w:lineRule="auto"/>
        <w:ind w:left="0"/>
      </w:pPr>
      <w:r>
        <w:rPr>
          <w:rFonts w:ascii="Arial" w:hAnsi="Arial"/>
          <w:b/>
          <w:color w:val="000000"/>
          <w:sz w:val="21"/>
        </w:rPr>
        <w:t>34.  Жауап C · 10%</w:t>
      </w:r>
    </w:p>
    <w:p>
      <w:pPr>
        <w:widowControl/>
        <w:spacing w:before="0" w:after="320" w:line="276" w:lineRule="auto"/>
        <w:ind w:left="0"/>
      </w:pPr>
      <w:r>
        <w:rPr>
          <w:rFonts w:ascii="Arial" w:hAnsi="Arial"/>
          <w:b w:val="0"/>
          <w:color w:val="000000"/>
          <w:sz w:val="21"/>
        </w:rPr>
        <w:t>Тұз массасы 250 · 0,12 = 30 г. Жаңа масса 300 г; үлесі 30/300 = 10%.</w:t>
      </w:r>
    </w:p>
    <w:p>
      <w:pPr>
        <w:keepNext/>
        <w:widowControl/>
        <w:spacing w:before="0" w:after="80" w:line="276" w:lineRule="auto"/>
        <w:ind w:left="0"/>
      </w:pPr>
      <w:r>
        <w:rPr>
          <w:rFonts w:ascii="Arial" w:hAnsi="Arial"/>
          <w:b/>
          <w:color w:val="000000"/>
          <w:sz w:val="21"/>
        </w:rPr>
        <w:t>35.  Жауап C · 20%</w:t>
      </w:r>
    </w:p>
    <w:p>
      <w:pPr>
        <w:widowControl/>
        <w:spacing w:before="0" w:after="320" w:line="276" w:lineRule="auto"/>
        <w:ind w:left="0"/>
      </w:pPr>
      <w:r>
        <w:rPr>
          <w:rFonts w:ascii="Arial" w:hAnsi="Arial"/>
          <w:b w:val="0"/>
          <w:color w:val="000000"/>
          <w:sz w:val="21"/>
        </w:rPr>
        <w:t>a = 1,25b. 0,25b айырмасы a санының 0,25b/(1,25b) = 0,2 бөлігін құрайды.</w:t>
      </w:r>
    </w:p>
    <w:p>
      <w:pPr>
        <w:keepNext/>
        <w:widowControl/>
        <w:spacing w:before="0" w:after="80" w:line="276" w:lineRule="auto"/>
        <w:ind w:left="0"/>
      </w:pPr>
      <w:r>
        <w:rPr>
          <w:rFonts w:ascii="Arial" w:hAnsi="Arial"/>
          <w:b/>
          <w:color w:val="000000"/>
          <w:sz w:val="21"/>
        </w:rPr>
        <w:t>36.  Жауап A · 15%</w:t>
      </w:r>
    </w:p>
    <w:p>
      <w:pPr>
        <w:widowControl/>
        <w:spacing w:before="0" w:after="320" w:line="276" w:lineRule="auto"/>
        <w:ind w:left="0"/>
      </w:pPr>
      <w:r>
        <w:rPr>
          <w:rFonts w:ascii="Arial" w:hAnsi="Arial"/>
          <w:b w:val="0"/>
          <w:color w:val="000000"/>
          <w:sz w:val="21"/>
        </w:rPr>
        <w:t>Өсім 36-ға тең. Оны бастапқы 240-қа бөлеміз: 36 : 240 · 100% = 15%.</w:t>
      </w:r>
    </w:p>
    <w:p>
      <w:pPr>
        <w:keepNext/>
        <w:widowControl/>
        <w:spacing w:before="0" w:after="80" w:line="276" w:lineRule="auto"/>
        <w:ind w:left="0"/>
      </w:pPr>
      <w:r>
        <w:rPr>
          <w:rFonts w:ascii="Arial" w:hAnsi="Arial"/>
          <w:b/>
          <w:color w:val="000000"/>
          <w:sz w:val="21"/>
        </w:rPr>
        <w:t>37.  Жауап B · 4 л</w:t>
      </w:r>
    </w:p>
    <w:p>
      <w:pPr>
        <w:widowControl/>
        <w:spacing w:before="0" w:after="320" w:line="276" w:lineRule="auto"/>
        <w:ind w:left="0"/>
      </w:pPr>
      <w:r>
        <w:rPr>
          <w:rFonts w:ascii="Arial" w:hAnsi="Arial"/>
          <w:b w:val="0"/>
          <w:color w:val="000000"/>
          <w:sz w:val="21"/>
        </w:rPr>
        <w:t>Еріген заттың шартты көлемі 20 · 0,3 = 6 л. Алмастырғаннан кейін 0,3(20 − x) = 0,24 · 20, бұдан x = 4. Мұнда пайыздар көлемдік үлесті білдіреді.</w:t>
      </w:r>
    </w:p>
    <w:p>
      <w:pPr>
        <w:keepNext/>
        <w:widowControl/>
        <w:spacing w:before="0" w:after="80" w:line="276" w:lineRule="auto"/>
        <w:ind w:left="0"/>
      </w:pPr>
      <w:r>
        <w:rPr>
          <w:rFonts w:ascii="Arial" w:hAnsi="Arial"/>
          <w:b/>
          <w:color w:val="000000"/>
          <w:sz w:val="21"/>
        </w:rPr>
        <w:t>38.  Жауап B · 400 г</w:t>
      </w:r>
    </w:p>
    <w:p>
      <w:pPr>
        <w:widowControl/>
        <w:spacing w:before="0" w:after="320" w:line="276" w:lineRule="auto"/>
        <w:ind w:left="0"/>
      </w:pPr>
      <w:r>
        <w:rPr>
          <w:rFonts w:ascii="Arial" w:hAnsi="Arial"/>
          <w:b w:val="0"/>
          <w:color w:val="000000"/>
          <w:sz w:val="21"/>
        </w:rPr>
        <w:t>Екінші ерітіндінің массасы x болсын. 0,10(600 − x) + 0,25x = 120; 0,15x = 60, x = 400 г.</w:t>
      </w:r>
    </w:p>
    <w:p>
      <w:pPr>
        <w:keepNext/>
        <w:widowControl/>
        <w:spacing w:before="0" w:after="80" w:line="276" w:lineRule="auto"/>
        <w:ind w:left="0"/>
      </w:pPr>
      <w:r>
        <w:rPr>
          <w:rFonts w:ascii="Arial" w:hAnsi="Arial"/>
          <w:b/>
          <w:color w:val="000000"/>
          <w:sz w:val="21"/>
        </w:rPr>
        <w:t>39.  Жауап B · 200</w:t>
      </w:r>
    </w:p>
    <w:p>
      <w:pPr>
        <w:widowControl/>
        <w:spacing w:before="0" w:after="320" w:line="276" w:lineRule="auto"/>
        <w:ind w:left="0"/>
      </w:pPr>
      <w:r>
        <w:rPr>
          <w:rFonts w:ascii="Arial" w:hAnsi="Arial"/>
          <w:b w:val="0"/>
          <w:color w:val="000000"/>
          <w:sz w:val="21"/>
        </w:rPr>
        <w:t>Бірінші сан үшіншісінің 0,6 · 0,75 = 0,45 бөлігі. Айырмасы үшінші санның 0,55 бөлігі; 110 : 0,55 = 200.</w:t>
      </w:r>
    </w:p>
    <w:p>
      <w:pPr>
        <w:keepNext/>
        <w:widowControl/>
        <w:spacing w:before="0" w:after="80" w:line="276" w:lineRule="auto"/>
        <w:ind w:left="0"/>
      </w:pPr>
      <w:r>
        <w:rPr>
          <w:rFonts w:ascii="Arial" w:hAnsi="Arial"/>
          <w:b/>
          <w:color w:val="000000"/>
          <w:sz w:val="21"/>
        </w:rPr>
        <w:t>40.  Жауап C · 13</w:t>
      </w:r>
    </w:p>
    <w:p>
      <w:pPr>
        <w:widowControl/>
        <w:spacing w:before="0" w:after="320" w:line="276" w:lineRule="auto"/>
        <w:ind w:left="0"/>
      </w:pPr>
      <w:r>
        <w:rPr>
          <w:rFonts w:ascii="Arial" w:hAnsi="Arial"/>
          <w:b w:val="0"/>
          <w:color w:val="000000"/>
          <w:sz w:val="21"/>
        </w:rPr>
        <w:t>Ұқсас мүшелерді жинаймыз: 2x = 26, демек x = 13.</w:t>
      </w:r>
    </w:p>
    <w:p>
      <w:pPr>
        <w:pStyle w:val="Heading1"/>
        <w:pageBreakBefore/>
        <w:widowControl/>
        <w:spacing w:before="0" w:after="160" w:line="276" w:lineRule="auto"/>
        <w:ind w:left="0"/>
      </w:pPr>
      <w:r>
        <w:rPr>
          <w:rFonts w:ascii="Arial" w:hAnsi="Arial"/>
          <w:b/>
          <w:color w:val="000000"/>
          <w:sz w:val="42"/>
        </w:rPr>
        <w:t>Шешімдер</w:t>
      </w:r>
    </w:p>
    <w:p>
      <w:pPr>
        <w:widowControl/>
        <w:spacing w:before="0" w:after="420" w:line="276" w:lineRule="auto"/>
        <w:ind w:left="0"/>
      </w:pPr>
      <w:r>
        <w:rPr>
          <w:rFonts w:ascii="Arial" w:hAnsi="Arial"/>
          <w:b w:val="0"/>
          <w:color w:val="000000"/>
          <w:sz w:val="20"/>
        </w:rPr>
        <w:t>Тақырыптық жаттығулар · 41–50</w:t>
      </w:r>
    </w:p>
    <w:p>
      <w:pPr>
        <w:keepNext/>
        <w:widowControl/>
        <w:spacing w:before="0" w:after="80" w:line="276" w:lineRule="auto"/>
        <w:ind w:left="0"/>
      </w:pPr>
      <w:r>
        <w:rPr>
          <w:rFonts w:ascii="Arial" w:hAnsi="Arial"/>
          <w:b/>
          <w:color w:val="000000"/>
          <w:sz w:val="21"/>
        </w:rPr>
        <w:t>41.  Жауап A · 19</w:t>
      </w:r>
    </w:p>
    <w:p>
      <w:pPr>
        <w:widowControl/>
        <w:spacing w:before="0" w:after="320" w:line="276" w:lineRule="auto"/>
        <w:ind w:left="0"/>
      </w:pPr>
      <w:r>
        <w:rPr>
          <w:rFonts w:ascii="Arial" w:hAnsi="Arial"/>
          <w:b w:val="0"/>
          <w:color w:val="000000"/>
          <w:sz w:val="21"/>
        </w:rPr>
        <w:t>3x − 12 + 2 = 2x + 9, сондықтан x = 19.</w:t>
      </w:r>
    </w:p>
    <w:p>
      <w:pPr>
        <w:keepNext/>
        <w:widowControl/>
        <w:spacing w:before="0" w:after="80" w:line="276" w:lineRule="auto"/>
        <w:ind w:left="0"/>
      </w:pPr>
      <w:r>
        <w:rPr>
          <w:rFonts w:ascii="Arial" w:hAnsi="Arial"/>
          <w:b/>
          <w:color w:val="000000"/>
          <w:sz w:val="21"/>
        </w:rPr>
        <w:t>42.  Жауап D · 24</w:t>
      </w:r>
    </w:p>
    <w:p>
      <w:pPr>
        <w:widowControl/>
        <w:spacing w:before="0" w:after="320" w:line="276" w:lineRule="auto"/>
        <w:ind w:left="0"/>
      </w:pPr>
      <w:r>
        <w:rPr>
          <w:rFonts w:ascii="Arial" w:hAnsi="Arial"/>
          <w:b w:val="0"/>
          <w:color w:val="000000"/>
          <w:sz w:val="21"/>
        </w:rPr>
        <w:t>12 ортақ бөліміне келтіреміз: 5x/12 = 10. Бұдан x = 24.</w:t>
      </w:r>
    </w:p>
    <w:p>
      <w:pPr>
        <w:keepNext/>
        <w:widowControl/>
        <w:spacing w:before="0" w:after="80" w:line="276" w:lineRule="auto"/>
        <w:ind w:left="0"/>
      </w:pPr>
      <w:r>
        <w:rPr>
          <w:rFonts w:ascii="Arial" w:hAnsi="Arial"/>
          <w:b/>
          <w:color w:val="000000"/>
          <w:sz w:val="21"/>
        </w:rPr>
        <w:t>43.  Жауап A · 5</w:t>
      </w:r>
    </w:p>
    <w:p>
      <w:pPr>
        <w:widowControl/>
        <w:spacing w:before="0" w:after="320" w:line="276" w:lineRule="auto"/>
        <w:ind w:left="0"/>
      </w:pPr>
      <w:r>
        <w:rPr>
          <w:rFonts w:ascii="Arial" w:hAnsi="Arial"/>
          <w:b w:val="0"/>
          <w:color w:val="000000"/>
          <w:sz w:val="21"/>
        </w:rPr>
        <w:t>3x &lt; 18, демек x &lt; 6. Ең үлкен бүтін сан — 5.</w:t>
      </w:r>
    </w:p>
    <w:p>
      <w:pPr>
        <w:keepNext/>
        <w:widowControl/>
        <w:spacing w:before="0" w:after="80" w:line="276" w:lineRule="auto"/>
        <w:ind w:left="0"/>
      </w:pPr>
      <w:r>
        <w:rPr>
          <w:rFonts w:ascii="Arial" w:hAnsi="Arial"/>
          <w:b/>
          <w:color w:val="000000"/>
          <w:sz w:val="21"/>
        </w:rPr>
        <w:t>44.  Жауап C · 7</w:t>
      </w:r>
    </w:p>
    <w:p>
      <w:pPr>
        <w:widowControl/>
        <w:spacing w:before="0" w:after="320" w:line="276" w:lineRule="auto"/>
        <w:ind w:left="0"/>
      </w:pPr>
      <w:r>
        <w:rPr>
          <w:rFonts w:ascii="Arial" w:hAnsi="Arial"/>
          <w:b w:val="0"/>
          <w:color w:val="000000"/>
          <w:sz w:val="21"/>
        </w:rPr>
        <w:t>−2, −1, 0, 1, 2, 3, 4 сандары сәйкес келеді. Олардың қосындысы 7.</w:t>
      </w:r>
    </w:p>
    <w:p>
      <w:pPr>
        <w:keepNext/>
        <w:widowControl/>
        <w:spacing w:before="0" w:after="80" w:line="276" w:lineRule="auto"/>
        <w:ind w:left="0"/>
      </w:pPr>
      <w:r>
        <w:rPr>
          <w:rFonts w:ascii="Arial" w:hAnsi="Arial"/>
          <w:b/>
          <w:color w:val="000000"/>
          <w:sz w:val="21"/>
        </w:rPr>
        <w:t>45.  Жауап D · 6</w:t>
      </w:r>
    </w:p>
    <w:p>
      <w:pPr>
        <w:widowControl/>
        <w:spacing w:before="0" w:after="320" w:line="276" w:lineRule="auto"/>
        <w:ind w:left="0"/>
      </w:pPr>
      <w:r>
        <w:rPr>
          <w:rFonts w:ascii="Arial" w:hAnsi="Arial"/>
          <w:b w:val="0"/>
          <w:color w:val="000000"/>
          <w:sz w:val="21"/>
        </w:rPr>
        <w:t>x − 3 = 5 немесе x − 3 = −5. Түбірлері 8 және −2, олардың қосындысы 6.</w:t>
      </w:r>
    </w:p>
    <w:p>
      <w:pPr>
        <w:keepNext/>
        <w:widowControl/>
        <w:spacing w:before="0" w:after="80" w:line="276" w:lineRule="auto"/>
        <w:ind w:left="0"/>
      </w:pPr>
      <w:r>
        <w:rPr>
          <w:rFonts w:ascii="Arial" w:hAnsi="Arial"/>
          <w:b/>
          <w:color w:val="000000"/>
          <w:sz w:val="21"/>
        </w:rPr>
        <w:t>46.  Жауап C · 11</w:t>
      </w:r>
    </w:p>
    <w:p>
      <w:pPr>
        <w:widowControl/>
        <w:spacing w:before="0" w:after="320" w:line="276" w:lineRule="auto"/>
        <w:ind w:left="0"/>
      </w:pPr>
      <w:r>
        <w:rPr>
          <w:rFonts w:ascii="Arial" w:hAnsi="Arial"/>
          <w:b w:val="0"/>
          <w:color w:val="000000"/>
          <w:sz w:val="21"/>
        </w:rPr>
        <w:t>(−2)² − 3 · (−2) + 1 = 4 + 6 + 1 = 11.</w:t>
      </w:r>
    </w:p>
    <w:p>
      <w:pPr>
        <w:keepNext/>
        <w:widowControl/>
        <w:spacing w:before="0" w:after="80" w:line="276" w:lineRule="auto"/>
        <w:ind w:left="0"/>
      </w:pPr>
      <w:r>
        <w:rPr>
          <w:rFonts w:ascii="Arial" w:hAnsi="Arial"/>
          <w:b/>
          <w:color w:val="000000"/>
          <w:sz w:val="21"/>
        </w:rPr>
        <w:t>47.  Жауап C · 20</w:t>
      </w:r>
    </w:p>
    <w:p>
      <w:pPr>
        <w:widowControl/>
        <w:spacing w:before="0" w:after="320" w:line="276" w:lineRule="auto"/>
        <w:ind w:left="0"/>
      </w:pPr>
      <w:r>
        <w:rPr>
          <w:rFonts w:ascii="Arial" w:hAnsi="Arial"/>
          <w:b w:val="0"/>
          <w:color w:val="000000"/>
          <w:sz w:val="21"/>
        </w:rPr>
        <w:t>y = 14 − 5 = 9; 3 · 9 − 7 = 20.</w:t>
      </w:r>
    </w:p>
    <w:p>
      <w:pPr>
        <w:keepNext/>
        <w:widowControl/>
        <w:spacing w:before="0" w:after="80" w:line="276" w:lineRule="auto"/>
        <w:ind w:left="0"/>
      </w:pPr>
      <w:r>
        <w:rPr>
          <w:rFonts w:ascii="Arial" w:hAnsi="Arial"/>
          <w:b/>
          <w:color w:val="000000"/>
          <w:sz w:val="21"/>
        </w:rPr>
        <w:t>48.  Жауап C · 31</w:t>
      </w:r>
    </w:p>
    <w:p>
      <w:pPr>
        <w:widowControl/>
        <w:spacing w:before="0" w:after="320" w:line="276" w:lineRule="auto"/>
        <w:ind w:left="0"/>
      </w:pPr>
      <w:r>
        <w:rPr>
          <w:rFonts w:ascii="Arial" w:hAnsi="Arial"/>
          <w:b w:val="0"/>
          <w:color w:val="000000"/>
          <w:sz w:val="21"/>
        </w:rPr>
        <w:t>Екіншісінде x болса, біріншісінде x + 8. 2x + 8 = 54, x = 23. Біріншісінде 31 қарындаш.</w:t>
      </w:r>
    </w:p>
    <w:p>
      <w:pPr>
        <w:keepNext/>
        <w:widowControl/>
        <w:spacing w:before="0" w:after="80" w:line="276" w:lineRule="auto"/>
        <w:ind w:left="0"/>
      </w:pPr>
      <w:r>
        <w:rPr>
          <w:rFonts w:ascii="Arial" w:hAnsi="Arial"/>
          <w:b/>
          <w:color w:val="000000"/>
          <w:sz w:val="21"/>
        </w:rPr>
        <w:t>49.  Жауап C · 7</w:t>
      </w:r>
    </w:p>
    <w:p>
      <w:pPr>
        <w:widowControl/>
        <w:spacing w:before="0" w:after="320" w:line="276" w:lineRule="auto"/>
        <w:ind w:left="0"/>
      </w:pPr>
      <w:r>
        <w:rPr>
          <w:rFonts w:ascii="Arial" w:hAnsi="Arial"/>
          <w:b w:val="0"/>
          <w:color w:val="000000"/>
          <w:sz w:val="21"/>
        </w:rPr>
        <w:t>Берілген аралықта өрнек (x − 2) + (9 − x) = 7 түріне келеді.</w:t>
      </w:r>
    </w:p>
    <w:p>
      <w:pPr>
        <w:keepNext/>
        <w:widowControl/>
        <w:spacing w:before="0" w:after="80" w:line="276" w:lineRule="auto"/>
        <w:ind w:left="0"/>
      </w:pPr>
      <w:r>
        <w:rPr>
          <w:rFonts w:ascii="Arial" w:hAnsi="Arial"/>
          <w:b/>
          <w:color w:val="000000"/>
          <w:sz w:val="21"/>
        </w:rPr>
        <w:t>50.  Жауап D · 6</w:t>
      </w:r>
    </w:p>
    <w:p>
      <w:pPr>
        <w:widowControl/>
        <w:spacing w:before="0" w:after="320" w:line="276" w:lineRule="auto"/>
        <w:ind w:left="0"/>
      </w:pPr>
      <w:r>
        <w:rPr>
          <w:rFonts w:ascii="Arial" w:hAnsi="Arial"/>
          <w:b w:val="0"/>
          <w:color w:val="000000"/>
          <w:sz w:val="21"/>
        </w:rPr>
        <w:t>−7 &lt; 2x − 1 &lt; 7, сондықтан −3 &lt; x &lt; 4. Бүтін сандар: −2, −1, 0, 1, 2, 3.</w:t>
      </w:r>
    </w:p>
    <w:p>
      <w:pPr>
        <w:pStyle w:val="Heading1"/>
        <w:pageBreakBefore/>
        <w:widowControl/>
        <w:spacing w:before="0" w:after="160" w:line="276" w:lineRule="auto"/>
        <w:ind w:left="0"/>
      </w:pPr>
      <w:r>
        <w:rPr>
          <w:rFonts w:ascii="Arial" w:hAnsi="Arial"/>
          <w:b/>
          <w:color w:val="000000"/>
          <w:sz w:val="42"/>
        </w:rPr>
        <w:t>Шешімдер</w:t>
      </w:r>
    </w:p>
    <w:p>
      <w:pPr>
        <w:widowControl/>
        <w:spacing w:before="0" w:after="420" w:line="276" w:lineRule="auto"/>
        <w:ind w:left="0"/>
      </w:pPr>
      <w:r>
        <w:rPr>
          <w:rFonts w:ascii="Arial" w:hAnsi="Arial"/>
          <w:b w:val="0"/>
          <w:color w:val="000000"/>
          <w:sz w:val="20"/>
        </w:rPr>
        <w:t>Тақырыптық жаттығулар · 51–60</w:t>
      </w:r>
    </w:p>
    <w:p>
      <w:pPr>
        <w:keepNext/>
        <w:widowControl/>
        <w:spacing w:before="0" w:after="80" w:line="276" w:lineRule="auto"/>
        <w:ind w:left="0"/>
      </w:pPr>
      <w:r>
        <w:rPr>
          <w:rFonts w:ascii="Arial" w:hAnsi="Arial"/>
          <w:b/>
          <w:color w:val="000000"/>
          <w:sz w:val="21"/>
        </w:rPr>
        <w:t>51.  Жауап A · 1</w:t>
      </w:r>
    </w:p>
    <w:p>
      <w:pPr>
        <w:widowControl/>
        <w:spacing w:before="0" w:after="320" w:line="276" w:lineRule="auto"/>
        <w:ind w:left="0"/>
      </w:pPr>
      <w:r>
        <w:rPr>
          <w:rFonts w:ascii="Arial" w:hAnsi="Arial"/>
          <w:b w:val="0"/>
          <w:color w:val="000000"/>
          <w:sz w:val="21"/>
        </w:rPr>
        <w:t>−1 мен 2 арасында қашықтықтар қосындысы 3. Сол жақта 1 − 2x = 7, x = −3; оң жақта 2x − 1 = 7, x = 4. Қосынды 1.</w:t>
      </w:r>
    </w:p>
    <w:p>
      <w:pPr>
        <w:keepNext/>
        <w:widowControl/>
        <w:spacing w:before="0" w:after="80" w:line="276" w:lineRule="auto"/>
        <w:ind w:left="0"/>
      </w:pPr>
      <w:r>
        <w:rPr>
          <w:rFonts w:ascii="Arial" w:hAnsi="Arial"/>
          <w:b/>
          <w:color w:val="000000"/>
          <w:sz w:val="21"/>
        </w:rPr>
        <w:t>52.  Жауап A · 3</w:t>
      </w:r>
    </w:p>
    <w:p>
      <w:pPr>
        <w:widowControl/>
        <w:spacing w:before="0" w:after="320" w:line="276" w:lineRule="auto"/>
        <w:ind w:left="0"/>
      </w:pPr>
      <w:r>
        <w:rPr>
          <w:rFonts w:ascii="Arial" w:hAnsi="Arial"/>
          <w:b w:val="0"/>
          <w:color w:val="000000"/>
          <w:sz w:val="21"/>
        </w:rPr>
        <w:t>Жақшаларды ашсақ: (3 − a)x = 0. Теңдік кез келген x үшін тек a = 3 болғанда орындалады.</w:t>
      </w:r>
    </w:p>
    <w:p>
      <w:pPr>
        <w:keepNext/>
        <w:widowControl/>
        <w:spacing w:before="0" w:after="80" w:line="276" w:lineRule="auto"/>
        <w:ind w:left="0"/>
      </w:pPr>
      <w:r>
        <w:rPr>
          <w:rFonts w:ascii="Arial" w:hAnsi="Arial"/>
          <w:b/>
          <w:color w:val="000000"/>
          <w:sz w:val="21"/>
        </w:rPr>
        <w:t>53.  Жауап B · 3</w:t>
      </w:r>
    </w:p>
    <w:p>
      <w:pPr>
        <w:widowControl/>
        <w:spacing w:before="0" w:after="320" w:line="276" w:lineRule="auto"/>
        <w:ind w:left="0"/>
      </w:pPr>
      <w:r>
        <w:rPr>
          <w:rFonts w:ascii="Arial" w:hAnsi="Arial"/>
          <w:b w:val="0"/>
          <w:color w:val="000000"/>
          <w:sz w:val="21"/>
        </w:rPr>
        <w:t>Жақындасу жылдамдығы 4 + 5 = 9 км/сағ. Уақыт: 27 : 9 = 3 сағ.</w:t>
      </w:r>
    </w:p>
    <w:p>
      <w:pPr>
        <w:keepNext/>
        <w:widowControl/>
        <w:spacing w:before="0" w:after="80" w:line="276" w:lineRule="auto"/>
        <w:ind w:left="0"/>
      </w:pPr>
      <w:r>
        <w:rPr>
          <w:rFonts w:ascii="Arial" w:hAnsi="Arial"/>
          <w:b/>
          <w:color w:val="000000"/>
          <w:sz w:val="21"/>
        </w:rPr>
        <w:t>54.  Жауап D · 1,5</w:t>
      </w:r>
    </w:p>
    <w:p>
      <w:pPr>
        <w:widowControl/>
        <w:spacing w:before="0" w:after="320" w:line="276" w:lineRule="auto"/>
        <w:ind w:left="0"/>
      </w:pPr>
      <w:r>
        <w:rPr>
          <w:rFonts w:ascii="Arial" w:hAnsi="Arial"/>
          <w:b w:val="0"/>
          <w:color w:val="000000"/>
          <w:sz w:val="21"/>
        </w:rPr>
        <w:t>Арақашықтық сағатына 8 км-ге қысқарады. 12 : 8 = 1,5 сағ.</w:t>
      </w:r>
    </w:p>
    <w:p>
      <w:pPr>
        <w:keepNext/>
        <w:widowControl/>
        <w:spacing w:before="0" w:after="80" w:line="276" w:lineRule="auto"/>
        <w:ind w:left="0"/>
      </w:pPr>
      <w:r>
        <w:rPr>
          <w:rFonts w:ascii="Arial" w:hAnsi="Arial"/>
          <w:b/>
          <w:color w:val="000000"/>
          <w:sz w:val="21"/>
        </w:rPr>
        <w:t>55.  Жауап D · 70 км/сағ</w:t>
      </w:r>
    </w:p>
    <w:p>
      <w:pPr>
        <w:widowControl/>
        <w:spacing w:before="0" w:after="320" w:line="276" w:lineRule="auto"/>
        <w:ind w:left="0"/>
      </w:pPr>
      <w:r>
        <w:rPr>
          <w:rFonts w:ascii="Arial" w:hAnsi="Arial"/>
          <w:b w:val="0"/>
          <w:color w:val="000000"/>
          <w:sz w:val="21"/>
        </w:rPr>
        <w:t>Жалпы жол 210 км, жалпы уақыт 3 сағ. 210 : 3 = 70 км/сағ.</w:t>
      </w:r>
    </w:p>
    <w:p>
      <w:pPr>
        <w:keepNext/>
        <w:widowControl/>
        <w:spacing w:before="0" w:after="80" w:line="276" w:lineRule="auto"/>
        <w:ind w:left="0"/>
      </w:pPr>
      <w:r>
        <w:rPr>
          <w:rFonts w:ascii="Arial" w:hAnsi="Arial"/>
          <w:b/>
          <w:color w:val="000000"/>
          <w:sz w:val="21"/>
        </w:rPr>
        <w:t>56.  Жауап C · 4</w:t>
      </w:r>
    </w:p>
    <w:p>
      <w:pPr>
        <w:widowControl/>
        <w:spacing w:before="0" w:after="320" w:line="276" w:lineRule="auto"/>
        <w:ind w:left="0"/>
      </w:pPr>
      <w:r>
        <w:rPr>
          <w:rFonts w:ascii="Arial" w:hAnsi="Arial"/>
          <w:b w:val="0"/>
          <w:color w:val="000000"/>
          <w:sz w:val="21"/>
        </w:rPr>
        <w:t>Ағысқа қарсы жылдамдық 14 − 2 = 12 км/сағ. Уақыт: 48 : 12 = 4 сағ.</w:t>
      </w:r>
    </w:p>
    <w:p>
      <w:pPr>
        <w:keepNext/>
        <w:widowControl/>
        <w:spacing w:before="0" w:after="80" w:line="276" w:lineRule="auto"/>
        <w:ind w:left="0"/>
      </w:pPr>
      <w:r>
        <w:rPr>
          <w:rFonts w:ascii="Arial" w:hAnsi="Arial"/>
          <w:b/>
          <w:color w:val="000000"/>
          <w:sz w:val="21"/>
        </w:rPr>
        <w:t>57.  Жауап B · 6</w:t>
      </w:r>
    </w:p>
    <w:p>
      <w:pPr>
        <w:widowControl/>
        <w:spacing w:before="0" w:after="320" w:line="276" w:lineRule="auto"/>
        <w:ind w:left="0"/>
      </w:pPr>
      <w:r>
        <w:rPr>
          <w:rFonts w:ascii="Arial" w:hAnsi="Arial"/>
          <w:b w:val="0"/>
          <w:color w:val="000000"/>
          <w:sz w:val="21"/>
        </w:rPr>
        <w:t>Бір сағатта олар тапсырыстың 1/8 + 1/24 = 1/6 бөлігін орындайды. 6 сағат қажет.</w:t>
      </w:r>
    </w:p>
    <w:p>
      <w:pPr>
        <w:keepNext/>
        <w:widowControl/>
        <w:spacing w:before="0" w:after="80" w:line="276" w:lineRule="auto"/>
        <w:ind w:left="0"/>
      </w:pPr>
      <w:r>
        <w:rPr>
          <w:rFonts w:ascii="Arial" w:hAnsi="Arial"/>
          <w:b/>
          <w:color w:val="000000"/>
          <w:sz w:val="21"/>
        </w:rPr>
        <w:t>58.  Жауап A · 7,5</w:t>
      </w:r>
    </w:p>
    <w:p>
      <w:pPr>
        <w:widowControl/>
        <w:spacing w:before="0" w:after="320" w:line="276" w:lineRule="auto"/>
        <w:ind w:left="0"/>
      </w:pPr>
      <w:r>
        <w:rPr>
          <w:rFonts w:ascii="Arial" w:hAnsi="Arial"/>
          <w:b w:val="0"/>
          <w:color w:val="000000"/>
          <w:sz w:val="21"/>
        </w:rPr>
        <w:t>Екінші сорғының өнімділігі сағатына бактың 1/5 − 1/15 = 2/15 бөлігі. Уақыт: 15/2 = 7,5 сағ.</w:t>
      </w:r>
    </w:p>
    <w:p>
      <w:pPr>
        <w:keepNext/>
        <w:widowControl/>
        <w:spacing w:before="0" w:after="80" w:line="276" w:lineRule="auto"/>
        <w:ind w:left="0"/>
      </w:pPr>
      <w:r>
        <w:rPr>
          <w:rFonts w:ascii="Arial" w:hAnsi="Arial"/>
          <w:b/>
          <w:color w:val="000000"/>
          <w:sz w:val="21"/>
        </w:rPr>
        <w:t>59.  Жауап D · 48</w:t>
      </w:r>
    </w:p>
    <w:p>
      <w:pPr>
        <w:widowControl/>
        <w:spacing w:before="0" w:after="320" w:line="276" w:lineRule="auto"/>
        <w:ind w:left="0"/>
      </w:pPr>
      <w:r>
        <w:rPr>
          <w:rFonts w:ascii="Arial" w:hAnsi="Arial"/>
          <w:b w:val="0"/>
          <w:color w:val="000000"/>
          <w:sz w:val="21"/>
        </w:rPr>
        <w:t>Жылдамдығы минутына 6 бет. 8 минутта 48 бет шығады.</w:t>
      </w:r>
    </w:p>
    <w:p>
      <w:pPr>
        <w:keepNext/>
        <w:widowControl/>
        <w:spacing w:before="0" w:after="80" w:line="276" w:lineRule="auto"/>
        <w:ind w:left="0"/>
      </w:pPr>
      <w:r>
        <w:rPr>
          <w:rFonts w:ascii="Arial" w:hAnsi="Arial"/>
          <w:b/>
          <w:color w:val="000000"/>
          <w:sz w:val="21"/>
        </w:rPr>
        <w:t>60.  Жауап D · 30</w:t>
      </w:r>
    </w:p>
    <w:p>
      <w:pPr>
        <w:widowControl/>
        <w:spacing w:before="0" w:after="320" w:line="276" w:lineRule="auto"/>
        <w:ind w:left="0"/>
      </w:pPr>
      <w:r>
        <w:rPr>
          <w:rFonts w:ascii="Arial" w:hAnsi="Arial"/>
          <w:b w:val="0"/>
          <w:color w:val="000000"/>
          <w:sz w:val="21"/>
        </w:rPr>
        <w:t>54 км/сағ = 15 м/с. Пойыз 150 + 300 = 450 м жүруі керек; 450 : 15 = 30 с.</w:t>
      </w:r>
    </w:p>
    <w:p>
      <w:pPr>
        <w:pStyle w:val="Heading1"/>
        <w:pageBreakBefore/>
        <w:widowControl/>
        <w:spacing w:before="0" w:after="160" w:line="276" w:lineRule="auto"/>
        <w:ind w:left="0"/>
      </w:pPr>
      <w:r>
        <w:rPr>
          <w:rFonts w:ascii="Arial" w:hAnsi="Arial"/>
          <w:b/>
          <w:color w:val="000000"/>
          <w:sz w:val="42"/>
        </w:rPr>
        <w:t>Шешімдер</w:t>
      </w:r>
    </w:p>
    <w:p>
      <w:pPr>
        <w:widowControl/>
        <w:spacing w:before="0" w:after="420" w:line="276" w:lineRule="auto"/>
        <w:ind w:left="0"/>
      </w:pPr>
      <w:r>
        <w:rPr>
          <w:rFonts w:ascii="Arial" w:hAnsi="Arial"/>
          <w:b w:val="0"/>
          <w:color w:val="000000"/>
          <w:sz w:val="20"/>
        </w:rPr>
        <w:t>Тақырыптық жаттығулар · 61–70</w:t>
      </w:r>
    </w:p>
    <w:p>
      <w:pPr>
        <w:keepNext/>
        <w:widowControl/>
        <w:spacing w:before="0" w:after="80" w:line="276" w:lineRule="auto"/>
        <w:ind w:left="0"/>
      </w:pPr>
      <w:r>
        <w:rPr>
          <w:rFonts w:ascii="Arial" w:hAnsi="Arial"/>
          <w:b/>
          <w:color w:val="000000"/>
          <w:sz w:val="21"/>
        </w:rPr>
        <w:t>61.  Жауап A · 3 км</w:t>
      </w:r>
    </w:p>
    <w:p>
      <w:pPr>
        <w:widowControl/>
        <w:spacing w:before="0" w:after="320" w:line="276" w:lineRule="auto"/>
        <w:ind w:left="0"/>
      </w:pPr>
      <w:r>
        <w:rPr>
          <w:rFonts w:ascii="Arial" w:hAnsi="Arial"/>
          <w:b w:val="0"/>
          <w:color w:val="000000"/>
          <w:sz w:val="21"/>
        </w:rPr>
        <w:t>40 минут = 2/3 сағат. Жол: 4,5 · 2/3 = 3 км.</w:t>
      </w:r>
    </w:p>
    <w:p>
      <w:pPr>
        <w:keepNext/>
        <w:widowControl/>
        <w:spacing w:before="0" w:after="80" w:line="276" w:lineRule="auto"/>
        <w:ind w:left="0"/>
      </w:pPr>
      <w:r>
        <w:rPr>
          <w:rFonts w:ascii="Arial" w:hAnsi="Arial"/>
          <w:b/>
          <w:color w:val="000000"/>
          <w:sz w:val="21"/>
        </w:rPr>
        <w:t>62.  Жауап D · 480</w:t>
      </w:r>
    </w:p>
    <w:p>
      <w:pPr>
        <w:widowControl/>
        <w:spacing w:before="0" w:after="320" w:line="276" w:lineRule="auto"/>
        <w:ind w:left="0"/>
      </w:pPr>
      <w:r>
        <w:rPr>
          <w:rFonts w:ascii="Arial" w:hAnsi="Arial"/>
          <w:b w:val="0"/>
          <w:color w:val="000000"/>
          <w:sz w:val="21"/>
        </w:rPr>
        <w:t>Бір жұмысшы күніне 450 : (5 · 6) = 15 бөлшек жасайды. Жауап: 15 · 8 · 4 = 480.</w:t>
      </w:r>
    </w:p>
    <w:p>
      <w:pPr>
        <w:keepNext/>
        <w:widowControl/>
        <w:spacing w:before="0" w:after="80" w:line="276" w:lineRule="auto"/>
        <w:ind w:left="0"/>
      </w:pPr>
      <w:r>
        <w:rPr>
          <w:rFonts w:ascii="Arial" w:hAnsi="Arial"/>
          <w:b/>
          <w:color w:val="000000"/>
          <w:sz w:val="21"/>
        </w:rPr>
        <w:t>63.  Жауап C · 48 км/сағ</w:t>
      </w:r>
    </w:p>
    <w:p>
      <w:pPr>
        <w:widowControl/>
        <w:spacing w:before="0" w:after="320" w:line="276" w:lineRule="auto"/>
        <w:ind w:left="0"/>
      </w:pPr>
      <w:r>
        <w:rPr>
          <w:rFonts w:ascii="Arial" w:hAnsi="Arial"/>
          <w:b w:val="0"/>
          <w:color w:val="000000"/>
          <w:sz w:val="21"/>
        </w:rPr>
        <w:t>Әр бөліктің ұзындығы s болса: v = 2s/(s/40 + s/60) = 48. Жылдамдықтарды тікелей орташалауға болмайды: уақыттар әртүрлі.</w:t>
      </w:r>
    </w:p>
    <w:p>
      <w:pPr>
        <w:keepNext/>
        <w:widowControl/>
        <w:spacing w:before="0" w:after="80" w:line="276" w:lineRule="auto"/>
        <w:ind w:left="0"/>
      </w:pPr>
      <w:r>
        <w:rPr>
          <w:rFonts w:ascii="Arial" w:hAnsi="Arial"/>
          <w:b/>
          <w:color w:val="000000"/>
          <w:sz w:val="21"/>
        </w:rPr>
        <w:t>64.  Жауап B · 4</w:t>
      </w:r>
    </w:p>
    <w:p>
      <w:pPr>
        <w:widowControl/>
        <w:spacing w:before="0" w:after="320" w:line="276" w:lineRule="auto"/>
        <w:ind w:left="0"/>
      </w:pPr>
      <w:r>
        <w:rPr>
          <w:rFonts w:ascii="Arial" w:hAnsi="Arial"/>
          <w:b w:val="0"/>
          <w:color w:val="000000"/>
          <w:sz w:val="21"/>
        </w:rPr>
        <w:t>Жалпы өнімділік сағатына бактың 1/6 + 1/8 − 1/24 = 1/4 бөлігі, демек уақыт 4 сағ.</w:t>
      </w:r>
    </w:p>
    <w:p>
      <w:pPr>
        <w:keepNext/>
        <w:widowControl/>
        <w:spacing w:before="0" w:after="80" w:line="276" w:lineRule="auto"/>
        <w:ind w:left="0"/>
      </w:pPr>
      <w:r>
        <w:rPr>
          <w:rFonts w:ascii="Arial" w:hAnsi="Arial"/>
          <w:b/>
          <w:color w:val="000000"/>
          <w:sz w:val="21"/>
        </w:rPr>
        <w:t>65.  Жауап B · 11:30</w:t>
      </w:r>
    </w:p>
    <w:p>
      <w:pPr>
        <w:widowControl/>
        <w:spacing w:before="0" w:after="320" w:line="276" w:lineRule="auto"/>
        <w:ind w:left="0"/>
      </w:pPr>
      <w:r>
        <w:rPr>
          <w:rFonts w:ascii="Arial" w:hAnsi="Arial"/>
          <w:b w:val="0"/>
          <w:color w:val="000000"/>
          <w:sz w:val="21"/>
        </w:rPr>
        <w:t>Жарты сағатта біріншісі 6 км ұзайды. Салыстырмалы жылдамдық 6 км/сағ, қуып жетуге 10:30-дан бастап 1 сағат керек.</w:t>
      </w:r>
    </w:p>
    <w:p>
      <w:pPr>
        <w:keepNext/>
        <w:widowControl/>
        <w:spacing w:before="0" w:after="80" w:line="276" w:lineRule="auto"/>
        <w:ind w:left="0"/>
      </w:pPr>
      <w:r>
        <w:rPr>
          <w:rFonts w:ascii="Arial" w:hAnsi="Arial"/>
          <w:b/>
          <w:color w:val="000000"/>
          <w:sz w:val="21"/>
        </w:rPr>
        <w:t>66.  Жауап C · 126 см²</w:t>
      </w:r>
    </w:p>
    <w:p>
      <w:pPr>
        <w:widowControl/>
        <w:spacing w:before="0" w:after="320" w:line="276" w:lineRule="auto"/>
        <w:ind w:left="0"/>
      </w:pPr>
      <w:r>
        <w:rPr>
          <w:rFonts w:ascii="Arial" w:hAnsi="Arial"/>
          <w:b w:val="0"/>
          <w:color w:val="000000"/>
          <w:sz w:val="21"/>
        </w:rPr>
        <w:t>Іргелес қабырғаларының қосындысы 23 см. Екінші қабырға 23 − 9 = 14 см. Ауданы 9 · 14 = 126 см².</w:t>
      </w:r>
    </w:p>
    <w:p>
      <w:pPr>
        <w:keepNext/>
        <w:widowControl/>
        <w:spacing w:before="0" w:after="80" w:line="276" w:lineRule="auto"/>
        <w:ind w:left="0"/>
      </w:pPr>
      <w:r>
        <w:rPr>
          <w:rFonts w:ascii="Arial" w:hAnsi="Arial"/>
          <w:b/>
          <w:color w:val="000000"/>
          <w:sz w:val="21"/>
        </w:rPr>
        <w:t>67.  Жауап B · 36 см</w:t>
      </w:r>
    </w:p>
    <w:p>
      <w:pPr>
        <w:widowControl/>
        <w:spacing w:before="0" w:after="320" w:line="276" w:lineRule="auto"/>
        <w:ind w:left="0"/>
      </w:pPr>
      <w:r>
        <w:rPr>
          <w:rFonts w:ascii="Arial" w:hAnsi="Arial"/>
          <w:b w:val="0"/>
          <w:color w:val="000000"/>
          <w:sz w:val="21"/>
        </w:rPr>
        <w:t>9² = 81 болғандықтан, қабырғасы 9 см. Периметрі 4 · 9 = 36 см.</w:t>
      </w:r>
    </w:p>
    <w:p>
      <w:pPr>
        <w:keepNext/>
        <w:widowControl/>
        <w:spacing w:before="0" w:after="80" w:line="276" w:lineRule="auto"/>
        <w:ind w:left="0"/>
      </w:pPr>
      <w:r>
        <w:rPr>
          <w:rFonts w:ascii="Arial" w:hAnsi="Arial"/>
          <w:b/>
          <w:color w:val="000000"/>
          <w:sz w:val="21"/>
        </w:rPr>
        <w:t>68.  Жауап C · 60 см²</w:t>
      </w:r>
    </w:p>
    <w:p>
      <w:pPr>
        <w:widowControl/>
        <w:spacing w:before="0" w:after="320" w:line="276" w:lineRule="auto"/>
        <w:ind w:left="0"/>
      </w:pPr>
      <w:r>
        <w:rPr>
          <w:rFonts w:ascii="Arial" w:hAnsi="Arial"/>
          <w:b w:val="0"/>
          <w:color w:val="000000"/>
          <w:sz w:val="21"/>
        </w:rPr>
        <w:t>Ауданы 15 · 8 : 2 = 60 см².</w:t>
      </w:r>
    </w:p>
    <w:p>
      <w:pPr>
        <w:keepNext/>
        <w:widowControl/>
        <w:spacing w:before="0" w:after="80" w:line="276" w:lineRule="auto"/>
        <w:ind w:left="0"/>
      </w:pPr>
      <w:r>
        <w:rPr>
          <w:rFonts w:ascii="Arial" w:hAnsi="Arial"/>
          <w:b/>
          <w:color w:val="000000"/>
          <w:sz w:val="21"/>
        </w:rPr>
        <w:t>69.  Жауап C · 120 см³</w:t>
      </w:r>
    </w:p>
    <w:p>
      <w:pPr>
        <w:widowControl/>
        <w:spacing w:before="0" w:after="320" w:line="276" w:lineRule="auto"/>
        <w:ind w:left="0"/>
      </w:pPr>
      <w:r>
        <w:rPr>
          <w:rFonts w:ascii="Arial" w:hAnsi="Arial"/>
          <w:b w:val="0"/>
          <w:color w:val="000000"/>
          <w:sz w:val="21"/>
        </w:rPr>
        <w:t>Көлемі үш өлшемнің көбейтіндісіне тең: 8 · 5 · 3 = 120 см³.</w:t>
      </w:r>
    </w:p>
    <w:p>
      <w:pPr>
        <w:keepNext/>
        <w:widowControl/>
        <w:spacing w:before="0" w:after="80" w:line="276" w:lineRule="auto"/>
        <w:ind w:left="0"/>
      </w:pPr>
      <w:r>
        <w:rPr>
          <w:rFonts w:ascii="Arial" w:hAnsi="Arial"/>
          <w:b/>
          <w:color w:val="000000"/>
          <w:sz w:val="21"/>
        </w:rPr>
        <w:t>70.  Жауап A · 30 л</w:t>
      </w:r>
    </w:p>
    <w:p>
      <w:pPr>
        <w:widowControl/>
        <w:spacing w:before="0" w:after="320" w:line="276" w:lineRule="auto"/>
        <w:ind w:left="0"/>
      </w:pPr>
      <w:r>
        <w:rPr>
          <w:rFonts w:ascii="Arial" w:hAnsi="Arial"/>
          <w:b w:val="0"/>
          <w:color w:val="000000"/>
          <w:sz w:val="21"/>
        </w:rPr>
        <w:t>Көлемі 40 · 25 · 30 = 30 000 см³ = 30 л.</w:t>
      </w:r>
    </w:p>
    <w:p>
      <w:pPr>
        <w:pStyle w:val="Heading1"/>
        <w:pageBreakBefore/>
        <w:widowControl/>
        <w:spacing w:before="0" w:after="160" w:line="276" w:lineRule="auto"/>
        <w:ind w:left="0"/>
      </w:pPr>
      <w:r>
        <w:rPr>
          <w:rFonts w:ascii="Arial" w:hAnsi="Arial"/>
          <w:b/>
          <w:color w:val="000000"/>
          <w:sz w:val="42"/>
        </w:rPr>
        <w:t>Шешімдер</w:t>
      </w:r>
    </w:p>
    <w:p>
      <w:pPr>
        <w:widowControl/>
        <w:spacing w:before="0" w:after="420" w:line="276" w:lineRule="auto"/>
        <w:ind w:left="0"/>
      </w:pPr>
      <w:r>
        <w:rPr>
          <w:rFonts w:ascii="Arial" w:hAnsi="Arial"/>
          <w:b w:val="0"/>
          <w:color w:val="000000"/>
          <w:sz w:val="20"/>
        </w:rPr>
        <w:t>Тақырыптық жаттығулар · 71–80</w:t>
      </w:r>
    </w:p>
    <w:p>
      <w:pPr>
        <w:keepNext/>
        <w:widowControl/>
        <w:spacing w:before="0" w:after="80" w:line="276" w:lineRule="auto"/>
        <w:ind w:left="0"/>
      </w:pPr>
      <w:r>
        <w:rPr>
          <w:rFonts w:ascii="Arial" w:hAnsi="Arial"/>
          <w:b/>
          <w:color w:val="000000"/>
          <w:sz w:val="21"/>
        </w:rPr>
        <w:t>71.  Жауап A · 140°</w:t>
      </w:r>
    </w:p>
    <w:p>
      <w:pPr>
        <w:widowControl/>
        <w:spacing w:before="0" w:after="320" w:line="276" w:lineRule="auto"/>
        <w:ind w:left="0"/>
      </w:pPr>
      <w:r>
        <w:rPr>
          <w:rFonts w:ascii="Arial" w:hAnsi="Arial"/>
          <w:b w:val="0"/>
          <w:color w:val="000000"/>
          <w:sz w:val="21"/>
        </w:rPr>
        <w:t>Сыбайлас бұрыштар қосындысы 180°. 9 үлеске 180° сәйкес келеді, бір үлес 20°. Үлкен бұрыш 7 · 20 = 140°.</w:t>
      </w:r>
    </w:p>
    <w:p>
      <w:pPr>
        <w:keepNext/>
        <w:widowControl/>
        <w:spacing w:before="0" w:after="80" w:line="276" w:lineRule="auto"/>
        <w:ind w:left="0"/>
      </w:pPr>
      <w:r>
        <w:rPr>
          <w:rFonts w:ascii="Arial" w:hAnsi="Arial"/>
          <w:b/>
          <w:color w:val="000000"/>
          <w:sz w:val="21"/>
        </w:rPr>
        <w:t>72.  Жауап B · 65°</w:t>
      </w:r>
    </w:p>
    <w:p>
      <w:pPr>
        <w:widowControl/>
        <w:spacing w:before="0" w:after="320" w:line="276" w:lineRule="auto"/>
        <w:ind w:left="0"/>
      </w:pPr>
      <w:r>
        <w:rPr>
          <w:rFonts w:ascii="Arial" w:hAnsi="Arial"/>
          <w:b w:val="0"/>
          <w:color w:val="000000"/>
          <w:sz w:val="21"/>
        </w:rPr>
        <w:t>Бұрыштар қосындысы 180°. Үшінші бұрыш: 180 − 48 − 67 = 65°.</w:t>
      </w:r>
    </w:p>
    <w:p>
      <w:pPr>
        <w:keepNext/>
        <w:widowControl/>
        <w:spacing w:before="0" w:after="80" w:line="276" w:lineRule="auto"/>
        <w:ind w:left="0"/>
      </w:pPr>
      <w:r>
        <w:rPr>
          <w:rFonts w:ascii="Arial" w:hAnsi="Arial"/>
          <w:b/>
          <w:color w:val="000000"/>
          <w:sz w:val="21"/>
        </w:rPr>
        <w:t>73.  Жауап C · 31,4 см</w:t>
      </w:r>
    </w:p>
    <w:p>
      <w:pPr>
        <w:widowControl/>
        <w:spacing w:before="0" w:after="320" w:line="276" w:lineRule="auto"/>
        <w:ind w:left="0"/>
      </w:pPr>
      <w:r>
        <w:rPr>
          <w:rFonts w:ascii="Arial" w:hAnsi="Arial"/>
          <w:b w:val="0"/>
          <w:color w:val="000000"/>
          <w:sz w:val="21"/>
        </w:rPr>
        <w:t>Шеңбер ұзындығы 2πr = 2 · 3,14 · 5 = 31,4 см.</w:t>
      </w:r>
    </w:p>
    <w:p>
      <w:pPr>
        <w:keepNext/>
        <w:widowControl/>
        <w:spacing w:before="0" w:after="80" w:line="276" w:lineRule="auto"/>
        <w:ind w:left="0"/>
      </w:pPr>
      <w:r>
        <w:rPr>
          <w:rFonts w:ascii="Arial" w:hAnsi="Arial"/>
          <w:b/>
          <w:color w:val="000000"/>
          <w:sz w:val="21"/>
        </w:rPr>
        <w:t>74.  Жауап D · 44%</w:t>
      </w:r>
    </w:p>
    <w:p>
      <w:pPr>
        <w:widowControl/>
        <w:spacing w:before="0" w:after="320" w:line="276" w:lineRule="auto"/>
        <w:ind w:left="0"/>
      </w:pPr>
      <w:r>
        <w:rPr>
          <w:rFonts w:ascii="Arial" w:hAnsi="Arial"/>
          <w:b w:val="0"/>
          <w:color w:val="000000"/>
          <w:sz w:val="21"/>
        </w:rPr>
        <w:t>Жаңа аудан бұрынғы ауданның 1,2² = 1,44 есесіне тең. Өсім 44%.</w:t>
      </w:r>
    </w:p>
    <w:p>
      <w:pPr>
        <w:keepNext/>
        <w:widowControl/>
        <w:spacing w:before="0" w:after="80" w:line="276" w:lineRule="auto"/>
        <w:ind w:left="0"/>
      </w:pPr>
      <w:r>
        <w:rPr>
          <w:rFonts w:ascii="Arial" w:hAnsi="Arial"/>
          <w:b/>
          <w:color w:val="000000"/>
          <w:sz w:val="21"/>
        </w:rPr>
        <w:t>75.  Жауап B · 104 см²</w:t>
      </w:r>
    </w:p>
    <w:p>
      <w:pPr>
        <w:widowControl/>
        <w:spacing w:before="0" w:after="320" w:line="276" w:lineRule="auto"/>
        <w:ind w:left="0"/>
      </w:pPr>
      <w:r>
        <w:rPr>
          <w:rFonts w:ascii="Arial" w:hAnsi="Arial"/>
          <w:b w:val="0"/>
          <w:color w:val="000000"/>
          <w:sz w:val="21"/>
        </w:rPr>
        <w:t>120 см² ауданнан 16 см²-ді азайтамыз: 104 см² шығады.</w:t>
      </w:r>
    </w:p>
    <w:p>
      <w:pPr>
        <w:keepNext/>
        <w:widowControl/>
        <w:spacing w:before="0" w:after="80" w:line="276" w:lineRule="auto"/>
        <w:ind w:left="0"/>
      </w:pPr>
      <w:r>
        <w:rPr>
          <w:rFonts w:ascii="Arial" w:hAnsi="Arial"/>
          <w:b/>
          <w:color w:val="000000"/>
          <w:sz w:val="21"/>
        </w:rPr>
        <w:t>76.  Жауап A · 112 см²</w:t>
      </w:r>
    </w:p>
    <w:p>
      <w:pPr>
        <w:widowControl/>
        <w:spacing w:before="0" w:after="320" w:line="276" w:lineRule="auto"/>
        <w:ind w:left="0"/>
      </w:pPr>
      <w:r>
        <w:rPr>
          <w:rFonts w:ascii="Arial" w:hAnsi="Arial"/>
          <w:b w:val="0"/>
          <w:color w:val="000000"/>
          <w:sz w:val="21"/>
        </w:rPr>
        <w:t>Сыртқы тіктөртбұрыштың өлшемдері 18 × 14 см. Жолақ ауданы 252 − 140 = 112 см².</w:t>
      </w:r>
    </w:p>
    <w:p>
      <w:pPr>
        <w:keepNext/>
        <w:widowControl/>
        <w:spacing w:before="0" w:after="80" w:line="276" w:lineRule="auto"/>
        <w:ind w:left="0"/>
      </w:pPr>
      <w:r>
        <w:rPr>
          <w:rFonts w:ascii="Arial" w:hAnsi="Arial"/>
          <w:b/>
          <w:color w:val="000000"/>
          <w:sz w:val="21"/>
        </w:rPr>
        <w:t>77.  Жауап A · 6</w:t>
      </w:r>
    </w:p>
    <w:p>
      <w:pPr>
        <w:widowControl/>
        <w:spacing w:before="0" w:after="320" w:line="276" w:lineRule="auto"/>
        <w:ind w:left="0"/>
      </w:pPr>
      <w:r>
        <w:rPr>
          <w:rFonts w:ascii="Arial" w:hAnsi="Arial"/>
          <w:b w:val="0"/>
          <w:color w:val="000000"/>
          <w:sz w:val="21"/>
        </w:rPr>
        <w:t>Әр қыр бойында 3 текше бар. Дәл бір сыртқы жағы барлары — алты жақтың ортасындағы текшелер: 6 · (3 − 2)² = 6.</w:t>
      </w:r>
    </w:p>
    <w:p>
      <w:pPr>
        <w:keepNext/>
        <w:widowControl/>
        <w:spacing w:before="0" w:after="80" w:line="276" w:lineRule="auto"/>
        <w:ind w:left="0"/>
      </w:pPr>
      <w:r>
        <w:rPr>
          <w:rFonts w:ascii="Arial" w:hAnsi="Arial"/>
          <w:b/>
          <w:color w:val="000000"/>
          <w:sz w:val="21"/>
        </w:rPr>
        <w:t>78.  Жауап B · 28 см</w:t>
      </w:r>
    </w:p>
    <w:p>
      <w:pPr>
        <w:widowControl/>
        <w:spacing w:before="0" w:after="320" w:line="276" w:lineRule="auto"/>
        <w:ind w:left="0"/>
      </w:pPr>
      <w:r>
        <w:rPr>
          <w:rFonts w:ascii="Arial" w:hAnsi="Arial"/>
          <w:b w:val="0"/>
          <w:color w:val="000000"/>
          <w:sz w:val="21"/>
        </w:rPr>
        <w:t>Қабырғалар жұптары: 1 және 48; 2 және 24; 3 және 16; 4 және 12; 6 және 8. Ең кіші периметр 2(6 + 8) = 28.</w:t>
      </w:r>
    </w:p>
    <w:p>
      <w:pPr>
        <w:keepNext/>
        <w:widowControl/>
        <w:spacing w:before="0" w:after="80" w:line="276" w:lineRule="auto"/>
        <w:ind w:left="0"/>
      </w:pPr>
      <w:r>
        <w:rPr>
          <w:rFonts w:ascii="Arial" w:hAnsi="Arial"/>
          <w:b/>
          <w:color w:val="000000"/>
          <w:sz w:val="21"/>
        </w:rPr>
        <w:t>79.  Жауап C · 14</w:t>
      </w:r>
    </w:p>
    <w:p>
      <w:pPr>
        <w:widowControl/>
        <w:spacing w:before="0" w:after="320" w:line="276" w:lineRule="auto"/>
        <w:ind w:left="0"/>
      </w:pPr>
      <w:r>
        <w:rPr>
          <w:rFonts w:ascii="Arial" w:hAnsi="Arial"/>
          <w:b w:val="0"/>
          <w:color w:val="000000"/>
          <w:sz w:val="21"/>
        </w:rPr>
        <w:t>Төрт санның қосындысы 40. Белгілі сандар қосындысы 26, сондықтан x = 14.</w:t>
      </w:r>
    </w:p>
    <w:p>
      <w:pPr>
        <w:keepNext/>
        <w:widowControl/>
        <w:spacing w:before="0" w:after="80" w:line="276" w:lineRule="auto"/>
        <w:ind w:left="0"/>
      </w:pPr>
      <w:r>
        <w:rPr>
          <w:rFonts w:ascii="Arial" w:hAnsi="Arial"/>
          <w:b/>
          <w:color w:val="000000"/>
          <w:sz w:val="21"/>
        </w:rPr>
        <w:t>80.  Жауап C · 9</w:t>
      </w:r>
    </w:p>
    <w:p>
      <w:pPr>
        <w:widowControl/>
        <w:spacing w:before="0" w:after="320" w:line="276" w:lineRule="auto"/>
        <w:ind w:left="0"/>
      </w:pPr>
      <w:r>
        <w:rPr>
          <w:rFonts w:ascii="Arial" w:hAnsi="Arial"/>
          <w:b w:val="0"/>
          <w:color w:val="000000"/>
          <w:sz w:val="21"/>
        </w:rPr>
        <w:t>Реттейміз: 4, 7, 9, 12, 15. Ортадағы сан 9-ға тең.</w:t>
      </w:r>
    </w:p>
    <w:p>
      <w:pPr>
        <w:pStyle w:val="Heading1"/>
        <w:pageBreakBefore/>
        <w:widowControl/>
        <w:spacing w:before="0" w:after="160" w:line="276" w:lineRule="auto"/>
        <w:ind w:left="0"/>
      </w:pPr>
      <w:r>
        <w:rPr>
          <w:rFonts w:ascii="Arial" w:hAnsi="Arial"/>
          <w:b/>
          <w:color w:val="000000"/>
          <w:sz w:val="42"/>
        </w:rPr>
        <w:t>Шешімдер</w:t>
      </w:r>
    </w:p>
    <w:p>
      <w:pPr>
        <w:widowControl/>
        <w:spacing w:before="0" w:after="420" w:line="276" w:lineRule="auto"/>
        <w:ind w:left="0"/>
      </w:pPr>
      <w:r>
        <w:rPr>
          <w:rFonts w:ascii="Arial" w:hAnsi="Arial"/>
          <w:b w:val="0"/>
          <w:color w:val="000000"/>
          <w:sz w:val="20"/>
        </w:rPr>
        <w:t>Тақырыптық жаттығулар · 81–90</w:t>
      </w:r>
    </w:p>
    <w:p>
      <w:pPr>
        <w:keepNext/>
        <w:widowControl/>
        <w:spacing w:before="0" w:after="80" w:line="276" w:lineRule="auto"/>
        <w:ind w:left="0"/>
      </w:pPr>
      <w:r>
        <w:rPr>
          <w:rFonts w:ascii="Arial" w:hAnsi="Arial"/>
          <w:b/>
          <w:color w:val="000000"/>
          <w:sz w:val="21"/>
        </w:rPr>
        <w:t>81.  Жауап B · 66 2/3%</w:t>
      </w:r>
    </w:p>
    <w:p>
      <w:pPr>
        <w:widowControl/>
        <w:spacing w:before="0" w:after="320" w:line="276" w:lineRule="auto"/>
        <w:ind w:left="0"/>
      </w:pPr>
      <w:r>
        <w:rPr>
          <w:rFonts w:ascii="Arial" w:hAnsi="Arial"/>
          <w:b w:val="0"/>
          <w:color w:val="000000"/>
          <w:sz w:val="21"/>
        </w:rPr>
        <w:t>Өсім 12 билет. Дүйсенбімен салыстырғанда 12/18 = 2/3 = 66 2/3%.</w:t>
      </w:r>
    </w:p>
    <w:p>
      <w:pPr>
        <w:keepNext/>
        <w:widowControl/>
        <w:spacing w:before="0" w:after="80" w:line="276" w:lineRule="auto"/>
        <w:ind w:left="0"/>
      </w:pPr>
      <w:r>
        <w:rPr>
          <w:rFonts w:ascii="Arial" w:hAnsi="Arial"/>
          <w:b/>
          <w:color w:val="000000"/>
          <w:sz w:val="21"/>
        </w:rPr>
        <w:t>82.  Жауап B · 3</w:t>
      </w:r>
    </w:p>
    <w:p>
      <w:pPr>
        <w:widowControl/>
        <w:spacing w:before="0" w:after="320" w:line="276" w:lineRule="auto"/>
        <w:ind w:left="0"/>
      </w:pPr>
      <w:r>
        <w:rPr>
          <w:rFonts w:ascii="Arial" w:hAnsi="Arial"/>
          <w:b w:val="0"/>
          <w:color w:val="000000"/>
          <w:sz w:val="21"/>
        </w:rPr>
        <w:t>Кемінде бір үйірмеге 20 + 17 − 8 = 29 оқушы қатысады. Қатыспайтындар: 32 − 29 = 3.</w:t>
      </w:r>
    </w:p>
    <w:p>
      <w:pPr>
        <w:keepNext/>
        <w:widowControl/>
        <w:spacing w:before="0" w:after="80" w:line="276" w:lineRule="auto"/>
        <w:ind w:left="0"/>
      </w:pPr>
      <w:r>
        <w:rPr>
          <w:rFonts w:ascii="Arial" w:hAnsi="Arial"/>
          <w:b/>
          <w:color w:val="000000"/>
          <w:sz w:val="21"/>
        </w:rPr>
        <w:t>83.  Жауап C · 12</w:t>
      </w:r>
    </w:p>
    <w:p>
      <w:pPr>
        <w:widowControl/>
        <w:spacing w:before="0" w:after="320" w:line="276" w:lineRule="auto"/>
        <w:ind w:left="0"/>
      </w:pPr>
      <w:r>
        <w:rPr>
          <w:rFonts w:ascii="Arial" w:hAnsi="Arial"/>
          <w:b w:val="0"/>
          <w:color w:val="000000"/>
          <w:sz w:val="21"/>
        </w:rPr>
        <w:t>4 мұқабаның әрқайсысына 3 серіппе сәйкес келеді. Үйлесімдер саны 4 · 3 = 12.</w:t>
      </w:r>
    </w:p>
    <w:p>
      <w:pPr>
        <w:keepNext/>
        <w:widowControl/>
        <w:spacing w:before="0" w:after="80" w:line="276" w:lineRule="auto"/>
        <w:ind w:left="0"/>
      </w:pPr>
      <w:r>
        <w:rPr>
          <w:rFonts w:ascii="Arial" w:hAnsi="Arial"/>
          <w:b/>
          <w:color w:val="000000"/>
          <w:sz w:val="21"/>
        </w:rPr>
        <w:t>84.  Жауап A · 12</w:t>
      </w:r>
    </w:p>
    <w:p>
      <w:pPr>
        <w:widowControl/>
        <w:spacing w:before="0" w:after="320" w:line="276" w:lineRule="auto"/>
        <w:ind w:left="0"/>
      </w:pPr>
      <w:r>
        <w:rPr>
          <w:rFonts w:ascii="Arial" w:hAnsi="Arial"/>
          <w:b w:val="0"/>
          <w:color w:val="000000"/>
          <w:sz w:val="21"/>
        </w:rPr>
        <w:t>Ондық разрядқа 4 таңдау, бірлікке 3 таңдау қалады. Барлығы 4 · 3 = 12.</w:t>
      </w:r>
    </w:p>
    <w:p>
      <w:pPr>
        <w:keepNext/>
        <w:widowControl/>
        <w:spacing w:before="0" w:after="80" w:line="276" w:lineRule="auto"/>
        <w:ind w:left="0"/>
      </w:pPr>
      <w:r>
        <w:rPr>
          <w:rFonts w:ascii="Arial" w:hAnsi="Arial"/>
          <w:b/>
          <w:color w:val="000000"/>
          <w:sz w:val="21"/>
        </w:rPr>
        <w:t>85.  Жауап B · 3/10</w:t>
      </w:r>
    </w:p>
    <w:p>
      <w:pPr>
        <w:widowControl/>
        <w:spacing w:before="0" w:after="320" w:line="276" w:lineRule="auto"/>
        <w:ind w:left="0"/>
      </w:pPr>
      <w:r>
        <w:rPr>
          <w:rFonts w:ascii="Arial" w:hAnsi="Arial"/>
          <w:b w:val="0"/>
          <w:color w:val="000000"/>
          <w:sz w:val="21"/>
        </w:rPr>
        <w:t>Барлығы 10 шар, қолайлысы 3. Ықтималдық 3/10.</w:t>
      </w:r>
    </w:p>
    <w:p>
      <w:pPr>
        <w:keepNext/>
        <w:widowControl/>
        <w:spacing w:before="0" w:after="80" w:line="276" w:lineRule="auto"/>
        <w:ind w:left="0"/>
      </w:pPr>
      <w:r>
        <w:rPr>
          <w:rFonts w:ascii="Arial" w:hAnsi="Arial"/>
          <w:b/>
          <w:color w:val="000000"/>
          <w:sz w:val="21"/>
        </w:rPr>
        <w:t>86.  Жауап A · 5,2 кг</w:t>
      </w:r>
    </w:p>
    <w:p>
      <w:pPr>
        <w:widowControl/>
        <w:spacing w:before="0" w:after="320" w:line="276" w:lineRule="auto"/>
        <w:ind w:left="0"/>
      </w:pPr>
      <w:r>
        <w:rPr>
          <w:rFonts w:ascii="Arial" w:hAnsi="Arial"/>
          <w:b w:val="0"/>
          <w:color w:val="000000"/>
          <w:sz w:val="21"/>
        </w:rPr>
        <w:t>Жалпы масса 3 · 4 + 2 · 7 = 26 кг. Орташа масса 26 : 5 = 5,2 кг.</w:t>
      </w:r>
    </w:p>
    <w:p>
      <w:pPr>
        <w:keepNext/>
        <w:widowControl/>
        <w:spacing w:before="0" w:after="80" w:line="276" w:lineRule="auto"/>
        <w:ind w:left="0"/>
      </w:pPr>
      <w:r>
        <w:rPr>
          <w:rFonts w:ascii="Arial" w:hAnsi="Arial"/>
          <w:b/>
          <w:color w:val="000000"/>
          <w:sz w:val="21"/>
        </w:rPr>
        <w:t>87.  Жауап D · 1</w:t>
      </w:r>
    </w:p>
    <w:p>
      <w:pPr>
        <w:widowControl/>
        <w:spacing w:before="0" w:after="320" w:line="276" w:lineRule="auto"/>
        <w:ind w:left="0"/>
      </w:pPr>
      <w:r>
        <w:rPr>
          <w:rFonts w:ascii="Arial" w:hAnsi="Arial"/>
          <w:b w:val="0"/>
          <w:color w:val="000000"/>
          <w:sz w:val="21"/>
        </w:rPr>
        <w:t>Қосынды 5-ке артты, сандар саны 5 болып қалды. Орташа мән 5 : 5 = 1-ге артты.</w:t>
      </w:r>
    </w:p>
    <w:p>
      <w:pPr>
        <w:keepNext/>
        <w:widowControl/>
        <w:spacing w:before="0" w:after="80" w:line="276" w:lineRule="auto"/>
        <w:ind w:left="0"/>
      </w:pPr>
      <w:r>
        <w:rPr>
          <w:rFonts w:ascii="Arial" w:hAnsi="Arial"/>
          <w:b/>
          <w:color w:val="000000"/>
          <w:sz w:val="21"/>
        </w:rPr>
        <w:t>88.  Жауап D · 15</w:t>
      </w:r>
    </w:p>
    <w:p>
      <w:pPr>
        <w:widowControl/>
        <w:spacing w:before="0" w:after="320" w:line="276" w:lineRule="auto"/>
        <w:ind w:left="0"/>
      </w:pPr>
      <w:r>
        <w:rPr>
          <w:rFonts w:ascii="Arial" w:hAnsi="Arial"/>
          <w:b w:val="0"/>
          <w:color w:val="000000"/>
          <w:sz w:val="21"/>
        </w:rPr>
        <w:t>Әр қатысушының 5 қарсыласы бар: 6 · 5 = 30 қатысу. Әр ойын екі рет саналғандықтан, ойын саны 15.</w:t>
      </w:r>
    </w:p>
    <w:p>
      <w:pPr>
        <w:keepNext/>
        <w:widowControl/>
        <w:spacing w:before="0" w:after="80" w:line="276" w:lineRule="auto"/>
        <w:ind w:left="0"/>
      </w:pPr>
      <w:r>
        <w:rPr>
          <w:rFonts w:ascii="Arial" w:hAnsi="Arial"/>
          <w:b/>
          <w:color w:val="000000"/>
          <w:sz w:val="21"/>
        </w:rPr>
        <w:t>89.  Жауап C · 6</w:t>
      </w:r>
    </w:p>
    <w:p>
      <w:pPr>
        <w:widowControl/>
        <w:spacing w:before="0" w:after="320" w:line="276" w:lineRule="auto"/>
        <w:ind w:left="0"/>
      </w:pPr>
      <w:r>
        <w:rPr>
          <w:rFonts w:ascii="Arial" w:hAnsi="Arial"/>
          <w:b w:val="0"/>
          <w:color w:val="000000"/>
          <w:sz w:val="21"/>
        </w:rPr>
        <w:t>Кемінде бір үйірмеге 22 + 18 + 15 − 10 − 8 − 7 + 4 = 34 оқушы қатысады. Қатыспайтындар 40 − 34 = 6.</w:t>
      </w:r>
    </w:p>
    <w:p>
      <w:pPr>
        <w:keepNext/>
        <w:widowControl/>
        <w:spacing w:before="0" w:after="80" w:line="276" w:lineRule="auto"/>
        <w:ind w:left="0"/>
      </w:pPr>
      <w:r>
        <w:rPr>
          <w:rFonts w:ascii="Arial" w:hAnsi="Arial"/>
          <w:b/>
          <w:color w:val="000000"/>
          <w:sz w:val="21"/>
        </w:rPr>
        <w:t>90.  Жауап C · 30</w:t>
      </w:r>
    </w:p>
    <w:p>
      <w:pPr>
        <w:widowControl/>
        <w:spacing w:before="0" w:after="320" w:line="276" w:lineRule="auto"/>
        <w:ind w:left="0"/>
      </w:pPr>
      <w:r>
        <w:rPr>
          <w:rFonts w:ascii="Arial" w:hAnsi="Arial"/>
          <w:b w:val="0"/>
          <w:color w:val="000000"/>
          <w:sz w:val="21"/>
        </w:rPr>
        <w:t>Бастапқы қосынды 90, қалғандарының қосындысы 60. Алып тасталған сан 30-ға тең.</w:t>
      </w:r>
    </w:p>
    <w:p>
      <w:pPr>
        <w:pStyle w:val="Heading1"/>
        <w:pageBreakBefore/>
        <w:widowControl/>
        <w:spacing w:before="0" w:after="160" w:line="276" w:lineRule="auto"/>
        <w:ind w:left="0"/>
      </w:pPr>
      <w:r>
        <w:rPr>
          <w:rFonts w:ascii="Arial" w:hAnsi="Arial"/>
          <w:b/>
          <w:color w:val="000000"/>
          <w:sz w:val="42"/>
        </w:rPr>
        <w:t>Шешімдер</w:t>
      </w:r>
    </w:p>
    <w:p>
      <w:pPr>
        <w:widowControl/>
        <w:spacing w:before="0" w:after="420" w:line="276" w:lineRule="auto"/>
        <w:ind w:left="0"/>
      </w:pPr>
      <w:r>
        <w:rPr>
          <w:rFonts w:ascii="Arial" w:hAnsi="Arial"/>
          <w:b w:val="0"/>
          <w:color w:val="000000"/>
          <w:sz w:val="20"/>
        </w:rPr>
        <w:t>Тақырыптық жаттығулар · 91–100</w:t>
      </w:r>
    </w:p>
    <w:p>
      <w:pPr>
        <w:keepNext/>
        <w:widowControl/>
        <w:spacing w:before="0" w:after="80" w:line="276" w:lineRule="auto"/>
        <w:ind w:left="0"/>
      </w:pPr>
      <w:r>
        <w:rPr>
          <w:rFonts w:ascii="Arial" w:hAnsi="Arial"/>
          <w:b/>
          <w:color w:val="000000"/>
          <w:sz w:val="21"/>
        </w:rPr>
        <w:t>91.  Жауап B · 10</w:t>
      </w:r>
    </w:p>
    <w:p>
      <w:pPr>
        <w:widowControl/>
        <w:spacing w:before="0" w:after="320" w:line="276" w:lineRule="auto"/>
        <w:ind w:left="0"/>
      </w:pPr>
      <w:r>
        <w:rPr>
          <w:rFonts w:ascii="Arial" w:hAnsi="Arial"/>
          <w:b w:val="0"/>
          <w:color w:val="000000"/>
          <w:sz w:val="21"/>
        </w:rPr>
        <w:t>Соңғы цифр 0 болса: 3 · 2 = 6 нұсқа. Соңғысы 2 болса: бірінші цифр 3 не 5, екіншісі қалған екеудің бірі — 4 нұсқа. Барлығы 10.</w:t>
      </w:r>
    </w:p>
    <w:p>
      <w:pPr>
        <w:keepNext/>
        <w:widowControl/>
        <w:spacing w:before="0" w:after="80" w:line="276" w:lineRule="auto"/>
        <w:ind w:left="0"/>
      </w:pPr>
      <w:r>
        <w:rPr>
          <w:rFonts w:ascii="Arial" w:hAnsi="Arial"/>
          <w:b/>
          <w:color w:val="000000"/>
          <w:sz w:val="21"/>
        </w:rPr>
        <w:t>92.  Жауап A · 84 м</w:t>
      </w:r>
    </w:p>
    <w:p>
      <w:pPr>
        <w:widowControl/>
        <w:spacing w:before="0" w:after="320" w:line="276" w:lineRule="auto"/>
        <w:ind w:left="0"/>
      </w:pPr>
      <w:r>
        <w:rPr>
          <w:rFonts w:ascii="Arial" w:hAnsi="Arial"/>
          <w:b w:val="0"/>
          <w:color w:val="000000"/>
          <w:sz w:val="21"/>
        </w:rPr>
        <w:t>13 шамның арасында 12 аралық бар. Ұзындығы 12 · 7 = 84 м.</w:t>
      </w:r>
    </w:p>
    <w:p>
      <w:pPr>
        <w:keepNext/>
        <w:widowControl/>
        <w:spacing w:before="0" w:after="80" w:line="276" w:lineRule="auto"/>
        <w:ind w:left="0"/>
      </w:pPr>
      <w:r>
        <w:rPr>
          <w:rFonts w:ascii="Arial" w:hAnsi="Arial"/>
          <w:b/>
          <w:color w:val="000000"/>
          <w:sz w:val="21"/>
        </w:rPr>
        <w:t>93.  Жауап D · 15</w:t>
      </w:r>
    </w:p>
    <w:p>
      <w:pPr>
        <w:widowControl/>
        <w:spacing w:before="0" w:after="320" w:line="276" w:lineRule="auto"/>
        <w:ind w:left="0"/>
      </w:pPr>
      <w:r>
        <w:rPr>
          <w:rFonts w:ascii="Arial" w:hAnsi="Arial"/>
          <w:b w:val="0"/>
          <w:color w:val="000000"/>
          <w:sz w:val="21"/>
        </w:rPr>
        <w:t>Әр кесу бөліктер санын 1-ге арттырады. Бір бөліктен 16 бөлік алу үшін 15 рет кесу керек.</w:t>
      </w:r>
    </w:p>
    <w:p>
      <w:pPr>
        <w:keepNext/>
        <w:widowControl/>
        <w:spacing w:before="0" w:after="80" w:line="276" w:lineRule="auto"/>
        <w:ind w:left="0"/>
      </w:pPr>
      <w:r>
        <w:rPr>
          <w:rFonts w:ascii="Arial" w:hAnsi="Arial"/>
          <w:b/>
          <w:color w:val="000000"/>
          <w:sz w:val="21"/>
        </w:rPr>
        <w:t>94.  Жауап A · 36</w:t>
      </w:r>
    </w:p>
    <w:p>
      <w:pPr>
        <w:widowControl/>
        <w:spacing w:before="0" w:after="320" w:line="276" w:lineRule="auto"/>
        <w:ind w:left="0"/>
      </w:pPr>
      <w:r>
        <w:rPr>
          <w:rFonts w:ascii="Arial" w:hAnsi="Arial"/>
          <w:b w:val="0"/>
          <w:color w:val="000000"/>
          <w:sz w:val="21"/>
        </w:rPr>
        <w:t>Тимурда x болса, Айданада 2x. 2x − 9 = x + 9 теңдеуінен x = 18. Айданада 36 марка болған.</w:t>
      </w:r>
    </w:p>
    <w:p>
      <w:pPr>
        <w:keepNext/>
        <w:widowControl/>
        <w:spacing w:before="0" w:after="80" w:line="276" w:lineRule="auto"/>
        <w:ind w:left="0"/>
      </w:pPr>
      <w:r>
        <w:rPr>
          <w:rFonts w:ascii="Arial" w:hAnsi="Arial"/>
          <w:b/>
          <w:color w:val="000000"/>
          <w:sz w:val="21"/>
        </w:rPr>
        <w:t>95.  Жауап C · 33</w:t>
      </w:r>
    </w:p>
    <w:p>
      <w:pPr>
        <w:widowControl/>
        <w:spacing w:before="0" w:after="320" w:line="276" w:lineRule="auto"/>
        <w:ind w:left="0"/>
      </w:pPr>
      <w:r>
        <w:rPr>
          <w:rFonts w:ascii="Arial" w:hAnsi="Arial"/>
          <w:b w:val="0"/>
          <w:color w:val="000000"/>
          <w:sz w:val="21"/>
        </w:rPr>
        <w:t>Тізбек мүшелері: 3, 5, 9, 17, 33.</w:t>
      </w:r>
    </w:p>
    <w:p>
      <w:pPr>
        <w:keepNext/>
        <w:widowControl/>
        <w:spacing w:before="0" w:after="80" w:line="276" w:lineRule="auto"/>
        <w:ind w:left="0"/>
      </w:pPr>
      <w:r>
        <w:rPr>
          <w:rFonts w:ascii="Arial" w:hAnsi="Arial"/>
          <w:b/>
          <w:color w:val="000000"/>
          <w:sz w:val="21"/>
        </w:rPr>
        <w:t>96.  Жауап C · 11</w:t>
      </w:r>
    </w:p>
    <w:p>
      <w:pPr>
        <w:widowControl/>
        <w:spacing w:before="0" w:after="320" w:line="276" w:lineRule="auto"/>
        <w:ind w:left="0"/>
      </w:pPr>
      <w:r>
        <w:rPr>
          <w:rFonts w:ascii="Arial" w:hAnsi="Arial"/>
          <w:b w:val="0"/>
          <w:color w:val="000000"/>
          <w:sz w:val="21"/>
        </w:rPr>
        <w:t>Ең қолайсыз жағдайда алдымен 9 көк фломастердің бәрі шығады. Тағы 2 фломастер екі қызылға кепіл береді: барлығы 11.</w:t>
      </w:r>
    </w:p>
    <w:p>
      <w:pPr>
        <w:keepNext/>
        <w:widowControl/>
        <w:spacing w:before="0" w:after="80" w:line="276" w:lineRule="auto"/>
        <w:ind w:left="0"/>
      </w:pPr>
      <w:r>
        <w:rPr>
          <w:rFonts w:ascii="Arial" w:hAnsi="Arial"/>
          <w:b/>
          <w:color w:val="000000"/>
          <w:sz w:val="21"/>
        </w:rPr>
        <w:t>97.  Жауап C · 4</w:t>
      </w:r>
    </w:p>
    <w:p>
      <w:pPr>
        <w:widowControl/>
        <w:spacing w:before="0" w:after="320" w:line="276" w:lineRule="auto"/>
        <w:ind w:left="0"/>
      </w:pPr>
      <w:r>
        <w:rPr>
          <w:rFonts w:ascii="Arial" w:hAnsi="Arial"/>
          <w:b w:val="0"/>
          <w:color w:val="000000"/>
          <w:sz w:val="21"/>
        </w:rPr>
        <w:t>38 + t = 3(10 + t). Бұдан 8 = 2t, t = 4.</w:t>
      </w:r>
    </w:p>
    <w:p>
      <w:pPr>
        <w:keepNext/>
        <w:widowControl/>
        <w:spacing w:before="0" w:after="80" w:line="276" w:lineRule="auto"/>
        <w:ind w:left="0"/>
      </w:pPr>
      <w:r>
        <w:rPr>
          <w:rFonts w:ascii="Arial" w:hAnsi="Arial"/>
          <w:b/>
          <w:color w:val="000000"/>
          <w:sz w:val="21"/>
        </w:rPr>
        <w:t>98.  Жауап C · 4</w:t>
      </w:r>
    </w:p>
    <w:p>
      <w:pPr>
        <w:widowControl/>
        <w:spacing w:before="0" w:after="320" w:line="276" w:lineRule="auto"/>
        <w:ind w:left="0"/>
      </w:pPr>
      <w:r>
        <w:rPr>
          <w:rFonts w:ascii="Arial" w:hAnsi="Arial"/>
          <w:b w:val="0"/>
          <w:color w:val="000000"/>
          <w:sz w:val="21"/>
        </w:rPr>
        <w:t>Бәрі екі дөңгелекті болса, дөңгелектер саны 20 болар еді. Артық 4 дөңгелек 4 үш дөңгелекті самокатқа сәйкес келеді.</w:t>
      </w:r>
    </w:p>
    <w:p>
      <w:pPr>
        <w:keepNext/>
        <w:widowControl/>
        <w:spacing w:before="0" w:after="80" w:line="276" w:lineRule="auto"/>
        <w:ind w:left="0"/>
      </w:pPr>
      <w:r>
        <w:rPr>
          <w:rFonts w:ascii="Arial" w:hAnsi="Arial"/>
          <w:b/>
          <w:color w:val="000000"/>
          <w:sz w:val="21"/>
        </w:rPr>
        <w:t>99.  Жауап C · 6</w:t>
      </w:r>
    </w:p>
    <w:p>
      <w:pPr>
        <w:widowControl/>
        <w:spacing w:before="0" w:after="320" w:line="276" w:lineRule="auto"/>
        <w:ind w:left="0"/>
      </w:pPr>
      <w:r>
        <w:rPr>
          <w:rFonts w:ascii="Arial" w:hAnsi="Arial"/>
          <w:b w:val="0"/>
          <w:color w:val="000000"/>
          <w:sz w:val="21"/>
        </w:rPr>
        <w:t>Бірінші орынға 3 таңдау, екіншісіне 2, үшіншісіне 1 таңдау бар. Барлығы 3 · 2 · 1 = 6.</w:t>
      </w:r>
    </w:p>
    <w:p>
      <w:pPr>
        <w:keepNext/>
        <w:widowControl/>
        <w:spacing w:before="0" w:after="80" w:line="276" w:lineRule="auto"/>
        <w:ind w:left="0"/>
      </w:pPr>
      <w:r>
        <w:rPr>
          <w:rFonts w:ascii="Arial" w:hAnsi="Arial"/>
          <w:b/>
          <w:color w:val="000000"/>
          <w:sz w:val="21"/>
        </w:rPr>
        <w:t>100.  Жауап B · А</w:t>
      </w:r>
    </w:p>
    <w:p>
      <w:pPr>
        <w:widowControl/>
        <w:spacing w:before="0" w:after="320" w:line="276" w:lineRule="auto"/>
        <w:ind w:left="0"/>
      </w:pPr>
      <w:r>
        <w:rPr>
          <w:rFonts w:ascii="Arial" w:hAnsi="Arial"/>
          <w:b w:val="0"/>
          <w:color w:val="000000"/>
          <w:sz w:val="21"/>
        </w:rPr>
        <w:t>Реті бірмәнді: В, содан кейін А, одан кейін Б. Екінші орын — А-да.</w:t>
      </w:r>
    </w:p>
    <w:p>
      <w:pPr>
        <w:pStyle w:val="Heading1"/>
        <w:pageBreakBefore/>
        <w:widowControl/>
        <w:spacing w:before="0" w:after="160" w:line="276" w:lineRule="auto"/>
        <w:ind w:left="0"/>
      </w:pPr>
      <w:r>
        <w:rPr>
          <w:rFonts w:ascii="Arial" w:hAnsi="Arial"/>
          <w:b/>
          <w:color w:val="000000"/>
          <w:sz w:val="42"/>
        </w:rPr>
        <w:t>Шешімдер</w:t>
      </w:r>
    </w:p>
    <w:p>
      <w:pPr>
        <w:widowControl/>
        <w:spacing w:before="0" w:after="420" w:line="276" w:lineRule="auto"/>
        <w:ind w:left="0"/>
      </w:pPr>
      <w:r>
        <w:rPr>
          <w:rFonts w:ascii="Arial" w:hAnsi="Arial"/>
          <w:b w:val="0"/>
          <w:color w:val="000000"/>
          <w:sz w:val="20"/>
        </w:rPr>
        <w:t>Тақырыптық жаттығулар · 101–110</w:t>
      </w:r>
    </w:p>
    <w:p>
      <w:pPr>
        <w:keepNext/>
        <w:widowControl/>
        <w:spacing w:before="0" w:after="80" w:line="276" w:lineRule="auto"/>
        <w:ind w:left="0"/>
      </w:pPr>
      <w:r>
        <w:rPr>
          <w:rFonts w:ascii="Arial" w:hAnsi="Arial"/>
          <w:b/>
          <w:color w:val="000000"/>
          <w:sz w:val="21"/>
        </w:rPr>
        <w:t>101.  Жауап C · 54</w:t>
      </w:r>
    </w:p>
    <w:p>
      <w:pPr>
        <w:widowControl/>
        <w:spacing w:before="0" w:after="320" w:line="276" w:lineRule="auto"/>
        <w:ind w:left="0"/>
      </w:pPr>
      <w:r>
        <w:rPr>
          <w:rFonts w:ascii="Arial" w:hAnsi="Arial"/>
          <w:b w:val="0"/>
          <w:color w:val="000000"/>
          <w:sz w:val="21"/>
        </w:rPr>
        <w:t>Бірінші әкетуден кейін қордың 2/3 бөлігі, екіншісінен кейін бастапқы қордың 1/3 бөлігі қалды. Бұл 18 болса, бастапқыда 54 қорап болған.</w:t>
      </w:r>
    </w:p>
    <w:p>
      <w:pPr>
        <w:keepNext/>
        <w:widowControl/>
        <w:spacing w:before="0" w:after="80" w:line="276" w:lineRule="auto"/>
        <w:ind w:left="0"/>
      </w:pPr>
      <w:r>
        <w:rPr>
          <w:rFonts w:ascii="Arial" w:hAnsi="Arial"/>
          <w:b/>
          <w:color w:val="000000"/>
          <w:sz w:val="21"/>
        </w:rPr>
        <w:t>102.  Жауап D · 10</w:t>
      </w:r>
    </w:p>
    <w:p>
      <w:pPr>
        <w:widowControl/>
        <w:spacing w:before="0" w:after="320" w:line="276" w:lineRule="auto"/>
        <w:ind w:left="0"/>
      </w:pPr>
      <w:r>
        <w:rPr>
          <w:rFonts w:ascii="Arial" w:hAnsi="Arial"/>
          <w:b w:val="0"/>
          <w:color w:val="000000"/>
          <w:sz w:val="21"/>
        </w:rPr>
        <w:t>Оңға үш қадам, жоғары екі қадам керек. Бес орыннан жоғары қадамдардың екі орнын таңдаймыз: 5 · 4 : 2 = 10.</w:t>
      </w:r>
    </w:p>
    <w:p>
      <w:pPr>
        <w:keepNext/>
        <w:widowControl/>
        <w:spacing w:before="0" w:after="80" w:line="276" w:lineRule="auto"/>
        <w:ind w:left="0"/>
      </w:pPr>
      <w:r>
        <w:rPr>
          <w:rFonts w:ascii="Arial" w:hAnsi="Arial"/>
          <w:b/>
          <w:color w:val="000000"/>
          <w:sz w:val="21"/>
        </w:rPr>
        <w:t>103.  Жауап A · 3</w:t>
      </w:r>
    </w:p>
    <w:p>
      <w:pPr>
        <w:widowControl/>
        <w:spacing w:before="0" w:after="320" w:line="276" w:lineRule="auto"/>
        <w:ind w:left="0"/>
      </w:pPr>
      <w:r>
        <w:rPr>
          <w:rFonts w:ascii="Arial" w:hAnsi="Arial"/>
          <w:b w:val="0"/>
          <w:color w:val="000000"/>
          <w:sz w:val="21"/>
        </w:rPr>
        <w:t>Ең кішісі 4 болса, ең аз қосынды 4 + 5 + 6 + 7 = 22. Ең кішісі 3 болса, 3, 4, 5, 8 сандары сәйкес келеді. Жауап 3.</w:t>
      </w:r>
    </w:p>
    <w:p>
      <w:pPr>
        <w:keepNext/>
        <w:widowControl/>
        <w:spacing w:before="0" w:after="80" w:line="276" w:lineRule="auto"/>
        <w:ind w:left="0"/>
      </w:pPr>
      <w:r>
        <w:rPr>
          <w:rFonts w:ascii="Arial" w:hAnsi="Arial"/>
          <w:b/>
          <w:color w:val="000000"/>
          <w:sz w:val="21"/>
        </w:rPr>
        <w:t>104.  Жауап C · 2</w:t>
      </w:r>
    </w:p>
    <w:p>
      <w:pPr>
        <w:widowControl/>
        <w:spacing w:before="0" w:after="320" w:line="276" w:lineRule="auto"/>
        <w:ind w:left="0"/>
      </w:pPr>
      <w:r>
        <w:rPr>
          <w:rFonts w:ascii="Arial" w:hAnsi="Arial"/>
          <w:b w:val="0"/>
          <w:color w:val="000000"/>
          <w:sz w:val="21"/>
        </w:rPr>
        <w:t>Үш тиынды басқа үш тиынмен салыстырыңыз. Тең болса, жеңілі үшінші үштікте; тең болмаса, жеңіл жақта. Сол үштіктің екі тиынын салыстырыңыз: тең болса, үшіншісі жеңіл. Бір өлшеудің тек үш нәтижесі бар, сондықтан ол 9 тиынды ажыратуға жетпейді.</w:t>
      </w:r>
    </w:p>
    <w:p>
      <w:pPr>
        <w:keepNext/>
        <w:widowControl/>
        <w:spacing w:before="0" w:after="80" w:line="276" w:lineRule="auto"/>
        <w:ind w:left="0"/>
      </w:pPr>
      <w:r>
        <w:rPr>
          <w:rFonts w:ascii="Arial" w:hAnsi="Arial"/>
          <w:b/>
          <w:color w:val="000000"/>
          <w:sz w:val="21"/>
        </w:rPr>
        <w:t>105.  Жауап C</w:t>
      </w:r>
    </w:p>
    <w:p>
      <w:pPr>
        <w:widowControl/>
        <w:spacing w:before="0" w:after="320" w:line="276" w:lineRule="auto"/>
        <w:ind w:left="0"/>
      </w:pPr>
      <w:r>
        <w:rPr>
          <w:rFonts w:ascii="Arial" w:hAnsi="Arial"/>
          <w:b w:val="0"/>
          <w:color w:val="000000"/>
          <w:sz w:val="21"/>
        </w:rPr>
        <w:t>Екі көбейтінді де 1200-ге тең.</w:t>
      </w:r>
    </w:p>
    <w:p>
      <w:pPr>
        <w:keepNext/>
        <w:widowControl/>
        <w:spacing w:before="0" w:after="80" w:line="276" w:lineRule="auto"/>
        <w:ind w:left="0"/>
      </w:pPr>
      <w:r>
        <w:rPr>
          <w:rFonts w:ascii="Arial" w:hAnsi="Arial"/>
          <w:b/>
          <w:color w:val="000000"/>
          <w:sz w:val="21"/>
        </w:rPr>
        <w:t>106.  Жауап B</w:t>
      </w:r>
    </w:p>
    <w:p>
      <w:pPr>
        <w:widowControl/>
        <w:spacing w:before="0" w:after="320" w:line="276" w:lineRule="auto"/>
        <w:ind w:left="0"/>
      </w:pPr>
      <w:r>
        <w:rPr>
          <w:rFonts w:ascii="Arial" w:hAnsi="Arial"/>
          <w:b w:val="0"/>
          <w:color w:val="000000"/>
          <w:sz w:val="21"/>
        </w:rPr>
        <w:t>Сол жақта 0,478, оң жақта 0,480. B бағаны үлкен.</w:t>
      </w:r>
    </w:p>
    <w:p>
      <w:pPr>
        <w:keepNext/>
        <w:widowControl/>
        <w:spacing w:before="0" w:after="80" w:line="276" w:lineRule="auto"/>
        <w:ind w:left="0"/>
      </w:pPr>
      <w:r>
        <w:rPr>
          <w:rFonts w:ascii="Arial" w:hAnsi="Arial"/>
          <w:b/>
          <w:color w:val="000000"/>
          <w:sz w:val="21"/>
        </w:rPr>
        <w:t>107.  Жауап B</w:t>
      </w:r>
    </w:p>
    <w:p>
      <w:pPr>
        <w:widowControl/>
        <w:spacing w:before="0" w:after="320" w:line="276" w:lineRule="auto"/>
        <w:ind w:left="0"/>
      </w:pPr>
      <w:r>
        <w:rPr>
          <w:rFonts w:ascii="Arial" w:hAnsi="Arial"/>
          <w:b w:val="0"/>
          <w:color w:val="000000"/>
          <w:sz w:val="21"/>
        </w:rPr>
        <w:t>7 · 6 = 42, 5 · 9 = 45. Бөлімдер оң болғандықтан, бірінші бөлшек кіші.</w:t>
      </w:r>
    </w:p>
    <w:p>
      <w:pPr>
        <w:keepNext/>
        <w:widowControl/>
        <w:spacing w:before="0" w:after="80" w:line="276" w:lineRule="auto"/>
        <w:ind w:left="0"/>
      </w:pPr>
      <w:r>
        <w:rPr>
          <w:rFonts w:ascii="Arial" w:hAnsi="Arial"/>
          <w:b/>
          <w:color w:val="000000"/>
          <w:sz w:val="21"/>
        </w:rPr>
        <w:t>108.  Жауап B</w:t>
      </w:r>
    </w:p>
    <w:p>
      <w:pPr>
        <w:widowControl/>
        <w:spacing w:before="0" w:after="320" w:line="276" w:lineRule="auto"/>
        <w:ind w:left="0"/>
      </w:pPr>
      <w:r>
        <w:rPr>
          <w:rFonts w:ascii="Arial" w:hAnsi="Arial"/>
          <w:b w:val="0"/>
          <w:color w:val="000000"/>
          <w:sz w:val="21"/>
        </w:rPr>
        <w:t>99 · 101 = (100 − 1)(100 + 1) = 9999 &lt; 10000.</w:t>
      </w:r>
    </w:p>
    <w:p>
      <w:pPr>
        <w:keepNext/>
        <w:widowControl/>
        <w:spacing w:before="0" w:after="80" w:line="276" w:lineRule="auto"/>
        <w:ind w:left="0"/>
      </w:pPr>
      <w:r>
        <w:rPr>
          <w:rFonts w:ascii="Arial" w:hAnsi="Arial"/>
          <w:b/>
          <w:color w:val="000000"/>
          <w:sz w:val="21"/>
        </w:rPr>
        <w:t>109.  Жауап C</w:t>
      </w:r>
    </w:p>
    <w:p>
      <w:pPr>
        <w:widowControl/>
        <w:spacing w:before="0" w:after="320" w:line="276" w:lineRule="auto"/>
        <w:ind w:left="0"/>
      </w:pPr>
      <w:r>
        <w:rPr>
          <w:rFonts w:ascii="Arial" w:hAnsi="Arial"/>
          <w:b w:val="0"/>
          <w:color w:val="000000"/>
          <w:sz w:val="21"/>
        </w:rPr>
        <w:t>Бірінші қатынастың екі мүшесі де екінші қатынастың сәйкес мүшелерінен 10 есе кіші; бөлінділер 30-ға тең.</w:t>
      </w:r>
    </w:p>
    <w:p>
      <w:pPr>
        <w:keepNext/>
        <w:widowControl/>
        <w:spacing w:before="0" w:after="80" w:line="276" w:lineRule="auto"/>
        <w:ind w:left="0"/>
      </w:pPr>
      <w:r>
        <w:rPr>
          <w:rFonts w:ascii="Arial" w:hAnsi="Arial"/>
          <w:b/>
          <w:color w:val="000000"/>
          <w:sz w:val="21"/>
        </w:rPr>
        <w:t>110.  Жауап C</w:t>
      </w:r>
    </w:p>
    <w:p>
      <w:pPr>
        <w:widowControl/>
        <w:spacing w:before="0" w:after="320" w:line="276" w:lineRule="auto"/>
        <w:ind w:left="0"/>
      </w:pPr>
      <w:r>
        <w:rPr>
          <w:rFonts w:ascii="Arial" w:hAnsi="Arial"/>
          <w:b w:val="0"/>
          <w:color w:val="000000"/>
          <w:sz w:val="21"/>
        </w:rPr>
        <w:t>Сол жақта 8 + 3 = 11, оң жақта |−11| = 11.</w:t>
      </w:r>
    </w:p>
    <w:p>
      <w:pPr>
        <w:pStyle w:val="Heading1"/>
        <w:pageBreakBefore/>
        <w:widowControl/>
        <w:spacing w:before="0" w:after="160" w:line="276" w:lineRule="auto"/>
        <w:ind w:left="0"/>
      </w:pPr>
      <w:r>
        <w:rPr>
          <w:rFonts w:ascii="Arial" w:hAnsi="Arial"/>
          <w:b/>
          <w:color w:val="000000"/>
          <w:sz w:val="42"/>
        </w:rPr>
        <w:t>Шешімдер</w:t>
      </w:r>
    </w:p>
    <w:p>
      <w:pPr>
        <w:widowControl/>
        <w:spacing w:before="0" w:after="420" w:line="276" w:lineRule="auto"/>
        <w:ind w:left="0"/>
      </w:pPr>
      <w:r>
        <w:rPr>
          <w:rFonts w:ascii="Arial" w:hAnsi="Arial"/>
          <w:b w:val="0"/>
          <w:color w:val="000000"/>
          <w:sz w:val="20"/>
        </w:rPr>
        <w:t>Тақырыптық жаттығулар · 111–120</w:t>
      </w:r>
    </w:p>
    <w:p>
      <w:pPr>
        <w:keepNext/>
        <w:widowControl/>
        <w:spacing w:before="0" w:after="80" w:line="276" w:lineRule="auto"/>
        <w:ind w:left="0"/>
      </w:pPr>
      <w:r>
        <w:rPr>
          <w:rFonts w:ascii="Arial" w:hAnsi="Arial"/>
          <w:b/>
          <w:color w:val="000000"/>
          <w:sz w:val="21"/>
        </w:rPr>
        <w:t>111.  Жауап C</w:t>
      </w:r>
    </w:p>
    <w:p>
      <w:pPr>
        <w:widowControl/>
        <w:spacing w:before="0" w:after="320" w:line="276" w:lineRule="auto"/>
        <w:ind w:left="0"/>
      </w:pPr>
      <w:r>
        <w:rPr>
          <w:rFonts w:ascii="Arial" w:hAnsi="Arial"/>
          <w:b w:val="0"/>
          <w:color w:val="000000"/>
          <w:sz w:val="21"/>
        </w:rPr>
        <w:t>Қысқартқаннан кейін көбейтінді 1/2-ге тең.</w:t>
      </w:r>
    </w:p>
    <w:p>
      <w:pPr>
        <w:keepNext/>
        <w:widowControl/>
        <w:spacing w:before="0" w:after="80" w:line="276" w:lineRule="auto"/>
        <w:ind w:left="0"/>
      </w:pPr>
      <w:r>
        <w:rPr>
          <w:rFonts w:ascii="Arial" w:hAnsi="Arial"/>
          <w:b/>
          <w:color w:val="000000"/>
          <w:sz w:val="21"/>
        </w:rPr>
        <w:t>112.  Жауап A</w:t>
      </w:r>
    </w:p>
    <w:p>
      <w:pPr>
        <w:widowControl/>
        <w:spacing w:before="0" w:after="320" w:line="276" w:lineRule="auto"/>
        <w:ind w:left="0"/>
      </w:pPr>
      <w:r>
        <w:rPr>
          <w:rFonts w:ascii="Arial" w:hAnsi="Arial"/>
          <w:b w:val="0"/>
          <w:color w:val="000000"/>
          <w:sz w:val="21"/>
        </w:rPr>
        <w:t>1 : 0,4 = 2,5 &gt; 2,4.</w:t>
      </w:r>
    </w:p>
    <w:p>
      <w:pPr>
        <w:keepNext/>
        <w:widowControl/>
        <w:spacing w:before="0" w:after="80" w:line="276" w:lineRule="auto"/>
        <w:ind w:left="0"/>
      </w:pPr>
      <w:r>
        <w:rPr>
          <w:rFonts w:ascii="Arial" w:hAnsi="Arial"/>
          <w:b/>
          <w:color w:val="000000"/>
          <w:sz w:val="21"/>
        </w:rPr>
        <w:t>113.  Жауап A</w:t>
      </w:r>
    </w:p>
    <w:p>
      <w:pPr>
        <w:widowControl/>
        <w:spacing w:before="0" w:after="320" w:line="276" w:lineRule="auto"/>
        <w:ind w:left="0"/>
      </w:pPr>
      <w:r>
        <w:rPr>
          <w:rFonts w:ascii="Arial" w:hAnsi="Arial"/>
          <w:b w:val="0"/>
          <w:color w:val="000000"/>
          <w:sz w:val="21"/>
        </w:rPr>
        <w:t>Квадраттар айырмасы (17 − 16)(17 + 16) = 33.</w:t>
      </w:r>
    </w:p>
    <w:p>
      <w:pPr>
        <w:keepNext/>
        <w:widowControl/>
        <w:spacing w:before="0" w:after="80" w:line="276" w:lineRule="auto"/>
        <w:ind w:left="0"/>
      </w:pPr>
      <w:r>
        <w:rPr>
          <w:rFonts w:ascii="Arial" w:hAnsi="Arial"/>
          <w:b/>
          <w:color w:val="000000"/>
          <w:sz w:val="21"/>
        </w:rPr>
        <w:t>114.  Жауап A</w:t>
      </w:r>
    </w:p>
    <w:p>
      <w:pPr>
        <w:widowControl/>
        <w:spacing w:before="0" w:after="320" w:line="276" w:lineRule="auto"/>
        <w:ind w:left="0"/>
      </w:pPr>
      <w:r>
        <w:rPr>
          <w:rFonts w:ascii="Arial" w:hAnsi="Arial"/>
          <w:b w:val="0"/>
          <w:color w:val="000000"/>
          <w:sz w:val="21"/>
        </w:rPr>
        <w:t>Сол жақта 9/12 = 0,75, оң жақта 0,7.</w:t>
      </w:r>
    </w:p>
    <w:p>
      <w:pPr>
        <w:keepNext/>
        <w:widowControl/>
        <w:spacing w:before="0" w:after="80" w:line="276" w:lineRule="auto"/>
        <w:ind w:left="0"/>
      </w:pPr>
      <w:r>
        <w:rPr>
          <w:rFonts w:ascii="Arial" w:hAnsi="Arial"/>
          <w:b/>
          <w:color w:val="000000"/>
          <w:sz w:val="21"/>
        </w:rPr>
        <w:t>115.  Жауап A</w:t>
      </w:r>
    </w:p>
    <w:p>
      <w:pPr>
        <w:widowControl/>
        <w:spacing w:before="0" w:after="320" w:line="276" w:lineRule="auto"/>
        <w:ind w:left="0"/>
      </w:pPr>
      <w:r>
        <w:rPr>
          <w:rFonts w:ascii="Arial" w:hAnsi="Arial"/>
          <w:b w:val="0"/>
          <w:color w:val="000000"/>
          <w:sz w:val="21"/>
        </w:rPr>
        <w:t>x &gt; 7 шартынан x + 2 &gt; 9 шығады.</w:t>
      </w:r>
    </w:p>
    <w:p>
      <w:pPr>
        <w:keepNext/>
        <w:widowControl/>
        <w:spacing w:before="0" w:after="80" w:line="276" w:lineRule="auto"/>
        <w:ind w:left="0"/>
      </w:pPr>
      <w:r>
        <w:rPr>
          <w:rFonts w:ascii="Arial" w:hAnsi="Arial"/>
          <w:b/>
          <w:color w:val="000000"/>
          <w:sz w:val="21"/>
        </w:rPr>
        <w:t>116.  Жауап D</w:t>
      </w:r>
    </w:p>
    <w:p>
      <w:pPr>
        <w:widowControl/>
        <w:spacing w:before="0" w:after="320" w:line="276" w:lineRule="auto"/>
        <w:ind w:left="0"/>
      </w:pPr>
      <w:r>
        <w:rPr>
          <w:rFonts w:ascii="Arial" w:hAnsi="Arial"/>
          <w:b w:val="0"/>
          <w:color w:val="000000"/>
          <w:sz w:val="21"/>
        </w:rPr>
        <w:t>x = 4 болса, A үлкен; x = 2 болса, B үлкен. Екі мән де рұқсат етілген.</w:t>
      </w:r>
    </w:p>
    <w:p>
      <w:pPr>
        <w:keepNext/>
        <w:widowControl/>
        <w:spacing w:before="0" w:after="80" w:line="276" w:lineRule="auto"/>
        <w:ind w:left="0"/>
      </w:pPr>
      <w:r>
        <w:rPr>
          <w:rFonts w:ascii="Arial" w:hAnsi="Arial"/>
          <w:b/>
          <w:color w:val="000000"/>
          <w:sz w:val="21"/>
        </w:rPr>
        <w:t>117.  Жауап D</w:t>
      </w:r>
    </w:p>
    <w:p>
      <w:pPr>
        <w:widowControl/>
        <w:spacing w:before="0" w:after="320" w:line="276" w:lineRule="auto"/>
        <w:ind w:left="0"/>
      </w:pPr>
      <w:r>
        <w:rPr>
          <w:rFonts w:ascii="Arial" w:hAnsi="Arial"/>
          <w:b w:val="0"/>
          <w:color w:val="000000"/>
          <w:sz w:val="21"/>
        </w:rPr>
        <w:t>x = 0 болса, мәндер тең; x = 1 болса, A үлкен. A, B немесе C жауаптарының біреуін бірмәнді таңдау мүмкін емес.</w:t>
      </w:r>
    </w:p>
    <w:p>
      <w:pPr>
        <w:keepNext/>
        <w:widowControl/>
        <w:spacing w:before="0" w:after="80" w:line="276" w:lineRule="auto"/>
        <w:ind w:left="0"/>
      </w:pPr>
      <w:r>
        <w:rPr>
          <w:rFonts w:ascii="Arial" w:hAnsi="Arial"/>
          <w:b/>
          <w:color w:val="000000"/>
          <w:sz w:val="21"/>
        </w:rPr>
        <w:t>118.  Жауап A</w:t>
      </w:r>
    </w:p>
    <w:p>
      <w:pPr>
        <w:widowControl/>
        <w:spacing w:before="0" w:after="320" w:line="276" w:lineRule="auto"/>
        <w:ind w:left="0"/>
      </w:pPr>
      <w:r>
        <w:rPr>
          <w:rFonts w:ascii="Arial" w:hAnsi="Arial"/>
          <w:b w:val="0"/>
          <w:color w:val="000000"/>
          <w:sz w:val="21"/>
        </w:rPr>
        <w:t>Оң x санын 1-ден кіші санға көбейткенде ол кішірейеді: x² &lt; x.</w:t>
      </w:r>
    </w:p>
    <w:p>
      <w:pPr>
        <w:keepNext/>
        <w:widowControl/>
        <w:spacing w:before="0" w:after="80" w:line="276" w:lineRule="auto"/>
        <w:ind w:left="0"/>
      </w:pPr>
      <w:r>
        <w:rPr>
          <w:rFonts w:ascii="Arial" w:hAnsi="Arial"/>
          <w:b/>
          <w:color w:val="000000"/>
          <w:sz w:val="21"/>
        </w:rPr>
        <w:t>119.  Жауап A</w:t>
      </w:r>
    </w:p>
    <w:p>
      <w:pPr>
        <w:widowControl/>
        <w:spacing w:before="0" w:after="320" w:line="276" w:lineRule="auto"/>
        <w:ind w:left="0"/>
      </w:pPr>
      <w:r>
        <w:rPr>
          <w:rFonts w:ascii="Arial" w:hAnsi="Arial"/>
          <w:b w:val="0"/>
          <w:color w:val="000000"/>
          <w:sz w:val="21"/>
        </w:rPr>
        <w:t>−x оң, ал x теріс.</w:t>
      </w:r>
    </w:p>
    <w:p>
      <w:pPr>
        <w:keepNext/>
        <w:widowControl/>
        <w:spacing w:before="0" w:after="80" w:line="276" w:lineRule="auto"/>
        <w:ind w:left="0"/>
      </w:pPr>
      <w:r>
        <w:rPr>
          <w:rFonts w:ascii="Arial" w:hAnsi="Arial"/>
          <w:b/>
          <w:color w:val="000000"/>
          <w:sz w:val="21"/>
        </w:rPr>
        <w:t>120.  Жауап D</w:t>
      </w:r>
    </w:p>
    <w:p>
      <w:pPr>
        <w:widowControl/>
        <w:spacing w:before="0" w:after="320" w:line="276" w:lineRule="auto"/>
        <w:ind w:left="0"/>
      </w:pPr>
      <w:r>
        <w:rPr>
          <w:rFonts w:ascii="Arial" w:hAnsi="Arial"/>
          <w:b w:val="0"/>
          <w:color w:val="000000"/>
          <w:sz w:val="21"/>
        </w:rPr>
        <w:t>Мысалы, x = 8, y = 6 болса, A; ал x = 6, y = 8 болса, B шығады.</w:t>
      </w:r>
    </w:p>
    <w:p>
      <w:pPr>
        <w:pStyle w:val="Heading1"/>
        <w:pageBreakBefore/>
        <w:widowControl/>
        <w:spacing w:before="0" w:after="160" w:line="276" w:lineRule="auto"/>
        <w:ind w:left="0"/>
      </w:pPr>
      <w:r>
        <w:rPr>
          <w:rFonts w:ascii="Arial" w:hAnsi="Arial"/>
          <w:b/>
          <w:color w:val="000000"/>
          <w:sz w:val="42"/>
        </w:rPr>
        <w:t>Шешімдер</w:t>
      </w:r>
    </w:p>
    <w:p>
      <w:pPr>
        <w:widowControl/>
        <w:spacing w:before="0" w:after="420" w:line="276" w:lineRule="auto"/>
        <w:ind w:left="0"/>
      </w:pPr>
      <w:r>
        <w:rPr>
          <w:rFonts w:ascii="Arial" w:hAnsi="Arial"/>
          <w:b w:val="0"/>
          <w:color w:val="000000"/>
          <w:sz w:val="20"/>
        </w:rPr>
        <w:t>Тақырыптық жаттығулар · 121–130</w:t>
      </w:r>
    </w:p>
    <w:p>
      <w:pPr>
        <w:keepNext/>
        <w:widowControl/>
        <w:spacing w:before="0" w:after="80" w:line="276" w:lineRule="auto"/>
        <w:ind w:left="0"/>
      </w:pPr>
      <w:r>
        <w:rPr>
          <w:rFonts w:ascii="Arial" w:hAnsi="Arial"/>
          <w:b/>
          <w:color w:val="000000"/>
          <w:sz w:val="21"/>
        </w:rPr>
        <w:t>121.  Жауап B</w:t>
      </w:r>
    </w:p>
    <w:p>
      <w:pPr>
        <w:widowControl/>
        <w:spacing w:before="0" w:after="320" w:line="276" w:lineRule="auto"/>
        <w:ind w:left="0"/>
      </w:pPr>
      <w:r>
        <w:rPr>
          <w:rFonts w:ascii="Arial" w:hAnsi="Arial"/>
          <w:b w:val="0"/>
          <w:color w:val="000000"/>
          <w:sz w:val="21"/>
        </w:rPr>
        <w:t>Оң сандар үшін бөлім неғұрлым үлкен болса, кері шама соғұрлым кіші.</w:t>
      </w:r>
    </w:p>
    <w:p>
      <w:pPr>
        <w:keepNext/>
        <w:widowControl/>
        <w:spacing w:before="0" w:after="80" w:line="276" w:lineRule="auto"/>
        <w:ind w:left="0"/>
      </w:pPr>
      <w:r>
        <w:rPr>
          <w:rFonts w:ascii="Arial" w:hAnsi="Arial"/>
          <w:b/>
          <w:color w:val="000000"/>
          <w:sz w:val="21"/>
        </w:rPr>
        <w:t>122.  Жауап C</w:t>
      </w:r>
    </w:p>
    <w:p>
      <w:pPr>
        <w:widowControl/>
        <w:spacing w:before="0" w:after="320" w:line="276" w:lineRule="auto"/>
        <w:ind w:left="0"/>
      </w:pPr>
      <w:r>
        <w:rPr>
          <w:rFonts w:ascii="Arial" w:hAnsi="Arial"/>
          <w:b w:val="0"/>
          <w:color w:val="000000"/>
          <w:sz w:val="21"/>
        </w:rPr>
        <w:t>Жалғыз бүтін x мәні — 3. Оның квадраты 9-ға тең.</w:t>
      </w:r>
    </w:p>
    <w:p>
      <w:pPr>
        <w:keepNext/>
        <w:widowControl/>
        <w:spacing w:before="0" w:after="80" w:line="276" w:lineRule="auto"/>
        <w:ind w:left="0"/>
      </w:pPr>
      <w:r>
        <w:rPr>
          <w:rFonts w:ascii="Arial" w:hAnsi="Arial"/>
          <w:b/>
          <w:color w:val="000000"/>
          <w:sz w:val="21"/>
        </w:rPr>
        <w:t>123.  Жауап B</w:t>
      </w:r>
    </w:p>
    <w:p>
      <w:pPr>
        <w:widowControl/>
        <w:spacing w:before="0" w:after="320" w:line="276" w:lineRule="auto"/>
        <w:ind w:left="0"/>
      </w:pPr>
      <w:r>
        <w:rPr>
          <w:rFonts w:ascii="Arial" w:hAnsi="Arial"/>
          <w:b w:val="0"/>
          <w:color w:val="000000"/>
          <w:sz w:val="21"/>
        </w:rPr>
        <w:t>Бірдей санды азайтқанда қатаң теңсіздіктің бағыты сақталады.</w:t>
      </w:r>
    </w:p>
    <w:p>
      <w:pPr>
        <w:keepNext/>
        <w:widowControl/>
        <w:spacing w:before="0" w:after="80" w:line="276" w:lineRule="auto"/>
        <w:ind w:left="0"/>
      </w:pPr>
      <w:r>
        <w:rPr>
          <w:rFonts w:ascii="Arial" w:hAnsi="Arial"/>
          <w:b/>
          <w:color w:val="000000"/>
          <w:sz w:val="21"/>
        </w:rPr>
        <w:t>124.  Жауап C</w:t>
      </w:r>
    </w:p>
    <w:p>
      <w:pPr>
        <w:widowControl/>
        <w:spacing w:before="0" w:after="320" w:line="276" w:lineRule="auto"/>
        <w:ind w:left="0"/>
      </w:pPr>
      <w:r>
        <w:rPr>
          <w:rFonts w:ascii="Arial" w:hAnsi="Arial"/>
          <w:b w:val="0"/>
          <w:color w:val="000000"/>
          <w:sz w:val="21"/>
        </w:rPr>
        <w:t>Нөлден өзге кез келген санды өзіне бөлгенде 1 шығады.</w:t>
      </w:r>
    </w:p>
    <w:p>
      <w:pPr>
        <w:keepNext/>
        <w:widowControl/>
        <w:spacing w:before="0" w:after="80" w:line="276" w:lineRule="auto"/>
        <w:ind w:left="0"/>
      </w:pPr>
      <w:r>
        <w:rPr>
          <w:rFonts w:ascii="Arial" w:hAnsi="Arial"/>
          <w:b/>
          <w:color w:val="000000"/>
          <w:sz w:val="21"/>
        </w:rPr>
        <w:t>125.  Жауап A</w:t>
      </w:r>
    </w:p>
    <w:p>
      <w:pPr>
        <w:widowControl/>
        <w:spacing w:before="0" w:after="320" w:line="276" w:lineRule="auto"/>
        <w:ind w:left="0"/>
      </w:pPr>
      <w:r>
        <w:rPr>
          <w:rFonts w:ascii="Arial" w:hAnsi="Arial"/>
          <w:b w:val="0"/>
          <w:color w:val="000000"/>
          <w:sz w:val="21"/>
        </w:rPr>
        <w:t>Сол жақта 40, оң жақта 36.</w:t>
      </w:r>
    </w:p>
    <w:p>
      <w:pPr>
        <w:keepNext/>
        <w:widowControl/>
        <w:spacing w:before="0" w:after="80" w:line="276" w:lineRule="auto"/>
        <w:ind w:left="0"/>
      </w:pPr>
      <w:r>
        <w:rPr>
          <w:rFonts w:ascii="Arial" w:hAnsi="Arial"/>
          <w:b/>
          <w:color w:val="000000"/>
          <w:sz w:val="21"/>
        </w:rPr>
        <w:t>126.  Жауап C</w:t>
      </w:r>
    </w:p>
    <w:p>
      <w:pPr>
        <w:widowControl/>
        <w:spacing w:before="0" w:after="320" w:line="276" w:lineRule="auto"/>
        <w:ind w:left="0"/>
      </w:pPr>
      <w:r>
        <w:rPr>
          <w:rFonts w:ascii="Arial" w:hAnsi="Arial"/>
          <w:b w:val="0"/>
          <w:color w:val="000000"/>
          <w:sz w:val="21"/>
        </w:rPr>
        <w:t>Екі мән де 36-ға тең.</w:t>
      </w:r>
    </w:p>
    <w:p>
      <w:pPr>
        <w:keepNext/>
        <w:widowControl/>
        <w:spacing w:before="0" w:after="80" w:line="276" w:lineRule="auto"/>
        <w:ind w:left="0"/>
      </w:pPr>
      <w:r>
        <w:rPr>
          <w:rFonts w:ascii="Arial" w:hAnsi="Arial"/>
          <w:b/>
          <w:color w:val="000000"/>
          <w:sz w:val="21"/>
        </w:rPr>
        <w:t>127.  Жауап B</w:t>
      </w:r>
    </w:p>
    <w:p>
      <w:pPr>
        <w:widowControl/>
        <w:spacing w:before="0" w:after="320" w:line="276" w:lineRule="auto"/>
        <w:ind w:left="0"/>
      </w:pPr>
      <w:r>
        <w:rPr>
          <w:rFonts w:ascii="Arial" w:hAnsi="Arial"/>
          <w:b w:val="0"/>
          <w:color w:val="000000"/>
          <w:sz w:val="21"/>
        </w:rPr>
        <w:t>Өзгерген сан 1,2 · 0,8a = 0,96a &lt; a.</w:t>
      </w:r>
    </w:p>
    <w:p>
      <w:pPr>
        <w:keepNext/>
        <w:widowControl/>
        <w:spacing w:before="0" w:after="80" w:line="276" w:lineRule="auto"/>
        <w:ind w:left="0"/>
      </w:pPr>
      <w:r>
        <w:rPr>
          <w:rFonts w:ascii="Arial" w:hAnsi="Arial"/>
          <w:b/>
          <w:color w:val="000000"/>
          <w:sz w:val="21"/>
        </w:rPr>
        <w:t>128.  Жауап C</w:t>
      </w:r>
    </w:p>
    <w:p>
      <w:pPr>
        <w:widowControl/>
        <w:spacing w:before="0" w:after="320" w:line="276" w:lineRule="auto"/>
        <w:ind w:left="0"/>
      </w:pPr>
      <w:r>
        <w:rPr>
          <w:rFonts w:ascii="Arial" w:hAnsi="Arial"/>
          <w:b w:val="0"/>
          <w:color w:val="000000"/>
          <w:sz w:val="21"/>
        </w:rPr>
        <w:t>a = 3t, b = 5t дейік. Екі шама да 15t-ге тең.</w:t>
      </w:r>
    </w:p>
    <w:p>
      <w:pPr>
        <w:keepNext/>
        <w:widowControl/>
        <w:spacing w:before="0" w:after="80" w:line="276" w:lineRule="auto"/>
        <w:ind w:left="0"/>
      </w:pPr>
      <w:r>
        <w:rPr>
          <w:rFonts w:ascii="Arial" w:hAnsi="Arial"/>
          <w:b/>
          <w:color w:val="000000"/>
          <w:sz w:val="21"/>
        </w:rPr>
        <w:t>129.  Жауап D</w:t>
      </w:r>
    </w:p>
    <w:p>
      <w:pPr>
        <w:widowControl/>
        <w:spacing w:before="0" w:after="320" w:line="276" w:lineRule="auto"/>
        <w:ind w:left="0"/>
      </w:pPr>
      <w:r>
        <w:rPr>
          <w:rFonts w:ascii="Arial" w:hAnsi="Arial"/>
          <w:b w:val="0"/>
          <w:color w:val="000000"/>
          <w:sz w:val="21"/>
        </w:rPr>
        <w:t>Бағалар 100 және 100 болса, B үлкен; 1000 және 100 болса, A үлкен.</w:t>
      </w:r>
    </w:p>
    <w:p>
      <w:pPr>
        <w:keepNext/>
        <w:widowControl/>
        <w:spacing w:before="0" w:after="80" w:line="276" w:lineRule="auto"/>
        <w:ind w:left="0"/>
      </w:pPr>
      <w:r>
        <w:rPr>
          <w:rFonts w:ascii="Arial" w:hAnsi="Arial"/>
          <w:b/>
          <w:color w:val="000000"/>
          <w:sz w:val="21"/>
        </w:rPr>
        <w:t>130.  Жауап C</w:t>
      </w:r>
    </w:p>
    <w:p>
      <w:pPr>
        <w:widowControl/>
        <w:spacing w:before="0" w:after="320" w:line="276" w:lineRule="auto"/>
        <w:ind w:left="0"/>
      </w:pPr>
      <w:r>
        <w:rPr>
          <w:rFonts w:ascii="Arial" w:hAnsi="Arial"/>
          <w:b w:val="0"/>
          <w:color w:val="000000"/>
          <w:sz w:val="21"/>
        </w:rPr>
        <w:t>Екі шама да 27-ге тең.</w:t>
      </w:r>
    </w:p>
    <w:p>
      <w:pPr>
        <w:pStyle w:val="Heading1"/>
        <w:pageBreakBefore/>
        <w:widowControl/>
        <w:spacing w:before="0" w:after="160" w:line="276" w:lineRule="auto"/>
        <w:ind w:left="0"/>
      </w:pPr>
      <w:r>
        <w:rPr>
          <w:rFonts w:ascii="Arial" w:hAnsi="Arial"/>
          <w:b/>
          <w:color w:val="000000"/>
          <w:sz w:val="42"/>
        </w:rPr>
        <w:t>Шешімдер</w:t>
      </w:r>
    </w:p>
    <w:p>
      <w:pPr>
        <w:widowControl/>
        <w:spacing w:before="0" w:after="420" w:line="276" w:lineRule="auto"/>
        <w:ind w:left="0"/>
      </w:pPr>
      <w:r>
        <w:rPr>
          <w:rFonts w:ascii="Arial" w:hAnsi="Arial"/>
          <w:b w:val="0"/>
          <w:color w:val="000000"/>
          <w:sz w:val="20"/>
        </w:rPr>
        <w:t>Тақырыптық жаттығулар · 131–140</w:t>
      </w:r>
    </w:p>
    <w:p>
      <w:pPr>
        <w:keepNext/>
        <w:widowControl/>
        <w:spacing w:before="0" w:after="80" w:line="276" w:lineRule="auto"/>
        <w:ind w:left="0"/>
      </w:pPr>
      <w:r>
        <w:rPr>
          <w:rFonts w:ascii="Arial" w:hAnsi="Arial"/>
          <w:b/>
          <w:color w:val="000000"/>
          <w:sz w:val="21"/>
        </w:rPr>
        <w:t>131.  Жауап B</w:t>
      </w:r>
    </w:p>
    <w:p>
      <w:pPr>
        <w:widowControl/>
        <w:spacing w:before="0" w:after="320" w:line="276" w:lineRule="auto"/>
        <w:ind w:left="0"/>
      </w:pPr>
      <w:r>
        <w:rPr>
          <w:rFonts w:ascii="Arial" w:hAnsi="Arial"/>
          <w:b w:val="0"/>
          <w:color w:val="000000"/>
          <w:sz w:val="21"/>
        </w:rPr>
        <w:t>Бірінші сан 18 : 0,3 = 60, екіншісі 14 : 0,2 = 70.</w:t>
      </w:r>
    </w:p>
    <w:p>
      <w:pPr>
        <w:keepNext/>
        <w:widowControl/>
        <w:spacing w:before="0" w:after="80" w:line="276" w:lineRule="auto"/>
        <w:ind w:left="0"/>
      </w:pPr>
      <w:r>
        <w:rPr>
          <w:rFonts w:ascii="Arial" w:hAnsi="Arial"/>
          <w:b/>
          <w:color w:val="000000"/>
          <w:sz w:val="21"/>
        </w:rPr>
        <w:t>132.  Жауап A</w:t>
      </w:r>
    </w:p>
    <w:p>
      <w:pPr>
        <w:widowControl/>
        <w:spacing w:before="0" w:after="320" w:line="276" w:lineRule="auto"/>
        <w:ind w:left="0"/>
      </w:pPr>
      <w:r>
        <w:rPr>
          <w:rFonts w:ascii="Arial" w:hAnsi="Arial"/>
          <w:b w:val="0"/>
          <w:color w:val="000000"/>
          <w:sz w:val="21"/>
        </w:rPr>
        <w:t>Бірінші өсім 20/80 = 25%, екіншісі 20/100 = 20%.</w:t>
      </w:r>
    </w:p>
    <w:p>
      <w:pPr>
        <w:keepNext/>
        <w:widowControl/>
        <w:spacing w:before="0" w:after="80" w:line="276" w:lineRule="auto"/>
        <w:ind w:left="0"/>
      </w:pPr>
      <w:r>
        <w:rPr>
          <w:rFonts w:ascii="Arial" w:hAnsi="Arial"/>
          <w:b/>
          <w:color w:val="000000"/>
          <w:sz w:val="21"/>
        </w:rPr>
        <w:t>133.  Жауап A</w:t>
      </w:r>
    </w:p>
    <w:p>
      <w:pPr>
        <w:widowControl/>
        <w:spacing w:before="0" w:after="320" w:line="276" w:lineRule="auto"/>
        <w:ind w:left="0"/>
      </w:pPr>
      <w:r>
        <w:rPr>
          <w:rFonts w:ascii="Arial" w:hAnsi="Arial"/>
          <w:b w:val="0"/>
          <w:color w:val="000000"/>
          <w:sz w:val="21"/>
        </w:rPr>
        <w:t>a &gt; b теңсіздігін оң 0,3 санына көбейтеміз. Бағыты сақталады.</w:t>
      </w:r>
    </w:p>
    <w:p>
      <w:pPr>
        <w:keepNext/>
        <w:widowControl/>
        <w:spacing w:before="0" w:after="80" w:line="276" w:lineRule="auto"/>
        <w:ind w:left="0"/>
      </w:pPr>
      <w:r>
        <w:rPr>
          <w:rFonts w:ascii="Arial" w:hAnsi="Arial"/>
          <w:b/>
          <w:color w:val="000000"/>
          <w:sz w:val="21"/>
        </w:rPr>
        <w:t>134.  Жауап A</w:t>
      </w:r>
    </w:p>
    <w:p>
      <w:pPr>
        <w:widowControl/>
        <w:spacing w:before="0" w:after="320" w:line="276" w:lineRule="auto"/>
        <w:ind w:left="0"/>
      </w:pPr>
      <w:r>
        <w:rPr>
          <w:rFonts w:ascii="Arial" w:hAnsi="Arial"/>
          <w:b w:val="0"/>
          <w:color w:val="000000"/>
          <w:sz w:val="21"/>
        </w:rPr>
        <w:t>1/3 = 0,333… &gt; 0,33.</w:t>
      </w:r>
    </w:p>
    <w:p>
      <w:pPr>
        <w:keepNext/>
        <w:widowControl/>
        <w:spacing w:before="0" w:after="80" w:line="276" w:lineRule="auto"/>
        <w:ind w:left="0"/>
      </w:pPr>
      <w:r>
        <w:rPr>
          <w:rFonts w:ascii="Arial" w:hAnsi="Arial"/>
          <w:b/>
          <w:color w:val="000000"/>
          <w:sz w:val="21"/>
        </w:rPr>
        <w:t>135.  Жауап C</w:t>
      </w:r>
    </w:p>
    <w:p>
      <w:pPr>
        <w:widowControl/>
        <w:spacing w:before="0" w:after="320" w:line="276" w:lineRule="auto"/>
        <w:ind w:left="0"/>
      </w:pPr>
      <w:r>
        <w:rPr>
          <w:rFonts w:ascii="Arial" w:hAnsi="Arial"/>
          <w:b w:val="0"/>
          <w:color w:val="000000"/>
          <w:sz w:val="21"/>
        </w:rPr>
        <w:t>1,75 · 60 = 105 минут.</w:t>
      </w:r>
    </w:p>
    <w:p>
      <w:pPr>
        <w:keepNext/>
        <w:widowControl/>
        <w:spacing w:before="0" w:after="80" w:line="276" w:lineRule="auto"/>
        <w:ind w:left="0"/>
      </w:pPr>
      <w:r>
        <w:rPr>
          <w:rFonts w:ascii="Arial" w:hAnsi="Arial"/>
          <w:b/>
          <w:color w:val="000000"/>
          <w:sz w:val="21"/>
        </w:rPr>
        <w:t>136.  Жауап C</w:t>
      </w:r>
    </w:p>
    <w:p>
      <w:pPr>
        <w:widowControl/>
        <w:spacing w:before="0" w:after="320" w:line="276" w:lineRule="auto"/>
        <w:ind w:left="0"/>
      </w:pPr>
      <w:r>
        <w:rPr>
          <w:rFonts w:ascii="Arial" w:hAnsi="Arial"/>
          <w:b w:val="0"/>
          <w:color w:val="000000"/>
          <w:sz w:val="21"/>
        </w:rPr>
        <w:t>1 м² = 10 000 см², сондықтан 2,3 м² = 23 000 см².</w:t>
      </w:r>
    </w:p>
    <w:p>
      <w:pPr>
        <w:keepNext/>
        <w:widowControl/>
        <w:spacing w:before="0" w:after="80" w:line="276" w:lineRule="auto"/>
        <w:ind w:left="0"/>
      </w:pPr>
      <w:r>
        <w:rPr>
          <w:rFonts w:ascii="Arial" w:hAnsi="Arial"/>
          <w:b/>
          <w:color w:val="000000"/>
          <w:sz w:val="21"/>
        </w:rPr>
        <w:t>137.  Жауап A</w:t>
      </w:r>
    </w:p>
    <w:p>
      <w:pPr>
        <w:widowControl/>
        <w:spacing w:before="0" w:after="320" w:line="276" w:lineRule="auto"/>
        <w:ind w:left="0"/>
      </w:pPr>
      <w:r>
        <w:rPr>
          <w:rFonts w:ascii="Arial" w:hAnsi="Arial"/>
          <w:b w:val="0"/>
          <w:color w:val="000000"/>
          <w:sz w:val="21"/>
        </w:rPr>
        <w:t>3,5 л = 3500 см³ &gt; 3400 см³.</w:t>
      </w:r>
    </w:p>
    <w:p>
      <w:pPr>
        <w:keepNext/>
        <w:widowControl/>
        <w:spacing w:before="0" w:after="80" w:line="276" w:lineRule="auto"/>
        <w:ind w:left="0"/>
      </w:pPr>
      <w:r>
        <w:rPr>
          <w:rFonts w:ascii="Arial" w:hAnsi="Arial"/>
          <w:b/>
          <w:color w:val="000000"/>
          <w:sz w:val="21"/>
        </w:rPr>
        <w:t>138.  Жауап A</w:t>
      </w:r>
    </w:p>
    <w:p>
      <w:pPr>
        <w:widowControl/>
        <w:spacing w:before="0" w:after="320" w:line="276" w:lineRule="auto"/>
        <w:ind w:left="0"/>
      </w:pPr>
      <w:r>
        <w:rPr>
          <w:rFonts w:ascii="Arial" w:hAnsi="Arial"/>
          <w:b w:val="0"/>
          <w:color w:val="000000"/>
          <w:sz w:val="21"/>
        </w:rPr>
        <w:t>72 км/сағ = 20 м/с, бұл 19 м/с-тен үлкен.</w:t>
      </w:r>
    </w:p>
    <w:p>
      <w:pPr>
        <w:keepNext/>
        <w:widowControl/>
        <w:spacing w:before="0" w:after="80" w:line="276" w:lineRule="auto"/>
        <w:ind w:left="0"/>
      </w:pPr>
      <w:r>
        <w:rPr>
          <w:rFonts w:ascii="Arial" w:hAnsi="Arial"/>
          <w:b/>
          <w:color w:val="000000"/>
          <w:sz w:val="21"/>
        </w:rPr>
        <w:t>139.  Жауап C</w:t>
      </w:r>
    </w:p>
    <w:p>
      <w:pPr>
        <w:widowControl/>
        <w:spacing w:before="0" w:after="320" w:line="276" w:lineRule="auto"/>
        <w:ind w:left="0"/>
      </w:pPr>
      <w:r>
        <w:rPr>
          <w:rFonts w:ascii="Arial" w:hAnsi="Arial"/>
          <w:b w:val="0"/>
          <w:color w:val="000000"/>
          <w:sz w:val="21"/>
        </w:rPr>
        <w:t>Екеуі де 2 км жүреді: 6 · 20/60 = 8 · 15/60.</w:t>
      </w:r>
    </w:p>
    <w:p>
      <w:pPr>
        <w:keepNext/>
        <w:widowControl/>
        <w:spacing w:before="0" w:after="80" w:line="276" w:lineRule="auto"/>
        <w:ind w:left="0"/>
      </w:pPr>
      <w:r>
        <w:rPr>
          <w:rFonts w:ascii="Arial" w:hAnsi="Arial"/>
          <w:b/>
          <w:color w:val="000000"/>
          <w:sz w:val="21"/>
        </w:rPr>
        <w:t>140.  Жауап A</w:t>
      </w:r>
    </w:p>
    <w:p>
      <w:pPr>
        <w:widowControl/>
        <w:spacing w:before="0" w:after="320" w:line="276" w:lineRule="auto"/>
        <w:ind w:left="0"/>
      </w:pPr>
      <w:r>
        <w:rPr>
          <w:rFonts w:ascii="Arial" w:hAnsi="Arial"/>
          <w:b w:val="0"/>
          <w:color w:val="000000"/>
          <w:sz w:val="21"/>
        </w:rPr>
        <w:t>Бірдей жолға жылдамдық аз болса, уақыт көбірек қажет.</w:t>
      </w:r>
    </w:p>
    <w:p>
      <w:pPr>
        <w:pStyle w:val="Heading1"/>
        <w:pageBreakBefore/>
        <w:widowControl/>
        <w:spacing w:before="0" w:after="160" w:line="276" w:lineRule="auto"/>
        <w:ind w:left="0"/>
      </w:pPr>
      <w:r>
        <w:rPr>
          <w:rFonts w:ascii="Arial" w:hAnsi="Arial"/>
          <w:b/>
          <w:color w:val="000000"/>
          <w:sz w:val="42"/>
        </w:rPr>
        <w:t>Шешімдер</w:t>
      </w:r>
    </w:p>
    <w:p>
      <w:pPr>
        <w:widowControl/>
        <w:spacing w:before="0" w:after="420" w:line="276" w:lineRule="auto"/>
        <w:ind w:left="0"/>
      </w:pPr>
      <w:r>
        <w:rPr>
          <w:rFonts w:ascii="Arial" w:hAnsi="Arial"/>
          <w:b w:val="0"/>
          <w:color w:val="000000"/>
          <w:sz w:val="20"/>
        </w:rPr>
        <w:t>Тақырыптық жаттығулар · 141–150</w:t>
      </w:r>
    </w:p>
    <w:p>
      <w:pPr>
        <w:keepNext/>
        <w:widowControl/>
        <w:spacing w:before="0" w:after="80" w:line="276" w:lineRule="auto"/>
        <w:ind w:left="0"/>
      </w:pPr>
      <w:r>
        <w:rPr>
          <w:rFonts w:ascii="Arial" w:hAnsi="Arial"/>
          <w:b/>
          <w:color w:val="000000"/>
          <w:sz w:val="21"/>
        </w:rPr>
        <w:t>141.  Жауап B</w:t>
      </w:r>
    </w:p>
    <w:p>
      <w:pPr>
        <w:widowControl/>
        <w:spacing w:before="0" w:after="320" w:line="276" w:lineRule="auto"/>
        <w:ind w:left="0"/>
      </w:pPr>
      <w:r>
        <w:rPr>
          <w:rFonts w:ascii="Arial" w:hAnsi="Arial"/>
          <w:b w:val="0"/>
          <w:color w:val="000000"/>
          <w:sz w:val="21"/>
        </w:rPr>
        <w:t>0,46 кг = 460 г, бұл 450 г-нан үлкен.</w:t>
      </w:r>
    </w:p>
    <w:p>
      <w:pPr>
        <w:keepNext/>
        <w:widowControl/>
        <w:spacing w:before="0" w:after="80" w:line="276" w:lineRule="auto"/>
        <w:ind w:left="0"/>
      </w:pPr>
      <w:r>
        <w:rPr>
          <w:rFonts w:ascii="Arial" w:hAnsi="Arial"/>
          <w:b/>
          <w:color w:val="000000"/>
          <w:sz w:val="21"/>
        </w:rPr>
        <w:t>142.  Жауап A</w:t>
      </w:r>
    </w:p>
    <w:p>
      <w:pPr>
        <w:widowControl/>
        <w:spacing w:before="0" w:after="320" w:line="276" w:lineRule="auto"/>
        <w:ind w:left="0"/>
      </w:pPr>
      <w:r>
        <w:rPr>
          <w:rFonts w:ascii="Arial" w:hAnsi="Arial"/>
          <w:b w:val="0"/>
          <w:color w:val="000000"/>
          <w:sz w:val="21"/>
        </w:rPr>
        <w:t>0,08 км = 80 м, 800 см = 8 м.</w:t>
      </w:r>
    </w:p>
    <w:p>
      <w:pPr>
        <w:keepNext/>
        <w:widowControl/>
        <w:spacing w:before="0" w:after="80" w:line="276" w:lineRule="auto"/>
        <w:ind w:left="0"/>
      </w:pPr>
      <w:r>
        <w:rPr>
          <w:rFonts w:ascii="Arial" w:hAnsi="Arial"/>
          <w:b/>
          <w:color w:val="000000"/>
          <w:sz w:val="21"/>
        </w:rPr>
        <w:t>143.  Жауап A</w:t>
      </w:r>
    </w:p>
    <w:p>
      <w:pPr>
        <w:widowControl/>
        <w:spacing w:before="0" w:after="320" w:line="276" w:lineRule="auto"/>
        <w:ind w:left="0"/>
      </w:pPr>
      <w:r>
        <w:rPr>
          <w:rFonts w:ascii="Arial" w:hAnsi="Arial"/>
          <w:b w:val="0"/>
          <w:color w:val="000000"/>
          <w:sz w:val="21"/>
        </w:rPr>
        <w:t>2 тәулік 3 сағат = 48 + 3 = 51 сағат.</w:t>
      </w:r>
    </w:p>
    <w:p>
      <w:pPr>
        <w:keepNext/>
        <w:widowControl/>
        <w:spacing w:before="0" w:after="80" w:line="276" w:lineRule="auto"/>
        <w:ind w:left="0"/>
      </w:pPr>
      <w:r>
        <w:rPr>
          <w:rFonts w:ascii="Arial" w:hAnsi="Arial"/>
          <w:b/>
          <w:color w:val="000000"/>
          <w:sz w:val="21"/>
        </w:rPr>
        <w:t>144.  Жауап C</w:t>
      </w:r>
    </w:p>
    <w:p>
      <w:pPr>
        <w:widowControl/>
        <w:spacing w:before="0" w:after="320" w:line="276" w:lineRule="auto"/>
        <w:ind w:left="0"/>
      </w:pPr>
      <w:r>
        <w:rPr>
          <w:rFonts w:ascii="Arial" w:hAnsi="Arial"/>
          <w:b w:val="0"/>
          <w:color w:val="000000"/>
          <w:sz w:val="21"/>
        </w:rPr>
        <w:t>Екі жағдайда да 24 бет.</w:t>
      </w:r>
    </w:p>
    <w:p>
      <w:pPr>
        <w:keepNext/>
        <w:widowControl/>
        <w:spacing w:before="0" w:after="80" w:line="276" w:lineRule="auto"/>
        <w:ind w:left="0"/>
      </w:pPr>
      <w:r>
        <w:rPr>
          <w:rFonts w:ascii="Arial" w:hAnsi="Arial"/>
          <w:b/>
          <w:color w:val="000000"/>
          <w:sz w:val="21"/>
        </w:rPr>
        <w:t>145.  Жауап A</w:t>
      </w:r>
    </w:p>
    <w:p>
      <w:pPr>
        <w:widowControl/>
        <w:spacing w:before="0" w:after="320" w:line="276" w:lineRule="auto"/>
        <w:ind w:left="0"/>
      </w:pPr>
      <w:r>
        <w:rPr>
          <w:rFonts w:ascii="Arial" w:hAnsi="Arial"/>
          <w:b w:val="0"/>
          <w:color w:val="000000"/>
          <w:sz w:val="21"/>
        </w:rPr>
        <w:t>49 см² &gt; 48 см².</w:t>
      </w:r>
    </w:p>
    <w:p>
      <w:pPr>
        <w:keepNext/>
        <w:widowControl/>
        <w:spacing w:before="0" w:after="80" w:line="276" w:lineRule="auto"/>
        <w:ind w:left="0"/>
      </w:pPr>
      <w:r>
        <w:rPr>
          <w:rFonts w:ascii="Arial" w:hAnsi="Arial"/>
          <w:b/>
          <w:color w:val="000000"/>
          <w:sz w:val="21"/>
        </w:rPr>
        <w:t>146.  Жауап A</w:t>
      </w:r>
    </w:p>
    <w:p>
      <w:pPr>
        <w:widowControl/>
        <w:spacing w:before="0" w:after="320" w:line="276" w:lineRule="auto"/>
        <w:ind w:left="0"/>
      </w:pPr>
      <w:r>
        <w:rPr>
          <w:rFonts w:ascii="Arial" w:hAnsi="Arial"/>
          <w:b w:val="0"/>
          <w:color w:val="000000"/>
          <w:sz w:val="21"/>
        </w:rPr>
        <w:t>2(4 + 9) = 26 см, 4 · 6 = 24 см.</w:t>
      </w:r>
    </w:p>
    <w:p>
      <w:pPr>
        <w:keepNext/>
        <w:widowControl/>
        <w:spacing w:before="0" w:after="80" w:line="276" w:lineRule="auto"/>
        <w:ind w:left="0"/>
      </w:pPr>
      <w:r>
        <w:rPr>
          <w:rFonts w:ascii="Arial" w:hAnsi="Arial"/>
          <w:b/>
          <w:color w:val="000000"/>
          <w:sz w:val="21"/>
        </w:rPr>
        <w:t>147.  Жауап C</w:t>
      </w:r>
    </w:p>
    <w:p>
      <w:pPr>
        <w:widowControl/>
        <w:spacing w:before="0" w:after="320" w:line="276" w:lineRule="auto"/>
        <w:ind w:left="0"/>
      </w:pPr>
      <w:r>
        <w:rPr>
          <w:rFonts w:ascii="Arial" w:hAnsi="Arial"/>
          <w:b w:val="0"/>
          <w:color w:val="000000"/>
          <w:sz w:val="21"/>
        </w:rPr>
        <w:t>Әр аудан бірдей табан мен биіктік көбейтіндісінің жартысына тең.</w:t>
      </w:r>
    </w:p>
    <w:p>
      <w:pPr>
        <w:keepNext/>
        <w:widowControl/>
        <w:spacing w:before="0" w:after="80" w:line="276" w:lineRule="auto"/>
        <w:ind w:left="0"/>
      </w:pPr>
      <w:r>
        <w:rPr>
          <w:rFonts w:ascii="Arial" w:hAnsi="Arial"/>
          <w:b/>
          <w:color w:val="000000"/>
          <w:sz w:val="21"/>
        </w:rPr>
        <w:t>148.  Жауап D</w:t>
      </w:r>
    </w:p>
    <w:p>
      <w:pPr>
        <w:widowControl/>
        <w:spacing w:before="0" w:after="320" w:line="276" w:lineRule="auto"/>
        <w:ind w:left="0"/>
      </w:pPr>
      <w:r>
        <w:rPr>
          <w:rFonts w:ascii="Arial" w:hAnsi="Arial"/>
          <w:b w:val="0"/>
          <w:color w:val="000000"/>
          <w:sz w:val="21"/>
        </w:rPr>
        <w:t>Қабырғалары 1 және 11 болса, аудан 11 см²; 6 және 6 болса, 36 см². Салыстыру нәтижелері әртүрлі.</w:t>
      </w:r>
    </w:p>
    <w:p>
      <w:pPr>
        <w:keepNext/>
        <w:widowControl/>
        <w:spacing w:before="0" w:after="80" w:line="276" w:lineRule="auto"/>
        <w:ind w:left="0"/>
      </w:pPr>
      <w:r>
        <w:rPr>
          <w:rFonts w:ascii="Arial" w:hAnsi="Arial"/>
          <w:b/>
          <w:color w:val="000000"/>
          <w:sz w:val="21"/>
        </w:rPr>
        <w:t>149.  Жауап C</w:t>
      </w:r>
    </w:p>
    <w:p>
      <w:pPr>
        <w:widowControl/>
        <w:spacing w:before="0" w:after="320" w:line="276" w:lineRule="auto"/>
        <w:ind w:left="0"/>
      </w:pPr>
      <w:r>
        <w:rPr>
          <w:rFonts w:ascii="Arial" w:hAnsi="Arial"/>
          <w:b w:val="0"/>
          <w:color w:val="000000"/>
          <w:sz w:val="21"/>
        </w:rPr>
        <w:t>Екі көлем де 64 см³-ке тең.</w:t>
      </w:r>
    </w:p>
    <w:p>
      <w:pPr>
        <w:keepNext/>
        <w:widowControl/>
        <w:spacing w:before="0" w:after="80" w:line="276" w:lineRule="auto"/>
        <w:ind w:left="0"/>
      </w:pPr>
      <w:r>
        <w:rPr>
          <w:rFonts w:ascii="Arial" w:hAnsi="Arial"/>
          <w:b/>
          <w:color w:val="000000"/>
          <w:sz w:val="21"/>
        </w:rPr>
        <w:t>150.  Жауап C</w:t>
      </w:r>
    </w:p>
    <w:p>
      <w:pPr>
        <w:widowControl/>
        <w:spacing w:before="0" w:after="320" w:line="276" w:lineRule="auto"/>
        <w:ind w:left="0"/>
      </w:pPr>
      <w:r>
        <w:rPr>
          <w:rFonts w:ascii="Arial" w:hAnsi="Arial"/>
          <w:b w:val="0"/>
          <w:color w:val="000000"/>
          <w:sz w:val="21"/>
        </w:rPr>
        <w:t>Екінші дөңгелектің радиусы да 3 см.</w:t>
      </w:r>
    </w:p>
    <w:p>
      <w:pPr>
        <w:pStyle w:val="Heading1"/>
        <w:pageBreakBefore/>
        <w:widowControl/>
        <w:spacing w:before="0" w:after="160" w:line="276" w:lineRule="auto"/>
        <w:ind w:left="0"/>
      </w:pPr>
      <w:r>
        <w:rPr>
          <w:rFonts w:ascii="Arial" w:hAnsi="Arial"/>
          <w:b/>
          <w:color w:val="000000"/>
          <w:sz w:val="42"/>
        </w:rPr>
        <w:t>Шешімдер</w:t>
      </w:r>
    </w:p>
    <w:p>
      <w:pPr>
        <w:widowControl/>
        <w:spacing w:before="0" w:after="420" w:line="276" w:lineRule="auto"/>
        <w:ind w:left="0"/>
      </w:pPr>
      <w:r>
        <w:rPr>
          <w:rFonts w:ascii="Arial" w:hAnsi="Arial"/>
          <w:b w:val="0"/>
          <w:color w:val="000000"/>
          <w:sz w:val="20"/>
        </w:rPr>
        <w:t>Тақырыптық жаттығулар · 151–160</w:t>
      </w:r>
    </w:p>
    <w:p>
      <w:pPr>
        <w:keepNext/>
        <w:widowControl/>
        <w:spacing w:before="0" w:after="80" w:line="276" w:lineRule="auto"/>
        <w:ind w:left="0"/>
      </w:pPr>
      <w:r>
        <w:rPr>
          <w:rFonts w:ascii="Arial" w:hAnsi="Arial"/>
          <w:b/>
          <w:color w:val="000000"/>
          <w:sz w:val="21"/>
        </w:rPr>
        <w:t>151.  Жауап C</w:t>
      </w:r>
    </w:p>
    <w:p>
      <w:pPr>
        <w:widowControl/>
        <w:spacing w:before="0" w:after="320" w:line="276" w:lineRule="auto"/>
        <w:ind w:left="0"/>
      </w:pPr>
      <w:r>
        <w:rPr>
          <w:rFonts w:ascii="Arial" w:hAnsi="Arial"/>
          <w:b w:val="0"/>
          <w:color w:val="000000"/>
          <w:sz w:val="21"/>
        </w:rPr>
        <w:t>180° − 70° = 110°.</w:t>
      </w:r>
    </w:p>
    <w:p>
      <w:pPr>
        <w:keepNext/>
        <w:widowControl/>
        <w:spacing w:before="0" w:after="80" w:line="276" w:lineRule="auto"/>
        <w:ind w:left="0"/>
      </w:pPr>
      <w:r>
        <w:rPr>
          <w:rFonts w:ascii="Arial" w:hAnsi="Arial"/>
          <w:b/>
          <w:color w:val="000000"/>
          <w:sz w:val="21"/>
        </w:rPr>
        <w:t>152.  Жауап C</w:t>
      </w:r>
    </w:p>
    <w:p>
      <w:pPr>
        <w:widowControl/>
        <w:spacing w:before="0" w:after="320" w:line="276" w:lineRule="auto"/>
        <w:ind w:left="0"/>
      </w:pPr>
      <w:r>
        <w:rPr>
          <w:rFonts w:ascii="Arial" w:hAnsi="Arial"/>
          <w:b w:val="0"/>
          <w:color w:val="000000"/>
          <w:sz w:val="21"/>
        </w:rPr>
        <w:t>Екі шама да 8a-ға тең.</w:t>
      </w:r>
    </w:p>
    <w:p>
      <w:pPr>
        <w:keepNext/>
        <w:widowControl/>
        <w:spacing w:before="0" w:after="80" w:line="276" w:lineRule="auto"/>
        <w:ind w:left="0"/>
      </w:pPr>
      <w:r>
        <w:rPr>
          <w:rFonts w:ascii="Arial" w:hAnsi="Arial"/>
          <w:b/>
          <w:color w:val="000000"/>
          <w:sz w:val="21"/>
        </w:rPr>
        <w:t>153.  Жауап A</w:t>
      </w:r>
    </w:p>
    <w:p>
      <w:pPr>
        <w:widowControl/>
        <w:spacing w:before="0" w:after="320" w:line="276" w:lineRule="auto"/>
        <w:ind w:left="0"/>
      </w:pPr>
      <w:r>
        <w:rPr>
          <w:rFonts w:ascii="Arial" w:hAnsi="Arial"/>
          <w:b w:val="0"/>
          <w:color w:val="000000"/>
          <w:sz w:val="21"/>
        </w:rPr>
        <w:t>Сол жақта 4a², оң жақта 2a². a² &gt; 0 болғандықтан, A үлкен.</w:t>
      </w:r>
    </w:p>
    <w:p>
      <w:pPr>
        <w:keepNext/>
        <w:widowControl/>
        <w:spacing w:before="0" w:after="80" w:line="276" w:lineRule="auto"/>
        <w:ind w:left="0"/>
      </w:pPr>
      <w:r>
        <w:rPr>
          <w:rFonts w:ascii="Arial" w:hAnsi="Arial"/>
          <w:b/>
          <w:color w:val="000000"/>
          <w:sz w:val="21"/>
        </w:rPr>
        <w:t>154.  Жауап D</w:t>
      </w:r>
    </w:p>
    <w:p>
      <w:pPr>
        <w:widowControl/>
        <w:spacing w:before="0" w:after="320" w:line="276" w:lineRule="auto"/>
        <w:ind w:left="0"/>
      </w:pPr>
      <w:r>
        <w:rPr>
          <w:rFonts w:ascii="Arial" w:hAnsi="Arial"/>
          <w:b w:val="0"/>
          <w:color w:val="000000"/>
          <w:sz w:val="21"/>
        </w:rPr>
        <w:t>Екінші қабырға 4 см болса, аудан 32 см²; 10 см болса, 80 см².</w:t>
      </w:r>
    </w:p>
    <w:p>
      <w:pPr>
        <w:keepNext/>
        <w:widowControl/>
        <w:spacing w:before="0" w:after="80" w:line="276" w:lineRule="auto"/>
        <w:ind w:left="0"/>
      </w:pPr>
      <w:r>
        <w:rPr>
          <w:rFonts w:ascii="Arial" w:hAnsi="Arial"/>
          <w:b/>
          <w:color w:val="000000"/>
          <w:sz w:val="21"/>
        </w:rPr>
        <w:t>155.  Жауап C</w:t>
      </w:r>
    </w:p>
    <w:p>
      <w:pPr>
        <w:widowControl/>
        <w:spacing w:before="0" w:after="320" w:line="276" w:lineRule="auto"/>
        <w:ind w:left="0"/>
      </w:pPr>
      <w:r>
        <w:rPr>
          <w:rFonts w:ascii="Arial" w:hAnsi="Arial"/>
          <w:b w:val="0"/>
          <w:color w:val="000000"/>
          <w:sz w:val="21"/>
        </w:rPr>
        <w:t>Қосынды 4 · 9 = 36.</w:t>
      </w:r>
    </w:p>
    <w:p>
      <w:pPr>
        <w:keepNext/>
        <w:widowControl/>
        <w:spacing w:before="0" w:after="80" w:line="276" w:lineRule="auto"/>
        <w:ind w:left="0"/>
      </w:pPr>
      <w:r>
        <w:rPr>
          <w:rFonts w:ascii="Arial" w:hAnsi="Arial"/>
          <w:b/>
          <w:color w:val="000000"/>
          <w:sz w:val="21"/>
        </w:rPr>
        <w:t>156.  Жауап A</w:t>
      </w:r>
    </w:p>
    <w:p>
      <w:pPr>
        <w:widowControl/>
        <w:spacing w:before="0" w:after="320" w:line="276" w:lineRule="auto"/>
        <w:ind w:left="0"/>
      </w:pPr>
      <w:r>
        <w:rPr>
          <w:rFonts w:ascii="Arial" w:hAnsi="Arial"/>
          <w:b w:val="0"/>
          <w:color w:val="000000"/>
          <w:sz w:val="21"/>
        </w:rPr>
        <w:t>Медиана 8, арифметикалық орта 39/5 = 7,8.</w:t>
      </w:r>
    </w:p>
    <w:p>
      <w:pPr>
        <w:keepNext/>
        <w:widowControl/>
        <w:spacing w:before="0" w:after="80" w:line="276" w:lineRule="auto"/>
        <w:ind w:left="0"/>
      </w:pPr>
      <w:r>
        <w:rPr>
          <w:rFonts w:ascii="Arial" w:hAnsi="Arial"/>
          <w:b/>
          <w:color w:val="000000"/>
          <w:sz w:val="21"/>
        </w:rPr>
        <w:t>157.  Жауап A</w:t>
      </w:r>
    </w:p>
    <w:p>
      <w:pPr>
        <w:widowControl/>
        <w:spacing w:before="0" w:after="320" w:line="276" w:lineRule="auto"/>
        <w:ind w:left="0"/>
      </w:pPr>
      <w:r>
        <w:rPr>
          <w:rFonts w:ascii="Arial" w:hAnsi="Arial"/>
          <w:b w:val="0"/>
          <w:color w:val="000000"/>
          <w:sz w:val="21"/>
        </w:rPr>
        <w:t>1-ді қосу санды әрдайым арттырады.</w:t>
      </w:r>
    </w:p>
    <w:p>
      <w:pPr>
        <w:keepNext/>
        <w:widowControl/>
        <w:spacing w:before="0" w:after="80" w:line="276" w:lineRule="auto"/>
        <w:ind w:left="0"/>
      </w:pPr>
      <w:r>
        <w:rPr>
          <w:rFonts w:ascii="Arial" w:hAnsi="Arial"/>
          <w:b/>
          <w:color w:val="000000"/>
          <w:sz w:val="21"/>
        </w:rPr>
        <w:t>158.  Жауап D</w:t>
      </w:r>
    </w:p>
    <w:p>
      <w:pPr>
        <w:widowControl/>
        <w:spacing w:before="0" w:after="320" w:line="276" w:lineRule="auto"/>
        <w:ind w:left="0"/>
      </w:pPr>
      <w:r>
        <w:rPr>
          <w:rFonts w:ascii="Arial" w:hAnsi="Arial"/>
          <w:b w:val="0"/>
          <w:color w:val="000000"/>
          <w:sz w:val="21"/>
        </w:rPr>
        <w:t>n = 0 болса, B үлкен; n = 1 болса, мәндер тең.</w:t>
      </w:r>
    </w:p>
    <w:p>
      <w:pPr>
        <w:keepNext/>
        <w:widowControl/>
        <w:spacing w:before="0" w:after="80" w:line="276" w:lineRule="auto"/>
        <w:ind w:left="0"/>
      </w:pPr>
      <w:r>
        <w:rPr>
          <w:rFonts w:ascii="Arial" w:hAnsi="Arial"/>
          <w:b/>
          <w:color w:val="000000"/>
          <w:sz w:val="21"/>
        </w:rPr>
        <w:t>159.  Жауап A</w:t>
      </w:r>
    </w:p>
    <w:p>
      <w:pPr>
        <w:widowControl/>
        <w:spacing w:before="0" w:after="320" w:line="276" w:lineRule="auto"/>
        <w:ind w:left="0"/>
      </w:pPr>
      <w:r>
        <w:rPr>
          <w:rFonts w:ascii="Arial" w:hAnsi="Arial"/>
          <w:b w:val="0"/>
          <w:color w:val="000000"/>
          <w:sz w:val="21"/>
        </w:rPr>
        <w:t>Олар −4, −3, …, 4: барлығы 9 сан.</w:t>
      </w:r>
    </w:p>
    <w:p>
      <w:pPr>
        <w:keepNext/>
        <w:widowControl/>
        <w:spacing w:before="0" w:after="80" w:line="276" w:lineRule="auto"/>
        <w:ind w:left="0"/>
      </w:pPr>
      <w:r>
        <w:rPr>
          <w:rFonts w:ascii="Arial" w:hAnsi="Arial"/>
          <w:b/>
          <w:color w:val="000000"/>
          <w:sz w:val="21"/>
        </w:rPr>
        <w:t>160.  Жауап C</w:t>
      </w:r>
    </w:p>
    <w:p>
      <w:pPr>
        <w:widowControl/>
        <w:spacing w:before="0" w:after="320" w:line="276" w:lineRule="auto"/>
        <w:ind w:left="0"/>
      </w:pPr>
      <w:r>
        <w:rPr>
          <w:rFonts w:ascii="Arial" w:hAnsi="Arial"/>
          <w:b w:val="0"/>
          <w:color w:val="000000"/>
          <w:sz w:val="21"/>
        </w:rPr>
        <w:t>ЕКОЕ(6; 8) = 24; ЕҮОБ(48; 72) = 24.</w:t>
      </w:r>
    </w:p>
    <w:p>
      <w:pPr>
        <w:pStyle w:val="Heading1"/>
        <w:pageBreakBefore/>
        <w:widowControl/>
        <w:spacing w:before="0" w:after="160" w:line="276" w:lineRule="auto"/>
        <w:ind w:left="0"/>
      </w:pPr>
      <w:r>
        <w:rPr>
          <w:rFonts w:ascii="Arial" w:hAnsi="Arial"/>
          <w:b/>
          <w:color w:val="000000"/>
          <w:sz w:val="42"/>
        </w:rPr>
        <w:t>Шешімдер</w:t>
      </w:r>
    </w:p>
    <w:p>
      <w:pPr>
        <w:widowControl/>
        <w:spacing w:before="0" w:after="420" w:line="276" w:lineRule="auto"/>
        <w:ind w:left="0"/>
      </w:pPr>
      <w:r>
        <w:rPr>
          <w:rFonts w:ascii="Arial" w:hAnsi="Arial"/>
          <w:b w:val="0"/>
          <w:color w:val="000000"/>
          <w:sz w:val="20"/>
        </w:rPr>
        <w:t>Тақырыптық жаттығулар · 161–170</w:t>
      </w:r>
    </w:p>
    <w:p>
      <w:pPr>
        <w:keepNext/>
        <w:widowControl/>
        <w:spacing w:before="0" w:after="80" w:line="276" w:lineRule="auto"/>
        <w:ind w:left="0"/>
      </w:pPr>
      <w:r>
        <w:rPr>
          <w:rFonts w:ascii="Arial" w:hAnsi="Arial"/>
          <w:b/>
          <w:color w:val="000000"/>
          <w:sz w:val="21"/>
        </w:rPr>
        <w:t>161.  Жауап A</w:t>
      </w:r>
    </w:p>
    <w:p>
      <w:pPr>
        <w:widowControl/>
        <w:spacing w:before="0" w:after="320" w:line="276" w:lineRule="auto"/>
        <w:ind w:left="0"/>
      </w:pPr>
      <w:r>
        <w:rPr>
          <w:rFonts w:ascii="Arial" w:hAnsi="Arial"/>
          <w:b w:val="0"/>
          <w:color w:val="000000"/>
          <w:sz w:val="21"/>
        </w:rPr>
        <w:t>Қосынды 5 · 3 = 15-ке, арифметикалық орта 3-ке артты.</w:t>
      </w:r>
    </w:p>
    <w:p>
      <w:pPr>
        <w:keepNext/>
        <w:widowControl/>
        <w:spacing w:before="0" w:after="80" w:line="276" w:lineRule="auto"/>
        <w:ind w:left="0"/>
      </w:pPr>
      <w:r>
        <w:rPr>
          <w:rFonts w:ascii="Arial" w:hAnsi="Arial"/>
          <w:b/>
          <w:color w:val="000000"/>
          <w:sz w:val="21"/>
        </w:rPr>
        <w:t>162.  Жауап D</w:t>
      </w:r>
    </w:p>
    <w:p>
      <w:pPr>
        <w:widowControl/>
        <w:spacing w:before="0" w:after="320" w:line="276" w:lineRule="auto"/>
        <w:ind w:left="0"/>
      </w:pPr>
      <w:r>
        <w:rPr>
          <w:rFonts w:ascii="Arial" w:hAnsi="Arial"/>
          <w:b w:val="0"/>
          <w:color w:val="000000"/>
          <w:sz w:val="21"/>
        </w:rPr>
        <w:t>a = 1, b = 8 болса, көбейтінді 8; a = 4, b = 5 болса, 20.</w:t>
      </w:r>
    </w:p>
    <w:p>
      <w:pPr>
        <w:keepNext/>
        <w:widowControl/>
        <w:spacing w:before="0" w:after="80" w:line="276" w:lineRule="auto"/>
        <w:ind w:left="0"/>
      </w:pPr>
      <w:r>
        <w:rPr>
          <w:rFonts w:ascii="Arial" w:hAnsi="Arial"/>
          <w:b/>
          <w:color w:val="000000"/>
          <w:sz w:val="21"/>
        </w:rPr>
        <w:t>163.  Жауап B</w:t>
      </w:r>
    </w:p>
    <w:p>
      <w:pPr>
        <w:widowControl/>
        <w:spacing w:before="0" w:after="320" w:line="276" w:lineRule="auto"/>
        <w:ind w:left="0"/>
      </w:pPr>
      <w:r>
        <w:rPr>
          <w:rFonts w:ascii="Arial" w:hAnsi="Arial"/>
          <w:b w:val="0"/>
          <w:color w:val="000000"/>
          <w:sz w:val="21"/>
        </w:rPr>
        <w:t>Реті ескерілмейтін жұптар саны: 5 · 4/2 = 10 және 6 · 5/2 = 15.</w:t>
      </w:r>
    </w:p>
    <w:p>
      <w:pPr>
        <w:keepNext/>
        <w:widowControl/>
        <w:spacing w:before="0" w:after="80" w:line="276" w:lineRule="auto"/>
        <w:ind w:left="0"/>
      </w:pPr>
      <w:r>
        <w:rPr>
          <w:rFonts w:ascii="Arial" w:hAnsi="Arial"/>
          <w:b/>
          <w:color w:val="000000"/>
          <w:sz w:val="21"/>
        </w:rPr>
        <w:t>164.  Жауап C</w:t>
      </w:r>
    </w:p>
    <w:p>
      <w:pPr>
        <w:widowControl/>
        <w:spacing w:before="0" w:after="320" w:line="276" w:lineRule="auto"/>
        <w:ind w:left="0"/>
      </w:pPr>
      <w:r>
        <w:rPr>
          <w:rFonts w:ascii="Arial" w:hAnsi="Arial"/>
          <w:b w:val="0"/>
          <w:color w:val="000000"/>
          <w:sz w:val="21"/>
        </w:rPr>
        <w:t>Бұл — екі санның арифметикалық ортасының анықтамасы.</w:t>
      </w:r>
    </w:p>
    <w:p>
      <w:pPr>
        <w:keepNext/>
        <w:widowControl/>
        <w:spacing w:before="0" w:after="80" w:line="276" w:lineRule="auto"/>
        <w:ind w:left="0"/>
      </w:pPr>
      <w:r>
        <w:rPr>
          <w:rFonts w:ascii="Arial" w:hAnsi="Arial"/>
          <w:b/>
          <w:color w:val="000000"/>
          <w:sz w:val="21"/>
        </w:rPr>
        <w:t>165.  Жауап C · 6</w:t>
      </w:r>
    </w:p>
    <w:p>
      <w:pPr>
        <w:widowControl/>
        <w:spacing w:before="0" w:after="320" w:line="276" w:lineRule="auto"/>
        <w:ind w:left="0"/>
      </w:pPr>
      <w:r>
        <w:rPr>
          <w:rFonts w:ascii="Arial" w:hAnsi="Arial"/>
          <w:b w:val="0"/>
          <w:color w:val="000000"/>
          <w:sz w:val="21"/>
        </w:rPr>
        <w:t>−4 пен 2 арасында үш тең аралық бар, қадам 2-ге тең. P нүктесі 2-ден тағы екі қадам оңға орналасқан, сондықтан P = 6.</w:t>
      </w:r>
    </w:p>
    <w:p>
      <w:pPr>
        <w:keepNext/>
        <w:widowControl/>
        <w:spacing w:before="0" w:after="80" w:line="276" w:lineRule="auto"/>
        <w:ind w:left="0"/>
      </w:pPr>
      <w:r>
        <w:rPr>
          <w:rFonts w:ascii="Arial" w:hAnsi="Arial"/>
          <w:b/>
          <w:color w:val="000000"/>
          <w:sz w:val="21"/>
        </w:rPr>
        <w:t>166.  Жауап C</w:t>
      </w:r>
    </w:p>
    <w:p>
      <w:pPr>
        <w:widowControl/>
        <w:spacing w:before="0" w:after="320" w:line="276" w:lineRule="auto"/>
        <w:ind w:left="0"/>
      </w:pPr>
      <w:r>
        <w:rPr>
          <w:rFonts w:ascii="Arial" w:hAnsi="Arial"/>
          <w:b w:val="0"/>
          <w:color w:val="000000"/>
          <w:sz w:val="21"/>
        </w:rPr>
        <w:t>Қадам 2-ге тең, P координатасы 6.</w:t>
      </w:r>
    </w:p>
    <w:p>
      <w:pPr>
        <w:keepNext/>
        <w:widowControl/>
        <w:spacing w:before="0" w:after="80" w:line="276" w:lineRule="auto"/>
        <w:ind w:left="0"/>
      </w:pPr>
      <w:r>
        <w:rPr>
          <w:rFonts w:ascii="Arial" w:hAnsi="Arial"/>
          <w:b/>
          <w:color w:val="000000"/>
          <w:sz w:val="21"/>
        </w:rPr>
        <w:t>167.  Жауап D · 50%</w:t>
      </w:r>
    </w:p>
    <w:p>
      <w:pPr>
        <w:widowControl/>
        <w:spacing w:before="0" w:after="320" w:line="276" w:lineRule="auto"/>
        <w:ind w:left="0"/>
      </w:pPr>
      <w:r>
        <w:rPr>
          <w:rFonts w:ascii="Arial" w:hAnsi="Arial"/>
          <w:b w:val="0"/>
          <w:color w:val="000000"/>
          <w:sz w:val="21"/>
        </w:rPr>
        <w:t>Сейсенбіде 20 кітап, сәрсенбіде 30 кітап. Өсім 20-ға қатысты 10, яғни 50%.</w:t>
      </w:r>
    </w:p>
    <w:p>
      <w:pPr>
        <w:keepNext/>
        <w:widowControl/>
        <w:spacing w:before="0" w:after="80" w:line="276" w:lineRule="auto"/>
        <w:ind w:left="0"/>
      </w:pPr>
      <w:r>
        <w:rPr>
          <w:rFonts w:ascii="Arial" w:hAnsi="Arial"/>
          <w:b/>
          <w:color w:val="000000"/>
          <w:sz w:val="21"/>
        </w:rPr>
        <w:t>168.  Жауап C</w:t>
      </w:r>
    </w:p>
    <w:p>
      <w:pPr>
        <w:widowControl/>
        <w:spacing w:before="0" w:after="320" w:line="276" w:lineRule="auto"/>
        <w:ind w:left="0"/>
      </w:pPr>
      <w:r>
        <w:rPr>
          <w:rFonts w:ascii="Arial" w:hAnsi="Arial"/>
          <w:b w:val="0"/>
          <w:color w:val="000000"/>
          <w:sz w:val="21"/>
        </w:rPr>
        <w:t>12 + 20 = 32, бейсенбіде де сонша.</w:t>
      </w:r>
    </w:p>
    <w:p>
      <w:pPr>
        <w:keepNext/>
        <w:widowControl/>
        <w:spacing w:before="0" w:after="80" w:line="276" w:lineRule="auto"/>
        <w:ind w:left="0"/>
      </w:pPr>
      <w:r>
        <w:rPr>
          <w:rFonts w:ascii="Arial" w:hAnsi="Arial"/>
          <w:b/>
          <w:color w:val="000000"/>
          <w:sz w:val="21"/>
        </w:rPr>
        <w:t>169.  Жауап A · 20 мин</w:t>
      </w:r>
    </w:p>
    <w:p>
      <w:pPr>
        <w:widowControl/>
        <w:spacing w:before="0" w:after="320" w:line="276" w:lineRule="auto"/>
        <w:ind w:left="0"/>
      </w:pPr>
      <w:r>
        <w:rPr>
          <w:rFonts w:ascii="Arial" w:hAnsi="Arial"/>
          <w:b w:val="0"/>
          <w:color w:val="000000"/>
          <w:sz w:val="21"/>
        </w:rPr>
        <w:t>Көлденең бөлік 20-минуттан 40-минутқа дейін созылады. Аялдау ұзақтығы 20 минут.</w:t>
      </w:r>
    </w:p>
    <w:p>
      <w:pPr>
        <w:keepNext/>
        <w:widowControl/>
        <w:spacing w:before="0" w:after="80" w:line="276" w:lineRule="auto"/>
        <w:ind w:left="0"/>
      </w:pPr>
      <w:r>
        <w:rPr>
          <w:rFonts w:ascii="Arial" w:hAnsi="Arial"/>
          <w:b/>
          <w:color w:val="000000"/>
          <w:sz w:val="21"/>
        </w:rPr>
        <w:t>170.  Жауап C</w:t>
      </w:r>
    </w:p>
    <w:p>
      <w:pPr>
        <w:widowControl/>
        <w:spacing w:before="0" w:after="320" w:line="276" w:lineRule="auto"/>
        <w:ind w:left="0"/>
      </w:pPr>
      <w:r>
        <w:rPr>
          <w:rFonts w:ascii="Arial" w:hAnsi="Arial"/>
          <w:b w:val="0"/>
          <w:color w:val="000000"/>
          <w:sz w:val="21"/>
        </w:rPr>
        <w:t>Екі жағдайда да қашықтық 20 минутта 2 км-ге артады.</w:t>
      </w:r>
    </w:p>
    <w:p>
      <w:pPr>
        <w:pStyle w:val="Heading1"/>
        <w:pageBreakBefore/>
        <w:widowControl/>
        <w:spacing w:before="0" w:after="160" w:line="276" w:lineRule="auto"/>
        <w:ind w:left="0"/>
      </w:pPr>
      <w:r>
        <w:rPr>
          <w:rFonts w:ascii="Arial" w:hAnsi="Arial"/>
          <w:b/>
          <w:color w:val="000000"/>
          <w:sz w:val="42"/>
        </w:rPr>
        <w:t>Шешімдер</w:t>
      </w:r>
    </w:p>
    <w:p>
      <w:pPr>
        <w:widowControl/>
        <w:spacing w:before="0" w:after="420" w:line="276" w:lineRule="auto"/>
        <w:ind w:left="0"/>
      </w:pPr>
      <w:r>
        <w:rPr>
          <w:rFonts w:ascii="Arial" w:hAnsi="Arial"/>
          <w:b w:val="0"/>
          <w:color w:val="000000"/>
          <w:sz w:val="20"/>
        </w:rPr>
        <w:t>Тақырыптық жаттығулар · 171–180</w:t>
      </w:r>
    </w:p>
    <w:p>
      <w:pPr>
        <w:keepNext/>
        <w:widowControl/>
        <w:spacing w:before="0" w:after="80" w:line="276" w:lineRule="auto"/>
        <w:ind w:left="0"/>
      </w:pPr>
      <w:r>
        <w:rPr>
          <w:rFonts w:ascii="Arial" w:hAnsi="Arial"/>
          <w:b/>
          <w:color w:val="000000"/>
          <w:sz w:val="21"/>
        </w:rPr>
        <w:t>171.  Жауап B · 66 см²</w:t>
      </w:r>
    </w:p>
    <w:p>
      <w:pPr>
        <w:widowControl/>
        <w:spacing w:before="0" w:after="320" w:line="276" w:lineRule="auto"/>
        <w:ind w:left="0"/>
      </w:pPr>
      <w:r>
        <w:rPr>
          <w:rFonts w:ascii="Arial" w:hAnsi="Arial"/>
          <w:b w:val="0"/>
          <w:color w:val="000000"/>
          <w:sz w:val="21"/>
        </w:rPr>
        <w:t>Сыртқы 12 × 8 тіктөртбұрыштың ауданы 96. Қиып алынған 6 × 5 бұрыштың ауданы 30. Қалғаны 66 см².</w:t>
      </w:r>
    </w:p>
    <w:p>
      <w:pPr>
        <w:keepNext/>
        <w:widowControl/>
        <w:spacing w:before="0" w:after="80" w:line="276" w:lineRule="auto"/>
        <w:ind w:left="0"/>
      </w:pPr>
      <w:r>
        <w:rPr>
          <w:rFonts w:ascii="Arial" w:hAnsi="Arial"/>
          <w:b/>
          <w:color w:val="000000"/>
          <w:sz w:val="21"/>
        </w:rPr>
        <w:t>172.  Жауап A</w:t>
      </w:r>
    </w:p>
    <w:p>
      <w:pPr>
        <w:widowControl/>
        <w:spacing w:before="0" w:after="320" w:line="276" w:lineRule="auto"/>
        <w:ind w:left="0"/>
      </w:pPr>
      <w:r>
        <w:rPr>
          <w:rFonts w:ascii="Arial" w:hAnsi="Arial"/>
          <w:b w:val="0"/>
          <w:color w:val="000000"/>
          <w:sz w:val="21"/>
        </w:rPr>
        <w:t>Фигураның ауданы 66 см², қиып алынған бұрыштікі 30 см².</w:t>
      </w:r>
    </w:p>
    <w:p>
      <w:pPr>
        <w:keepNext/>
        <w:widowControl/>
        <w:spacing w:before="0" w:after="80" w:line="276" w:lineRule="auto"/>
        <w:ind w:left="0"/>
      </w:pPr>
      <w:r>
        <w:rPr>
          <w:rFonts w:ascii="Arial" w:hAnsi="Arial"/>
          <w:b/>
          <w:color w:val="000000"/>
          <w:sz w:val="21"/>
        </w:rPr>
        <w:t>173.  Жауап D · 3/8</w:t>
      </w:r>
    </w:p>
    <w:p>
      <w:pPr>
        <w:widowControl/>
        <w:spacing w:before="0" w:after="320" w:line="276" w:lineRule="auto"/>
        <w:ind w:left="0"/>
      </w:pPr>
      <w:r>
        <w:rPr>
          <w:rFonts w:ascii="Arial" w:hAnsi="Arial"/>
          <w:b w:val="0"/>
          <w:color w:val="000000"/>
          <w:sz w:val="21"/>
        </w:rPr>
        <w:t>Бір кіші шаршы және екінші шаршының жартысы боялған: 1/4 + 1/8 = 3/8.</w:t>
      </w:r>
    </w:p>
    <w:p>
      <w:pPr>
        <w:keepNext/>
        <w:widowControl/>
        <w:spacing w:before="0" w:after="80" w:line="276" w:lineRule="auto"/>
        <w:ind w:left="0"/>
      </w:pPr>
      <w:r>
        <w:rPr>
          <w:rFonts w:ascii="Arial" w:hAnsi="Arial"/>
          <w:b/>
          <w:color w:val="000000"/>
          <w:sz w:val="21"/>
        </w:rPr>
        <w:t>174.  Жауап B</w:t>
      </w:r>
    </w:p>
    <w:p>
      <w:pPr>
        <w:widowControl/>
        <w:spacing w:before="0" w:after="320" w:line="276" w:lineRule="auto"/>
        <w:ind w:left="0"/>
      </w:pPr>
      <w:r>
        <w:rPr>
          <w:rFonts w:ascii="Arial" w:hAnsi="Arial"/>
          <w:b w:val="0"/>
          <w:color w:val="000000"/>
          <w:sz w:val="21"/>
        </w:rPr>
        <w:t>3/8 бөлігі боялған, 5/8 бөлігі боялмаған.</w:t>
      </w:r>
    </w:p>
    <w:p>
      <w:pPr>
        <w:keepNext/>
        <w:widowControl/>
        <w:spacing w:before="0" w:after="80" w:line="276" w:lineRule="auto"/>
        <w:ind w:left="0"/>
      </w:pPr>
      <w:r>
        <w:rPr>
          <w:rFonts w:ascii="Arial" w:hAnsi="Arial"/>
          <w:b/>
          <w:color w:val="000000"/>
          <w:sz w:val="21"/>
        </w:rPr>
        <w:t>175.  Жауап C · 12 000 теңге</w:t>
      </w:r>
    </w:p>
    <w:p>
      <w:pPr>
        <w:widowControl/>
        <w:spacing w:before="0" w:after="320" w:line="276" w:lineRule="auto"/>
        <w:ind w:left="0"/>
      </w:pPr>
      <w:r>
        <w:rPr>
          <w:rFonts w:ascii="Arial" w:hAnsi="Arial"/>
          <w:b w:val="0"/>
          <w:color w:val="000000"/>
          <w:sz w:val="21"/>
        </w:rPr>
        <w:t>Көлік 15%-ды құрайды, сондықтан 80 000 · 0,15 = 12 000 теңге.</w:t>
      </w:r>
    </w:p>
    <w:p>
      <w:pPr>
        <w:keepNext/>
        <w:widowControl/>
        <w:spacing w:before="0" w:after="80" w:line="276" w:lineRule="auto"/>
        <w:ind w:left="0"/>
      </w:pPr>
      <w:r>
        <w:rPr>
          <w:rFonts w:ascii="Arial" w:hAnsi="Arial"/>
          <w:b/>
          <w:color w:val="000000"/>
          <w:sz w:val="21"/>
        </w:rPr>
        <w:t>176.  Жауап B</w:t>
      </w:r>
    </w:p>
    <w:p>
      <w:pPr>
        <w:widowControl/>
        <w:spacing w:before="0" w:after="320" w:line="276" w:lineRule="auto"/>
        <w:ind w:left="0"/>
      </w:pPr>
      <w:r>
        <w:rPr>
          <w:rFonts w:ascii="Arial" w:hAnsi="Arial"/>
          <w:b w:val="0"/>
          <w:color w:val="000000"/>
          <w:sz w:val="21"/>
        </w:rPr>
        <w:t>Азық-түлік 40%, көлік пен баспана бірге 15% + 30% = 45%.</w:t>
      </w:r>
    </w:p>
    <w:p>
      <w:pPr>
        <w:keepNext/>
        <w:widowControl/>
        <w:spacing w:before="0" w:after="80" w:line="276" w:lineRule="auto"/>
        <w:ind w:left="0"/>
      </w:pPr>
      <w:r>
        <w:rPr>
          <w:rFonts w:ascii="Arial" w:hAnsi="Arial"/>
          <w:b/>
          <w:color w:val="000000"/>
          <w:sz w:val="21"/>
        </w:rPr>
        <w:t>177.  Жауап C · 12 см²</w:t>
      </w:r>
    </w:p>
    <w:p>
      <w:pPr>
        <w:widowControl/>
        <w:spacing w:before="0" w:after="320" w:line="276" w:lineRule="auto"/>
        <w:ind w:left="0"/>
      </w:pPr>
      <w:r>
        <w:rPr>
          <w:rFonts w:ascii="Arial" w:hAnsi="Arial"/>
          <w:b w:val="0"/>
          <w:color w:val="000000"/>
          <w:sz w:val="21"/>
        </w:rPr>
        <w:t>AB табаны 6 ұяшық, биіктігі 4 ұяшық. Ауданы 6 · 4/2 = 12 см².</w:t>
      </w:r>
    </w:p>
    <w:p>
      <w:pPr>
        <w:keepNext/>
        <w:widowControl/>
        <w:spacing w:before="0" w:after="80" w:line="276" w:lineRule="auto"/>
        <w:ind w:left="0"/>
      </w:pPr>
      <w:r>
        <w:rPr>
          <w:rFonts w:ascii="Arial" w:hAnsi="Arial"/>
          <w:b/>
          <w:color w:val="000000"/>
          <w:sz w:val="21"/>
        </w:rPr>
        <w:t>178.  Жауап C</w:t>
      </w:r>
    </w:p>
    <w:p>
      <w:pPr>
        <w:widowControl/>
        <w:spacing w:before="0" w:after="320" w:line="276" w:lineRule="auto"/>
        <w:ind w:left="0"/>
      </w:pPr>
      <w:r>
        <w:rPr>
          <w:rFonts w:ascii="Arial" w:hAnsi="Arial"/>
          <w:b w:val="0"/>
          <w:color w:val="000000"/>
          <w:sz w:val="21"/>
        </w:rPr>
        <w:t>6 см табан мен 4 см биіктік 12 см² аудан береді.</w:t>
      </w:r>
    </w:p>
    <w:p>
      <w:pPr>
        <w:keepNext/>
        <w:widowControl/>
        <w:spacing w:before="0" w:after="80" w:line="276" w:lineRule="auto"/>
        <w:ind w:left="0"/>
      </w:pPr>
      <w:r>
        <w:rPr>
          <w:rFonts w:ascii="Arial" w:hAnsi="Arial"/>
          <w:b/>
          <w:color w:val="000000"/>
          <w:sz w:val="21"/>
        </w:rPr>
        <w:t>179.  Жауап B · 20 км</w:t>
      </w:r>
    </w:p>
    <w:p>
      <w:pPr>
        <w:widowControl/>
        <w:spacing w:before="0" w:after="320" w:line="276" w:lineRule="auto"/>
        <w:ind w:left="0"/>
      </w:pPr>
      <w:r>
        <w:rPr>
          <w:rFonts w:ascii="Arial" w:hAnsi="Arial"/>
          <w:b w:val="0"/>
          <w:color w:val="000000"/>
          <w:sz w:val="21"/>
        </w:rPr>
        <w:t>Графиктер x = 20 км нүктесінде қиылысады. Осы нүктеде екі баға да 1400 теңге.</w:t>
      </w:r>
    </w:p>
    <w:p>
      <w:pPr>
        <w:keepNext/>
        <w:widowControl/>
        <w:spacing w:before="0" w:after="80" w:line="276" w:lineRule="auto"/>
        <w:ind w:left="0"/>
      </w:pPr>
      <w:r>
        <w:rPr>
          <w:rFonts w:ascii="Arial" w:hAnsi="Arial"/>
          <w:b/>
          <w:color w:val="000000"/>
          <w:sz w:val="21"/>
        </w:rPr>
        <w:t>180.  Жауап A</w:t>
      </w:r>
    </w:p>
    <w:p>
      <w:pPr>
        <w:widowControl/>
        <w:spacing w:before="0" w:after="320" w:line="276" w:lineRule="auto"/>
        <w:ind w:left="0"/>
      </w:pPr>
      <w:r>
        <w:rPr>
          <w:rFonts w:ascii="Arial" w:hAnsi="Arial"/>
          <w:b w:val="0"/>
          <w:color w:val="000000"/>
          <w:sz w:val="21"/>
        </w:rPr>
        <w:t>10 км үшін А тарифі 1000, Б тарифі 700 теңге тұрады.</w:t>
      </w:r>
    </w:p>
    <w:p>
      <w:pPr>
        <w:pStyle w:val="Heading1"/>
        <w:pageBreakBefore/>
        <w:widowControl/>
        <w:spacing w:before="0" w:after="160" w:line="276" w:lineRule="auto"/>
        <w:ind w:left="0"/>
      </w:pPr>
      <w:r>
        <w:rPr>
          <w:rFonts w:ascii="Arial" w:hAnsi="Arial"/>
          <w:b/>
          <w:color w:val="000000"/>
          <w:sz w:val="42"/>
        </w:rPr>
        <w:t>Күрделі есептердің шешімдері</w:t>
      </w:r>
    </w:p>
    <w:p>
      <w:pPr>
        <w:widowControl/>
        <w:spacing w:before="0" w:after="420" w:line="276" w:lineRule="auto"/>
        <w:ind w:left="0"/>
      </w:pPr>
      <w:r>
        <w:rPr>
          <w:rFonts w:ascii="Arial" w:hAnsi="Arial"/>
          <w:b w:val="0"/>
          <w:color w:val="000000"/>
          <w:sz w:val="20"/>
        </w:rPr>
        <w:t>Тақырыптық жаттығулар · 181–184</w:t>
      </w:r>
    </w:p>
    <w:p>
      <w:pPr>
        <w:keepNext/>
        <w:widowControl/>
        <w:spacing w:before="0" w:after="80" w:line="276" w:lineRule="auto"/>
        <w:ind w:left="0"/>
      </w:pPr>
      <w:r>
        <w:rPr>
          <w:rFonts w:ascii="Arial" w:hAnsi="Arial"/>
          <w:b/>
          <w:color w:val="000000"/>
          <w:sz w:val="21"/>
        </w:rPr>
        <w:t>181.  Жауап A · 576 кг</w:t>
      </w:r>
    </w:p>
    <w:p>
      <w:pPr>
        <w:widowControl/>
        <w:spacing w:before="0" w:after="320" w:line="276" w:lineRule="auto"/>
        <w:ind w:left="0"/>
      </w:pPr>
      <w:r>
        <w:rPr>
          <w:rFonts w:ascii="Arial" w:hAnsi="Arial"/>
          <w:b w:val="0"/>
          <w:color w:val="000000"/>
          <w:sz w:val="21"/>
        </w:rPr>
        <w:t>Бірінші күннен кейін партияның 5/8 бөлігі қалды. Екінші күні бүкіл партияның (1/3) · (5/8) = 5/24 бөлігі сатылды. Үшінші күнге 1 − 3/8 − 5/24 = 10/24 бөлігі қалды. Бірінші күні 9/24 бөлігі сатылған, сондықтан айырма 1/24. Бүкіл партия: 24 · 24 = 576 кг. Тексеру: 216 + 120 + 240 = 576, ал 240 − 216 = 24. Екінші күнгі үлес қалдықтан алынады.</w:t>
      </w:r>
    </w:p>
    <w:p>
      <w:pPr>
        <w:keepNext/>
        <w:widowControl/>
        <w:spacing w:before="0" w:after="80" w:line="276" w:lineRule="auto"/>
        <w:ind w:left="0"/>
      </w:pPr>
      <w:r>
        <w:rPr>
          <w:rFonts w:ascii="Arial" w:hAnsi="Arial"/>
          <w:b/>
          <w:color w:val="000000"/>
          <w:sz w:val="21"/>
        </w:rPr>
        <w:t>182.  Жауап A · 11,25 %</w:t>
      </w:r>
    </w:p>
    <w:p>
      <w:pPr>
        <w:widowControl/>
        <w:spacing w:before="0" w:after="320" w:line="276" w:lineRule="auto"/>
        <w:ind w:left="0"/>
      </w:pPr>
      <w:r>
        <w:rPr>
          <w:rFonts w:ascii="Arial" w:hAnsi="Arial"/>
          <w:b w:val="0"/>
          <w:color w:val="000000"/>
          <w:sz w:val="21"/>
        </w:rPr>
        <w:t>Бастапқы тұз 300 · 0,20 = 60 г. Алғаш су қосылғаннан кейін ерітінді массасы 400 г. 100 г төккенде ерітіндінің де, тұздың да төрттен бірі кетеді: 60/4 = 15 г. 45 г тұз қалады. Екінші рет су қосқанда жалпы масса 400 г-ға қайта жетеді, бірақ тұз қосылмайды. Соңғы үлес: 45/400 · 100 % = 11,25 %. Тек су төгілді деп есептеуге болмайды.</w:t>
      </w:r>
    </w:p>
    <w:p>
      <w:pPr>
        <w:keepNext/>
        <w:widowControl/>
        <w:spacing w:before="0" w:after="80" w:line="276" w:lineRule="auto"/>
        <w:ind w:left="0"/>
      </w:pPr>
      <w:r>
        <w:rPr>
          <w:rFonts w:ascii="Arial" w:hAnsi="Arial"/>
          <w:b/>
          <w:color w:val="000000"/>
          <w:sz w:val="21"/>
        </w:rPr>
        <w:t>183.  Жауап A · 9 сағ</w:t>
      </w:r>
    </w:p>
    <w:p>
      <w:pPr>
        <w:widowControl/>
        <w:spacing w:before="0" w:after="320" w:line="276" w:lineRule="auto"/>
        <w:ind w:left="0"/>
      </w:pPr>
      <w:r>
        <w:rPr>
          <w:rFonts w:ascii="Arial" w:hAnsi="Arial"/>
          <w:b w:val="0"/>
          <w:color w:val="000000"/>
          <w:sz w:val="21"/>
        </w:rPr>
        <w:t>Алғашқы сағатта бассейннің 1/4 + 1/6 − 1/12 = 1/3 бөлігі толады. Бірінші құбыр жабылғаннан кейін сағатына 1/6 − 1/12 = 1/12 бөлігі қосылады. Қалған 2/3 бөлігіне (2/3) : (1/12) = 8 сағ керек. Басталғаннан 1 + 8 = 9 сағ өтеді. Жауапқа алғашқы сағат та кіруі керек.</w:t>
      </w:r>
    </w:p>
    <w:p>
      <w:pPr>
        <w:keepNext/>
        <w:widowControl/>
        <w:spacing w:before="0" w:after="80" w:line="276" w:lineRule="auto"/>
        <w:ind w:left="0"/>
      </w:pPr>
      <w:r>
        <w:rPr>
          <w:rFonts w:ascii="Arial" w:hAnsi="Arial"/>
          <w:b/>
          <w:color w:val="000000"/>
          <w:sz w:val="21"/>
        </w:rPr>
        <w:t>184.  Жауап D · 42 с</w:t>
      </w:r>
    </w:p>
    <w:p>
      <w:pPr>
        <w:widowControl/>
        <w:spacing w:before="0" w:after="320" w:line="276" w:lineRule="auto"/>
        <w:ind w:left="0"/>
      </w:pPr>
      <w:r>
        <w:rPr>
          <w:rFonts w:ascii="Arial" w:hAnsi="Arial"/>
          <w:b w:val="0"/>
          <w:color w:val="000000"/>
          <w:sz w:val="21"/>
        </w:rPr>
        <w:t>Бағанадан өткенде пойыз өз ұзындығына тең жол жүреді. Көпірде оған 180 м жол, ал уақытқа 24 − 12 = 12 с қосылады. Жылдамдық 180/12 = 15 м/с. Пойыз ұзындығы 15 · 12 = 180 м. Тоннельден толық шығу үшін 450 + 180 = 630 м жүру керек. Уақыт 630/15 = 42 с.</w:t>
      </w:r>
    </w:p>
    <w:p>
      <w:pPr>
        <w:pStyle w:val="Heading1"/>
        <w:pageBreakBefore/>
        <w:widowControl/>
        <w:spacing w:before="0" w:after="160" w:line="276" w:lineRule="auto"/>
        <w:ind w:left="0"/>
      </w:pPr>
      <w:r>
        <w:rPr>
          <w:rFonts w:ascii="Arial" w:hAnsi="Arial"/>
          <w:b/>
          <w:color w:val="000000"/>
          <w:sz w:val="42"/>
        </w:rPr>
        <w:t>Күрделі есептердің шешімдері</w:t>
      </w:r>
    </w:p>
    <w:p>
      <w:pPr>
        <w:widowControl/>
        <w:spacing w:before="0" w:after="420" w:line="276" w:lineRule="auto"/>
        <w:ind w:left="0"/>
      </w:pPr>
      <w:r>
        <w:rPr>
          <w:rFonts w:ascii="Arial" w:hAnsi="Arial"/>
          <w:b w:val="0"/>
          <w:color w:val="000000"/>
          <w:sz w:val="20"/>
        </w:rPr>
        <w:t>Тақырыптық жаттығулар · 185–188</w:t>
      </w:r>
    </w:p>
    <w:p>
      <w:pPr>
        <w:keepNext/>
        <w:widowControl/>
        <w:spacing w:before="0" w:after="80" w:line="276" w:lineRule="auto"/>
        <w:ind w:left="0"/>
      </w:pPr>
      <w:r>
        <w:rPr>
          <w:rFonts w:ascii="Arial" w:hAnsi="Arial"/>
          <w:b/>
          <w:color w:val="000000"/>
          <w:sz w:val="21"/>
        </w:rPr>
        <w:t>185.  Жауап D · 285 тг</w:t>
      </w:r>
    </w:p>
    <w:p>
      <w:pPr>
        <w:widowControl/>
        <w:spacing w:before="0" w:after="320" w:line="276" w:lineRule="auto"/>
        <w:ind w:left="0"/>
      </w:pPr>
      <w:r>
        <w:rPr>
          <w:rFonts w:ascii="Arial" w:hAnsi="Arial"/>
          <w:b w:val="0"/>
          <w:color w:val="000000"/>
          <w:sz w:val="21"/>
        </w:rPr>
        <w:t>Сатып алуларды қоссақ, 12 дәптер мен 12 қалам 5040 тг тұрады. Демек дәптер мен қалам бірге 420 тг. Айырмасы — екі қаламның орнына екі дәптер — 300 тг. Дәптер қаламнан 150 тг қымбат. Сондықтан дәптер (420 + 150)/2 = 285 тг, қалам 135 тг. Тексеру: 7 · 285 + 5 · 135 = 2670.</w:t>
      </w:r>
    </w:p>
    <w:p>
      <w:pPr>
        <w:keepNext/>
        <w:widowControl/>
        <w:spacing w:before="0" w:after="80" w:line="276" w:lineRule="auto"/>
        <w:ind w:left="0"/>
      </w:pPr>
      <w:r>
        <w:rPr>
          <w:rFonts w:ascii="Arial" w:hAnsi="Arial"/>
          <w:b/>
          <w:color w:val="000000"/>
          <w:sz w:val="21"/>
        </w:rPr>
        <w:t>186.  Жауап B · 945</w:t>
      </w:r>
    </w:p>
    <w:p>
      <w:pPr>
        <w:widowControl/>
        <w:spacing w:before="0" w:after="320" w:line="276" w:lineRule="auto"/>
        <w:ind w:left="0"/>
      </w:pPr>
      <w:r>
        <w:rPr>
          <w:rFonts w:ascii="Arial" w:hAnsi="Arial"/>
          <w:b w:val="0"/>
          <w:color w:val="000000"/>
          <w:sz w:val="21"/>
        </w:rPr>
        <w:t>Соңғы цифр 5, өйткені сан 5-ке бөлінеді және нөл жоқ. Шеткі цифрлардың орнын ауыстырғанда айырма 99 · (бірінші цифр − соңғы цифр) болады. Сондықтан бірінші цифр 5-тен 396/99 = 4-ке артық, яғни 9. 9-ға бөлінуі үшін 9 + 5 + ортаңғы цифр қосындысы 9-ға бөлінуі керек. Ортаңғы цифр 4 сәйкес келеді: қосынды 18. Сан 945, ал 945 − 549 = 396.</w:t>
      </w:r>
    </w:p>
    <w:p>
      <w:pPr>
        <w:keepNext/>
        <w:widowControl/>
        <w:spacing w:before="0" w:after="80" w:line="276" w:lineRule="auto"/>
        <w:ind w:left="0"/>
      </w:pPr>
      <w:r>
        <w:rPr>
          <w:rFonts w:ascii="Arial" w:hAnsi="Arial"/>
          <w:b/>
          <w:color w:val="000000"/>
          <w:sz w:val="21"/>
        </w:rPr>
        <w:t>187.  Жауап B · 119</w:t>
      </w:r>
    </w:p>
    <w:p>
      <w:pPr>
        <w:widowControl/>
        <w:spacing w:before="0" w:after="320" w:line="276" w:lineRule="auto"/>
        <w:ind w:left="0"/>
      </w:pPr>
      <w:r>
        <w:rPr>
          <w:rFonts w:ascii="Arial" w:hAnsi="Arial"/>
          <w:b w:val="0"/>
          <w:color w:val="000000"/>
          <w:sz w:val="21"/>
        </w:rPr>
        <w:t>1-ді қоссақ, сан 3-ке, 4-ке, 5-ке, яғни олардың ЕКОЕ-і 60-қа бөлінеді. Сондықтан мүмкін сандар: 59, 119, 179, 239 және әрі қарай 60 қадаммен. 7-ге еселік алғашқысы 119 = 7 · 17. Ол тиісінше 2, 3, 4 қалдықтарын береді. 59 қалдықтар шарттарына сай, бірақ 7-ге бөлінбейді.</w:t>
      </w:r>
    </w:p>
    <w:p>
      <w:pPr>
        <w:keepNext/>
        <w:widowControl/>
        <w:spacing w:before="0" w:after="80" w:line="276" w:lineRule="auto"/>
        <w:ind w:left="0"/>
      </w:pPr>
      <w:r>
        <w:rPr>
          <w:rFonts w:ascii="Arial" w:hAnsi="Arial"/>
          <w:b/>
          <w:color w:val="000000"/>
          <w:sz w:val="21"/>
        </w:rPr>
        <w:t>188.  Жауап B · 17</w:t>
      </w:r>
    </w:p>
    <w:p>
      <w:pPr>
        <w:widowControl/>
        <w:spacing w:before="0" w:after="320" w:line="276" w:lineRule="auto"/>
        <w:ind w:left="0"/>
      </w:pPr>
      <w:r>
        <w:rPr>
          <w:rFonts w:ascii="Arial" w:hAnsi="Arial"/>
          <w:b w:val="0"/>
          <w:color w:val="000000"/>
          <w:sz w:val="21"/>
        </w:rPr>
        <w:t>Барлығы 7 қадам: 4 оңға, 3 жоғары. Жоғары қадамдардың үш орнын 35 тәсілмен таңдауға болады. Бастапқы нүктеден (2; 1)-ге 3 жол бар: жоғары қадам үш орынның бірінде тұрады. Одан әрі 2 оңға, 2 жоғары қадам керек; оларды 6 тәсілмен орналастырады. Тыйым салынған нүкте арқылы 3 · 6 = 18 бағыт өтеді. Рұқсат етілгені: 35 − 18 = 17.</w:t>
      </w:r>
    </w:p>
    <w:p>
      <w:pPr>
        <w:pStyle w:val="Heading1"/>
        <w:pageBreakBefore/>
        <w:widowControl/>
        <w:spacing w:before="0" w:after="160" w:line="276" w:lineRule="auto"/>
        <w:ind w:left="0"/>
      </w:pPr>
      <w:r>
        <w:rPr>
          <w:rFonts w:ascii="Arial" w:hAnsi="Arial"/>
          <w:b/>
          <w:color w:val="000000"/>
          <w:sz w:val="42"/>
        </w:rPr>
        <w:t>Күрделі есептердің шешімдері</w:t>
      </w:r>
    </w:p>
    <w:p>
      <w:pPr>
        <w:widowControl/>
        <w:spacing w:before="0" w:after="420" w:line="276" w:lineRule="auto"/>
        <w:ind w:left="0"/>
      </w:pPr>
      <w:r>
        <w:rPr>
          <w:rFonts w:ascii="Arial" w:hAnsi="Arial"/>
          <w:b w:val="0"/>
          <w:color w:val="000000"/>
          <w:sz w:val="20"/>
        </w:rPr>
        <w:t>Тақырыптық жаттығулар · 189–192</w:t>
      </w:r>
    </w:p>
    <w:p>
      <w:pPr>
        <w:keepNext/>
        <w:widowControl/>
        <w:spacing w:before="0" w:after="80" w:line="276" w:lineRule="auto"/>
        <w:ind w:left="0"/>
      </w:pPr>
      <w:r>
        <w:rPr>
          <w:rFonts w:ascii="Arial" w:hAnsi="Arial"/>
          <w:b/>
          <w:color w:val="000000"/>
          <w:sz w:val="21"/>
        </w:rPr>
        <w:t>189.  Жауап B · 72</w:t>
      </w:r>
    </w:p>
    <w:p>
      <w:pPr>
        <w:widowControl/>
        <w:spacing w:before="0" w:after="320" w:line="276" w:lineRule="auto"/>
        <w:ind w:left="0"/>
      </w:pPr>
      <w:r>
        <w:rPr>
          <w:rFonts w:ascii="Arial" w:hAnsi="Arial"/>
          <w:b w:val="0"/>
          <w:color w:val="000000"/>
          <w:sz w:val="21"/>
        </w:rPr>
        <w:t>Шектеусіз 5 · 4 · 3 · 2 · 1 = 120 орналастыру бар. Тыйым салынғандарын санайық: ағайындыларды бір блокқа біріктіреміз. 4 объектіні 24 тәсілмен орналастырамыз. Блок ішінде екеуі орын ауыстыра алады: 2 тәсіл. Тыйым салынғаны 24 · 2 = 48, рұқсат етілгені 120 − 48 = 72. Әр тыйым салынған орналастыру дәл бір рет саналды.</w:t>
      </w:r>
    </w:p>
    <w:p>
      <w:pPr>
        <w:keepNext/>
        <w:widowControl/>
        <w:spacing w:before="0" w:after="80" w:line="276" w:lineRule="auto"/>
        <w:ind w:left="0"/>
      </w:pPr>
      <w:r>
        <w:rPr>
          <w:rFonts w:ascii="Arial" w:hAnsi="Arial"/>
          <w:b/>
          <w:color w:val="000000"/>
          <w:sz w:val="21"/>
        </w:rPr>
        <w:t>190.  Жауап C · 4</w:t>
      </w:r>
    </w:p>
    <w:p>
      <w:pPr>
        <w:widowControl/>
        <w:spacing w:before="0" w:after="320" w:line="276" w:lineRule="auto"/>
        <w:ind w:left="0"/>
      </w:pPr>
      <w:r>
        <w:rPr>
          <w:rFonts w:ascii="Arial" w:hAnsi="Arial"/>
          <w:b w:val="0"/>
          <w:color w:val="000000"/>
          <w:sz w:val="21"/>
        </w:rPr>
        <w:t>4-ке бөліну соңғы екі цифрмен анықталады. Берілген әртүрлі цифрлардан 12, 20, 32 аяқталулары сәйкес келеді. 12 үшін 0 мен 3 қалады: тек 3012 жарайды. 20 үшін 1 мен 3 қалады: 1320 және 3120. 32 үшін 0 мен 1 қалады: тек 1032. Барлығы 4 сан. Нөлден басталатын жазбалар төрт таңбалы сан емес.</w:t>
      </w:r>
    </w:p>
    <w:p>
      <w:pPr>
        <w:keepNext/>
        <w:widowControl/>
        <w:spacing w:before="0" w:after="80" w:line="276" w:lineRule="auto"/>
        <w:ind w:left="0"/>
      </w:pPr>
      <w:r>
        <w:rPr>
          <w:rFonts w:ascii="Arial" w:hAnsi="Arial"/>
          <w:b/>
          <w:color w:val="000000"/>
          <w:sz w:val="21"/>
        </w:rPr>
        <w:t>191.  Жауап A · 3 м</w:t>
      </w:r>
    </w:p>
    <w:p>
      <w:pPr>
        <w:widowControl/>
        <w:spacing w:before="0" w:after="320" w:line="276" w:lineRule="auto"/>
        <w:ind w:left="0"/>
      </w:pPr>
      <w:r>
        <w:rPr>
          <w:rFonts w:ascii="Arial" w:hAnsi="Arial"/>
          <w:b w:val="0"/>
          <w:color w:val="000000"/>
          <w:sz w:val="21"/>
        </w:rPr>
        <w:t>Жол ені әр өлшемнің екі жағынан да шегеріледі. Ені 3 м болса, көгал қабырғалары 18 − 6 = 12 м және 14 − 6 = 8 м; ауданы 12 · 8 = 96 м². Ені 2 м болса, аудан 14 · 10 = 140 м²; 4 м болса, 10 · 6 = 60 м²; 5 м болса, 8 · 4 = 32 м². Тек 3 м сәйкес келеді. Рұқсат етілген ен артқан сайын екі қабырға да кішірейеді, сондықтан басқа шешім жоқ.</w:t>
      </w:r>
    </w:p>
    <w:p>
      <w:pPr>
        <w:keepNext/>
        <w:widowControl/>
        <w:spacing w:before="0" w:after="80" w:line="276" w:lineRule="auto"/>
        <w:ind w:left="0"/>
      </w:pPr>
      <w:r>
        <w:rPr>
          <w:rFonts w:ascii="Arial" w:hAnsi="Arial"/>
          <w:b/>
          <w:color w:val="000000"/>
          <w:sz w:val="21"/>
        </w:rPr>
        <w:t>192.  Жауап C · 7</w:t>
      </w:r>
    </w:p>
    <w:p>
      <w:pPr>
        <w:widowControl/>
        <w:spacing w:before="0" w:after="320" w:line="276" w:lineRule="auto"/>
        <w:ind w:left="0"/>
      </w:pPr>
      <w:r>
        <w:rPr>
          <w:rFonts w:ascii="Arial" w:hAnsi="Arial"/>
          <w:b w:val="0"/>
          <w:color w:val="000000"/>
          <w:sz w:val="21"/>
        </w:rPr>
        <w:t>Үшбұрыш теңсіздігі бойынша 11 − 8 &lt; x &lt; 11 + 8, яғни 3 &lt; x &lt; 19. Периметр 19 + x. Ол жұп болуы үшін x тақ болуы керек. 5, 7, 9, 11, 13, 15, 17 сәйкес келеді — барлығы 7 мән. 3 пен 19 кірмейді: бұл жағдайда үшбұрыш кесіндіге айналады.</w:t>
      </w:r>
    </w:p>
    <w:p>
      <w:pPr>
        <w:pStyle w:val="Heading1"/>
        <w:pageBreakBefore/>
        <w:widowControl/>
        <w:spacing w:before="0" w:after="160" w:line="276" w:lineRule="auto"/>
        <w:ind w:left="0"/>
      </w:pPr>
      <w:r>
        <w:rPr>
          <w:rFonts w:ascii="Arial" w:hAnsi="Arial"/>
          <w:b/>
          <w:color w:val="000000"/>
          <w:sz w:val="42"/>
        </w:rPr>
        <w:t>Күрделі есептердің шешімдері</w:t>
      </w:r>
    </w:p>
    <w:p>
      <w:pPr>
        <w:widowControl/>
        <w:spacing w:before="0" w:after="420" w:line="276" w:lineRule="auto"/>
        <w:ind w:left="0"/>
      </w:pPr>
      <w:r>
        <w:rPr>
          <w:rFonts w:ascii="Arial" w:hAnsi="Arial"/>
          <w:b w:val="0"/>
          <w:color w:val="000000"/>
          <w:sz w:val="20"/>
        </w:rPr>
        <w:t>Тақырыптық жаттығулар · 193–196</w:t>
      </w:r>
    </w:p>
    <w:p>
      <w:pPr>
        <w:keepNext/>
        <w:widowControl/>
        <w:spacing w:before="0" w:after="80" w:line="276" w:lineRule="auto"/>
        <w:ind w:left="0"/>
      </w:pPr>
      <w:r>
        <w:rPr>
          <w:rFonts w:ascii="Arial" w:hAnsi="Arial"/>
          <w:b/>
          <w:color w:val="000000"/>
          <w:sz w:val="21"/>
        </w:rPr>
        <w:t>193.  Жауап C · 24</w:t>
      </w:r>
    </w:p>
    <w:p>
      <w:pPr>
        <w:widowControl/>
        <w:spacing w:before="0" w:after="320" w:line="276" w:lineRule="auto"/>
        <w:ind w:left="0"/>
      </w:pPr>
      <w:r>
        <w:rPr>
          <w:rFonts w:ascii="Arial" w:hAnsi="Arial"/>
          <w:b w:val="0"/>
          <w:color w:val="000000"/>
          <w:sz w:val="21"/>
        </w:rPr>
        <w:t>Дәл екі боялған жағы бар текшелер бұрыштардан басқа қырларда жатады. Ұзындығы 3 см төрт қырдың әрқайсысында 3 − 2 = 1 текше бар. 4 см төрт қырда 2-ден, 5 см төрт қырда 3-тен. Барлығы 4 · (1 + 2 + 3) = 24. Сегіз бұрыштық текшенің үш жағы боялған, сондықтан олар есептелмейді.</w:t>
      </w:r>
    </w:p>
    <w:p>
      <w:pPr>
        <w:keepNext/>
        <w:widowControl/>
        <w:spacing w:before="0" w:after="80" w:line="276" w:lineRule="auto"/>
        <w:ind w:left="0"/>
      </w:pPr>
      <w:r>
        <w:rPr>
          <w:rFonts w:ascii="Arial" w:hAnsi="Arial"/>
          <w:b/>
          <w:color w:val="000000"/>
          <w:sz w:val="21"/>
        </w:rPr>
        <w:t>194.  Жауап C · 20 балл</w:t>
      </w:r>
    </w:p>
    <w:p>
      <w:pPr>
        <w:widowControl/>
        <w:spacing w:before="0" w:after="320" w:line="276" w:lineRule="auto"/>
        <w:ind w:left="0"/>
      </w:pPr>
      <w:r>
        <w:rPr>
          <w:rFonts w:ascii="Arial" w:hAnsi="Arial"/>
          <w:b w:val="0"/>
          <w:color w:val="000000"/>
          <w:sz w:val="21"/>
        </w:rPr>
        <w:t>Бастапқы ұпайлар қосындысы 10 · 18 = 180. Кеткен екеуінікі 2 · 12 = 24, келген төртеуінікі 4 · 21 = 84. Жаңа қосынды 180 − 24 + 84 = 240. Оқушылар саны 10 − 2 + 4 = 12. Орташа нәтиже 240/12 = 20 балл. Саны әртүрлі топтардың орташа мәндерін жай ғана қосып орташалауға болмайды.</w:t>
      </w:r>
    </w:p>
    <w:p>
      <w:pPr>
        <w:keepNext/>
        <w:widowControl/>
        <w:spacing w:before="0" w:after="80" w:line="276" w:lineRule="auto"/>
        <w:ind w:left="0"/>
      </w:pPr>
      <w:r>
        <w:rPr>
          <w:rFonts w:ascii="Arial" w:hAnsi="Arial"/>
          <w:b/>
          <w:color w:val="000000"/>
          <w:sz w:val="21"/>
        </w:rPr>
        <w:t>195.  Жауап D · 5/18</w:t>
      </w:r>
    </w:p>
    <w:p>
      <w:pPr>
        <w:widowControl/>
        <w:spacing w:before="0" w:after="320" w:line="276" w:lineRule="auto"/>
        <w:ind w:left="0"/>
      </w:pPr>
      <w:r>
        <w:rPr>
          <w:rFonts w:ascii="Arial" w:hAnsi="Arial"/>
          <w:b w:val="0"/>
          <w:color w:val="000000"/>
          <w:sz w:val="21"/>
        </w:rPr>
        <w:t>Реті ескерілмейтін барлық жұптар 9 · 8 / 2 = 36. Қызыл жұпты 4 · 3 / 2 = 6, көк жұпты 3 · 2 / 2 = 3, жасыл жұпты бір тәсілмен таңдауға болады. Қолайлы жұптар 6 + 3 + 1 = 10. Ықтималдық 10/36 = 5/18. Шарлар қайтарылмайды, сондықтан екінші алу біріншіге тәуелді.</w:t>
      </w:r>
    </w:p>
    <w:p>
      <w:pPr>
        <w:keepNext/>
        <w:widowControl/>
        <w:spacing w:before="0" w:after="80" w:line="276" w:lineRule="auto"/>
        <w:ind w:left="0"/>
      </w:pPr>
      <w:r>
        <w:rPr>
          <w:rFonts w:ascii="Arial" w:hAnsi="Arial"/>
          <w:b/>
          <w:color w:val="000000"/>
          <w:sz w:val="21"/>
        </w:rPr>
        <w:t>196.  Жауап A · 14</w:t>
      </w:r>
    </w:p>
    <w:p>
      <w:pPr>
        <w:widowControl/>
        <w:spacing w:before="0" w:after="320" w:line="276" w:lineRule="auto"/>
        <w:ind w:left="0"/>
      </w:pPr>
      <w:r>
        <w:rPr>
          <w:rFonts w:ascii="Arial" w:hAnsi="Arial"/>
          <w:b w:val="0"/>
          <w:color w:val="000000"/>
          <w:sz w:val="21"/>
        </w:rPr>
        <w:t>Кемінде бір үйірмеге 32 − 6 = 26 оқушы қатысады. 20 + 18 = 38 қосындысында екі үйірмеге де қатысатындар екі рет саналған. Сондықтан екеуіне де 38 − 26 = 12 оқушы қатысады. Тек математикаға 20 − 12 = 8, тек шахматқа 18 − 12 = 6. Дәл біреуіне 8 + 6 = 14 оқушы қатысады.</w:t>
      </w:r>
    </w:p>
    <w:p>
      <w:pPr>
        <w:pStyle w:val="Heading1"/>
        <w:pageBreakBefore/>
        <w:widowControl/>
        <w:spacing w:before="0" w:after="160" w:line="276" w:lineRule="auto"/>
        <w:ind w:left="0"/>
      </w:pPr>
      <w:r>
        <w:rPr>
          <w:rFonts w:ascii="Arial" w:hAnsi="Arial"/>
          <w:b/>
          <w:color w:val="000000"/>
          <w:sz w:val="42"/>
        </w:rPr>
        <w:t>Күрделі есептердің шешімдері</w:t>
      </w:r>
    </w:p>
    <w:p>
      <w:pPr>
        <w:widowControl/>
        <w:spacing w:before="0" w:after="420" w:line="276" w:lineRule="auto"/>
        <w:ind w:left="0"/>
      </w:pPr>
      <w:r>
        <w:rPr>
          <w:rFonts w:ascii="Arial" w:hAnsi="Arial"/>
          <w:b w:val="0"/>
          <w:color w:val="000000"/>
          <w:sz w:val="20"/>
        </w:rPr>
        <w:t>Тақырыптық жаттығулар · 197–200</w:t>
      </w:r>
    </w:p>
    <w:p>
      <w:pPr>
        <w:keepNext/>
        <w:widowControl/>
        <w:spacing w:before="0" w:after="80" w:line="276" w:lineRule="auto"/>
        <w:ind w:left="0"/>
      </w:pPr>
      <w:r>
        <w:rPr>
          <w:rFonts w:ascii="Arial" w:hAnsi="Arial"/>
          <w:b/>
          <w:color w:val="000000"/>
          <w:sz w:val="21"/>
        </w:rPr>
        <w:t>197.  Жауап B · 5 сағ 20 мин</w:t>
      </w:r>
    </w:p>
    <w:p>
      <w:pPr>
        <w:widowControl/>
        <w:spacing w:before="0" w:after="320" w:line="276" w:lineRule="auto"/>
        <w:ind w:left="0"/>
      </w:pPr>
      <w:r>
        <w:rPr>
          <w:rFonts w:ascii="Arial" w:hAnsi="Arial"/>
          <w:b w:val="0"/>
          <w:color w:val="000000"/>
          <w:sz w:val="21"/>
        </w:rPr>
        <w:t>Жұптар бір сағатта тапсырыстың 1/6, 1/8, 1/12 бөлігін орындайды. Қосынды өнімділік 4/24 + 3/24 + 2/24 = 9/24 = 3/8. Әр жұмысшы екі рет саналғандықтан, үшеуінің өнімділігі сағатына тапсырыстың 3/16 бөлігі. Уақыт 1 : (3/16) = 16/3 сағ = 5 сағ 20 мин. Жұмыс уақыттарын қосуға не орташалауға болмайды.</w:t>
      </w:r>
    </w:p>
    <w:p>
      <w:pPr>
        <w:keepNext/>
        <w:widowControl/>
        <w:spacing w:before="0" w:after="80" w:line="276" w:lineRule="auto"/>
        <w:ind w:left="0"/>
      </w:pPr>
      <w:r>
        <w:rPr>
          <w:rFonts w:ascii="Arial" w:hAnsi="Arial"/>
          <w:b/>
          <w:color w:val="000000"/>
          <w:sz w:val="21"/>
        </w:rPr>
        <w:t>198.  Жауап D · 300</w:t>
      </w:r>
    </w:p>
    <w:p>
      <w:pPr>
        <w:widowControl/>
        <w:spacing w:before="0" w:after="320" w:line="276" w:lineRule="auto"/>
        <w:ind w:left="0"/>
      </w:pPr>
      <w:r>
        <w:rPr>
          <w:rFonts w:ascii="Arial" w:hAnsi="Arial"/>
          <w:b w:val="0"/>
          <w:color w:val="000000"/>
          <w:sz w:val="21"/>
        </w:rPr>
        <w:t>1–9 нөмірлеріне 9 цифр керек. 10–99 нөмірлеріне 90 · 2 = 180 цифр. Бірге 189. Қалғаны 792 − 189 = 603 цифр, яғни 603/3 = 201 үш таңбалы нөмір. Алғашқысы 100, соңғысы 100 + 201 − 1 = 300. Тексеру: 9 + 180 + 201 · 3 = 792. Бөлгеннен кейін үш таңбалы бөлік қай нөмірден басталатынын ескеру керек.</w:t>
      </w:r>
    </w:p>
    <w:p>
      <w:pPr>
        <w:keepNext/>
        <w:widowControl/>
        <w:spacing w:before="0" w:after="80" w:line="276" w:lineRule="auto"/>
        <w:ind w:left="0"/>
      </w:pPr>
      <w:r>
        <w:rPr>
          <w:rFonts w:ascii="Arial" w:hAnsi="Arial"/>
          <w:b/>
          <w:color w:val="000000"/>
          <w:sz w:val="21"/>
        </w:rPr>
        <w:t>199.  Жауап B · 2 км</w:t>
      </w:r>
    </w:p>
    <w:p>
      <w:pPr>
        <w:widowControl/>
        <w:spacing w:before="0" w:after="320" w:line="276" w:lineRule="auto"/>
        <w:ind w:left="0"/>
      </w:pPr>
      <w:r>
        <w:rPr>
          <w:rFonts w:ascii="Arial" w:hAnsi="Arial"/>
          <w:b w:val="0"/>
          <w:color w:val="000000"/>
          <w:sz w:val="21"/>
        </w:rPr>
        <w:t>Бастапқы картада кесінді 6,4 : 0,8 = 8 см болған. Нақты арақашықтық 8 · 25 000 = 200 000 см = 2000 м = 2 км. Бастапқы масштабты кішірейтілген басылымға тікелей қолдануға болмайды. Жаңа масштаб 1 : 31 250; ол да 6,4 · 31 250 = 200 000 см береді.</w:t>
      </w:r>
    </w:p>
    <w:p>
      <w:pPr>
        <w:keepNext/>
        <w:widowControl/>
        <w:spacing w:before="0" w:after="80" w:line="276" w:lineRule="auto"/>
        <w:ind w:left="0"/>
      </w:pPr>
      <w:r>
        <w:rPr>
          <w:rFonts w:ascii="Arial" w:hAnsi="Arial"/>
          <w:b/>
          <w:color w:val="000000"/>
          <w:sz w:val="21"/>
        </w:rPr>
        <w:t>200.  Жауап C · 18</w:t>
      </w:r>
    </w:p>
    <w:p>
      <w:pPr>
        <w:widowControl/>
        <w:spacing w:before="0" w:after="320" w:line="276" w:lineRule="auto"/>
        <w:ind w:left="0"/>
      </w:pPr>
      <w:r>
        <w:rPr>
          <w:rFonts w:ascii="Arial" w:hAnsi="Arial"/>
          <w:b w:val="0"/>
          <w:color w:val="000000"/>
          <w:sz w:val="21"/>
        </w:rPr>
        <w:t>Екі қызыл шықпауы үшін 7 көктің бәрін, 9 жасылдың бәрін және тек 1 қызылды алуға болады — барлығы 17. Демек 17 жеткіліксіз. Екі көк шықпаса, ең көбі 5 + 9 + 1 = 15; екі жасыл шықпаса, ең көбі 5 + 7 + 1 = 13 шұлық алынады. 18 алынған соң бұл жағдайлардың ешбірі мүмкін емес, сондықтан әр түстен кемінде екеу болады. Жауап 18.</w:t>
      </w:r>
    </w:p>
    <w:p>
      <w:pPr>
        <w:pStyle w:val="Heading1"/>
        <w:pageBreakBefore/>
        <w:widowControl/>
        <w:spacing w:before="0" w:after="160" w:line="276" w:lineRule="auto"/>
        <w:ind w:left="0"/>
      </w:pPr>
      <w:r>
        <w:rPr>
          <w:rFonts w:ascii="Arial" w:hAnsi="Arial"/>
          <w:b/>
          <w:color w:val="000000"/>
          <w:sz w:val="42"/>
        </w:rPr>
        <w:t>Күрделі есептердің шешімдері</w:t>
      </w:r>
    </w:p>
    <w:p>
      <w:pPr>
        <w:widowControl/>
        <w:spacing w:before="0" w:after="420" w:line="276" w:lineRule="auto"/>
        <w:ind w:left="0"/>
      </w:pPr>
      <w:r>
        <w:rPr>
          <w:rFonts w:ascii="Arial" w:hAnsi="Arial"/>
          <w:b w:val="0"/>
          <w:color w:val="000000"/>
          <w:sz w:val="20"/>
        </w:rPr>
        <w:t>Тақырыптық жаттығулар · 201–204</w:t>
      </w:r>
    </w:p>
    <w:p>
      <w:pPr>
        <w:keepNext/>
        <w:widowControl/>
        <w:spacing w:before="0" w:after="80" w:line="276" w:lineRule="auto"/>
        <w:ind w:left="0"/>
      </w:pPr>
      <w:r>
        <w:rPr>
          <w:rFonts w:ascii="Arial" w:hAnsi="Arial"/>
          <w:b/>
          <w:color w:val="000000"/>
          <w:sz w:val="21"/>
        </w:rPr>
        <w:t>201.  Жауап D · 7400 тг</w:t>
      </w:r>
    </w:p>
    <w:p>
      <w:pPr>
        <w:widowControl/>
        <w:spacing w:before="0" w:after="320" w:line="276" w:lineRule="auto"/>
        <w:ind w:left="0"/>
      </w:pPr>
      <w:r>
        <w:rPr>
          <w:rFonts w:ascii="Arial" w:hAnsi="Arial"/>
          <w:b w:val="0"/>
          <w:color w:val="000000"/>
          <w:sz w:val="21"/>
        </w:rPr>
        <w:t>Шағын автобустар санын қарастырайық. Онсыз 5 такси керек: 9000 тг. Бір шағын автобуспен 10 жолаушы қалады, 3 такси керек: 8200 тг. Екеуімен 3 жолаушы қалады, 1 такси керек: 5600 + 1800 = 7400 тг. Үш шағын автобус 8400 тг тұрады. Төртеуі және одан көбі қымбат. Ең азы 7400 тг: екі шағын автобус, бір такси, барлығы 18 орын.</w:t>
      </w:r>
    </w:p>
    <w:p>
      <w:pPr>
        <w:keepNext/>
        <w:widowControl/>
        <w:spacing w:before="0" w:after="80" w:line="276" w:lineRule="auto"/>
        <w:ind w:left="0"/>
      </w:pPr>
      <w:r>
        <w:rPr>
          <w:rFonts w:ascii="Arial" w:hAnsi="Arial"/>
          <w:b/>
          <w:color w:val="000000"/>
          <w:sz w:val="21"/>
        </w:rPr>
        <w:t>202.  Жауап D · 56</w:t>
      </w:r>
    </w:p>
    <w:p>
      <w:pPr>
        <w:widowControl/>
        <w:spacing w:before="0" w:after="320" w:line="276" w:lineRule="auto"/>
        <w:ind w:left="0"/>
      </w:pPr>
      <w:r>
        <w:rPr>
          <w:rFonts w:ascii="Arial" w:hAnsi="Arial"/>
          <w:b w:val="0"/>
          <w:color w:val="000000"/>
          <w:sz w:val="21"/>
        </w:rPr>
        <w:t>Таңдалған нөмірлер a &lt; b &lt; c болсын. Араларында кемінде бір бос ұяшық керек: b ≥ a + 2, c ≥ b + 2. Әр таңдауға a, b − 1, c − 2 үштігі сәйкес келеді: 1-ден 8-ге дейінгі әртүрлі өспелі үш сан. Кері бағытта кез келген осындай үштіктің екіншісіне 1, үшіншісіне 2 қоссақ, дұрыс ұяшықтар шығады. Сегізден үштікті 8 · 7 · 6 / (3 · 2 · 1) = 56 тәсілмен таңдаймыз.</w:t>
      </w:r>
    </w:p>
    <w:p>
      <w:pPr>
        <w:keepNext/>
        <w:widowControl/>
        <w:spacing w:before="0" w:after="80" w:line="276" w:lineRule="auto"/>
        <w:ind w:left="0"/>
      </w:pPr>
      <w:r>
        <w:rPr>
          <w:rFonts w:ascii="Arial" w:hAnsi="Arial"/>
          <w:b/>
          <w:color w:val="000000"/>
          <w:sz w:val="21"/>
        </w:rPr>
        <w:t>203.  Жауап A · 40</w:t>
      </w:r>
    </w:p>
    <w:p>
      <w:pPr>
        <w:widowControl/>
        <w:spacing w:before="0" w:after="320" w:line="276" w:lineRule="auto"/>
        <w:ind w:left="0"/>
      </w:pPr>
      <w:r>
        <w:rPr>
          <w:rFonts w:ascii="Arial" w:hAnsi="Arial"/>
          <w:b w:val="0"/>
          <w:color w:val="000000"/>
          <w:sz w:val="21"/>
        </w:rPr>
        <w:t>Торда 5 тік және 4 көлденең сызық бар. Екі тік сызықты 5 · 4 / 2 = 10, екі көлденеңді 4 · 3 / 2 = 6 тәсілмен таңдаймыз. Барлығы 60 тіктөртбұрыш. 1 × 1 шаршылар 12, 2 × 2 шаршылар 3 · 2 = 6, 3 × 3 шаршылар 2 · 1 = 2. Барлығы 20 шаршы. Қалған тіктөртбұрыштар 60 − 20 = 40. Бір тіктөртбұрыш бірнеше ұяшықтан тұра алады.</w:t>
      </w:r>
    </w:p>
    <w:p>
      <w:pPr>
        <w:keepNext/>
        <w:widowControl/>
        <w:spacing w:before="0" w:after="80" w:line="276" w:lineRule="auto"/>
        <w:ind w:left="0"/>
      </w:pPr>
      <w:r>
        <w:rPr>
          <w:rFonts w:ascii="Arial" w:hAnsi="Arial"/>
          <w:b/>
          <w:color w:val="000000"/>
          <w:sz w:val="21"/>
        </w:rPr>
        <w:t>204.  Жауап A · 62 см</w:t>
      </w:r>
    </w:p>
    <w:p>
      <w:pPr>
        <w:widowControl/>
        <w:spacing w:before="0" w:after="320" w:line="276" w:lineRule="auto"/>
        <w:ind w:left="0"/>
      </w:pPr>
      <w:r>
        <w:rPr>
          <w:rFonts w:ascii="Arial" w:hAnsi="Arial"/>
          <w:b w:val="0"/>
          <w:color w:val="000000"/>
          <w:sz w:val="21"/>
        </w:rPr>
        <w:t>Бастапқы периметр 2 · (20 + 12) = 64 см. Шекарадан ұзындықтары 3 және 4 см екі кесінді алынды. Олардың орнына жаңа шекараға 5 см кесу сызығы кірді. Қалған фигураның периметрі 64 − 3 − 4 + 5 = 62 см. Кесу ұзындығы қосылады: ол парақ жиегінің бөлігіне айналды.</w:t>
      </w:r>
    </w:p>
    <w:p>
      <w:pPr>
        <w:pStyle w:val="Heading1"/>
        <w:pageBreakBefore/>
        <w:widowControl/>
        <w:spacing w:before="0" w:after="160" w:line="276" w:lineRule="auto"/>
        <w:ind w:left="0"/>
      </w:pPr>
      <w:r>
        <w:rPr>
          <w:rFonts w:ascii="Arial" w:hAnsi="Arial"/>
          <w:b/>
          <w:color w:val="000000"/>
          <w:sz w:val="42"/>
        </w:rPr>
        <w:t>Күрделі есептердің шешімдері</w:t>
      </w:r>
    </w:p>
    <w:p>
      <w:pPr>
        <w:widowControl/>
        <w:spacing w:before="0" w:after="420" w:line="276" w:lineRule="auto"/>
        <w:ind w:left="0"/>
      </w:pPr>
      <w:r>
        <w:rPr>
          <w:rFonts w:ascii="Arial" w:hAnsi="Arial"/>
          <w:b w:val="0"/>
          <w:color w:val="000000"/>
          <w:sz w:val="20"/>
        </w:rPr>
        <w:t>Тақырыптық жаттығулар · 205–208</w:t>
      </w:r>
    </w:p>
    <w:p>
      <w:pPr>
        <w:keepNext/>
        <w:widowControl/>
        <w:spacing w:before="0" w:after="80" w:line="276" w:lineRule="auto"/>
        <w:ind w:left="0"/>
      </w:pPr>
      <w:r>
        <w:rPr>
          <w:rFonts w:ascii="Arial" w:hAnsi="Arial"/>
          <w:b/>
          <w:color w:val="000000"/>
          <w:sz w:val="21"/>
        </w:rPr>
        <w:t>205.  Жауап C</w:t>
      </w:r>
    </w:p>
    <w:p>
      <w:pPr>
        <w:widowControl/>
        <w:spacing w:before="0" w:after="320" w:line="276" w:lineRule="auto"/>
        <w:ind w:left="0"/>
      </w:pPr>
      <w:r>
        <w:rPr>
          <w:rFonts w:ascii="Arial" w:hAnsi="Arial"/>
          <w:b w:val="0"/>
          <w:color w:val="000000"/>
          <w:sz w:val="21"/>
        </w:rPr>
        <w:t>Қосынды квадратын ашамыз: (a + b)² = a² + 2ab + b². Сондықтан a² + b² = 12² − 2 · 32 = 144 − 64 = 80. Бағандар тең, жауап C. a мен b-ны жеке табу қажет емес; мысалы, 4 пен 8 шартқа сай.</w:t>
      </w:r>
    </w:p>
    <w:p>
      <w:pPr>
        <w:keepNext/>
        <w:widowControl/>
        <w:spacing w:before="0" w:after="80" w:line="276" w:lineRule="auto"/>
        <w:ind w:left="0"/>
      </w:pPr>
      <w:r>
        <w:rPr>
          <w:rFonts w:ascii="Arial" w:hAnsi="Arial"/>
          <w:b/>
          <w:color w:val="000000"/>
          <w:sz w:val="21"/>
        </w:rPr>
        <w:t>206.  Жауап D</w:t>
      </w:r>
    </w:p>
    <w:p>
      <w:pPr>
        <w:widowControl/>
        <w:spacing w:before="0" w:after="320" w:line="276" w:lineRule="auto"/>
        <w:ind w:left="0"/>
      </w:pPr>
      <w:r>
        <w:rPr>
          <w:rFonts w:ascii="Arial" w:hAnsi="Arial"/>
          <w:b w:val="0"/>
          <w:color w:val="000000"/>
          <w:sz w:val="21"/>
        </w:rPr>
        <w:t>x = y = 5 болса, көбейтінді 25, яғни бағандар тең. x = 2, y = 8 болса, көбейтінді 16, B бағаны үлкен. Екі жағдай да шартқа сай. Көбейтінді ешқашан 25-тен аспаса да, теңдік пен қатаң теңсіздік әртүрлі жауап береді. Сондықтан D.</w:t>
      </w:r>
    </w:p>
    <w:p>
      <w:pPr>
        <w:keepNext/>
        <w:widowControl/>
        <w:spacing w:before="0" w:after="80" w:line="276" w:lineRule="auto"/>
        <w:ind w:left="0"/>
      </w:pPr>
      <w:r>
        <w:rPr>
          <w:rFonts w:ascii="Arial" w:hAnsi="Arial"/>
          <w:b/>
          <w:color w:val="000000"/>
          <w:sz w:val="21"/>
        </w:rPr>
        <w:t>207.  Жауап B</w:t>
      </w:r>
    </w:p>
    <w:p>
      <w:pPr>
        <w:widowControl/>
        <w:spacing w:before="0" w:after="320" w:line="276" w:lineRule="auto"/>
        <w:ind w:left="0"/>
      </w:pPr>
      <w:r>
        <w:rPr>
          <w:rFonts w:ascii="Arial" w:hAnsi="Arial"/>
          <w:b w:val="0"/>
          <w:color w:val="000000"/>
          <w:sz w:val="21"/>
        </w:rPr>
        <w:t>Бүтін болғандықтан, x тек −1, 0 немесе 1 бола алады. Квадраты 1 не 0, бұл әрдайым 2-ден кіші. B бағаны үлкен, жауап B. Шекаралар қатаң: −2 мен 2 шартқа кірмейді.</w:t>
      </w:r>
    </w:p>
    <w:p>
      <w:pPr>
        <w:keepNext/>
        <w:widowControl/>
        <w:spacing w:before="0" w:after="80" w:line="276" w:lineRule="auto"/>
        <w:ind w:left="0"/>
      </w:pPr>
      <w:r>
        <w:rPr>
          <w:rFonts w:ascii="Arial" w:hAnsi="Arial"/>
          <w:b/>
          <w:color w:val="000000"/>
          <w:sz w:val="21"/>
        </w:rPr>
        <w:t>208.  Жауап A</w:t>
      </w:r>
    </w:p>
    <w:p>
      <w:pPr>
        <w:widowControl/>
        <w:spacing w:before="0" w:after="320" w:line="276" w:lineRule="auto"/>
        <w:ind w:left="0"/>
      </w:pPr>
      <w:r>
        <w:rPr>
          <w:rFonts w:ascii="Arial" w:hAnsi="Arial"/>
          <w:b w:val="0"/>
          <w:color w:val="000000"/>
          <w:sz w:val="21"/>
        </w:rPr>
        <w:t>Мұндай n саны ЕКОЕ(6; 10) = 30 санына еселік. Ең кіші натурал мәні 30, сондықтан n/15 ≥ 2 &gt; 1. A бағаны әрдайым үлкен, жауап A. Натуралдық шарты салыстыруды өзгертетін нөлді алып тастайды.</w:t>
      </w:r>
    </w:p>
    <w:p>
      <w:pPr>
        <w:pStyle w:val="Heading1"/>
        <w:pageBreakBefore/>
        <w:widowControl/>
        <w:spacing w:before="0" w:after="160" w:line="276" w:lineRule="auto"/>
        <w:ind w:left="0"/>
      </w:pPr>
      <w:r>
        <w:rPr>
          <w:rFonts w:ascii="Arial" w:hAnsi="Arial"/>
          <w:b/>
          <w:color w:val="000000"/>
          <w:sz w:val="42"/>
        </w:rPr>
        <w:t>Күрделі есептердің шешімдері</w:t>
      </w:r>
    </w:p>
    <w:p>
      <w:pPr>
        <w:widowControl/>
        <w:spacing w:before="0" w:after="420" w:line="276" w:lineRule="auto"/>
        <w:ind w:left="0"/>
      </w:pPr>
      <w:r>
        <w:rPr>
          <w:rFonts w:ascii="Arial" w:hAnsi="Arial"/>
          <w:b w:val="0"/>
          <w:color w:val="000000"/>
          <w:sz w:val="20"/>
        </w:rPr>
        <w:t>Тақырыптық жаттығулар · 209–212</w:t>
      </w:r>
    </w:p>
    <w:p>
      <w:pPr>
        <w:keepNext/>
        <w:widowControl/>
        <w:spacing w:before="0" w:after="80" w:line="276" w:lineRule="auto"/>
        <w:ind w:left="0"/>
      </w:pPr>
      <w:r>
        <w:rPr>
          <w:rFonts w:ascii="Arial" w:hAnsi="Arial"/>
          <w:b/>
          <w:color w:val="000000"/>
          <w:sz w:val="21"/>
        </w:rPr>
        <w:t>209.  Жауап D</w:t>
      </w:r>
    </w:p>
    <w:p>
      <w:pPr>
        <w:widowControl/>
        <w:spacing w:before="0" w:after="320" w:line="276" w:lineRule="auto"/>
        <w:ind w:left="0"/>
      </w:pPr>
      <w:r>
        <w:rPr>
          <w:rFonts w:ascii="Arial" w:hAnsi="Arial"/>
          <w:b w:val="0"/>
          <w:color w:val="000000"/>
          <w:sz w:val="21"/>
        </w:rPr>
        <w:t>Іргелес қабырғалар қосындысы 14. Қабырғалары 2 және 12 болса, аудан 24 &lt; 45. 7 және 7 болса, аудан 49 &gt; 45. Екеуі де сәйкес келеді, өйткені шаршы да тіктөртбұрыш. Қатынас өзгереді, жауап D.</w:t>
      </w:r>
    </w:p>
    <w:p>
      <w:pPr>
        <w:keepNext/>
        <w:widowControl/>
        <w:spacing w:before="0" w:after="80" w:line="276" w:lineRule="auto"/>
        <w:ind w:left="0"/>
      </w:pPr>
      <w:r>
        <w:rPr>
          <w:rFonts w:ascii="Arial" w:hAnsi="Arial"/>
          <w:b/>
          <w:color w:val="000000"/>
          <w:sz w:val="21"/>
        </w:rPr>
        <w:t>210.  Жауап A</w:t>
      </w:r>
    </w:p>
    <w:p>
      <w:pPr>
        <w:widowControl/>
        <w:spacing w:before="0" w:after="320" w:line="276" w:lineRule="auto"/>
        <w:ind w:left="0"/>
      </w:pPr>
      <w:r>
        <w:rPr>
          <w:rFonts w:ascii="Arial" w:hAnsi="Arial"/>
          <w:b w:val="0"/>
          <w:color w:val="000000"/>
          <w:sz w:val="21"/>
        </w:rPr>
        <w:t>Шарттан 4x = 3y. Бөлімдер оң, сондықтан 4(x + 2) және 3(y + 2) мәндерін салыстырамыз. Біріншісі 4x + 8, екіншісі 3y + 6. Айырмасы 2 &gt; 0. A үлкен, жауап A. Алым мен бөлімге бірдей сан қосу бөлшектің мәнін сақтамайды.</w:t>
      </w:r>
    </w:p>
    <w:p>
      <w:pPr>
        <w:keepNext/>
        <w:widowControl/>
        <w:spacing w:before="0" w:after="80" w:line="276" w:lineRule="auto"/>
        <w:ind w:left="0"/>
      </w:pPr>
      <w:r>
        <w:rPr>
          <w:rFonts w:ascii="Arial" w:hAnsi="Arial"/>
          <w:b/>
          <w:color w:val="000000"/>
          <w:sz w:val="21"/>
        </w:rPr>
        <w:t>211.  Жауап A</w:t>
      </w:r>
    </w:p>
    <w:p>
      <w:pPr>
        <w:widowControl/>
        <w:spacing w:before="0" w:after="320" w:line="276" w:lineRule="auto"/>
        <w:ind w:left="0"/>
      </w:pPr>
      <w:r>
        <w:rPr>
          <w:rFonts w:ascii="Arial" w:hAnsi="Arial"/>
          <w:b w:val="0"/>
          <w:color w:val="000000"/>
          <w:sz w:val="21"/>
        </w:rPr>
        <w:t>0 &lt; x &lt; 1 болғанда 1 + x бөлімі оң және 2-ден кіші. Оң алым бірдей болса, оң бөлімнің кіші мәні үлкен бөлшек береді. Сондықтан x/(1 + x) &gt; x/2. Жауап A. Салыстыру бағытын сақтау үшін x-тің оң болуы қажет.</w:t>
      </w:r>
    </w:p>
    <w:p>
      <w:pPr>
        <w:keepNext/>
        <w:widowControl/>
        <w:spacing w:before="0" w:after="80" w:line="276" w:lineRule="auto"/>
        <w:ind w:left="0"/>
      </w:pPr>
      <w:r>
        <w:rPr>
          <w:rFonts w:ascii="Arial" w:hAnsi="Arial"/>
          <w:b/>
          <w:color w:val="000000"/>
          <w:sz w:val="21"/>
        </w:rPr>
        <w:t>212.  Жауап C</w:t>
      </w:r>
    </w:p>
    <w:p>
      <w:pPr>
        <w:widowControl/>
        <w:spacing w:before="0" w:after="320" w:line="276" w:lineRule="auto"/>
        <w:ind w:left="0"/>
      </w:pPr>
      <w:r>
        <w:rPr>
          <w:rFonts w:ascii="Arial" w:hAnsi="Arial"/>
          <w:b w:val="0"/>
          <w:color w:val="000000"/>
          <w:sz w:val="21"/>
        </w:rPr>
        <w:t>Бастапқы қосынды 5 · 12 = 60. Алмастырудан кейін ол дәл 10-ға артып, 70 болды. Сандар саны әлі бес, жаңа орташа мән 70/5 = 14. Жауап C. Бір қосылғышты 10-ға арттыру бес санның ортасын тек 2-ге арттырады.</w:t>
      </w:r>
    </w:p>
    <w:p>
      <w:pPr>
        <w:pStyle w:val="Heading1"/>
        <w:pageBreakBefore/>
        <w:widowControl/>
        <w:spacing w:before="0" w:after="160" w:line="276" w:lineRule="auto"/>
        <w:ind w:left="0"/>
      </w:pPr>
      <w:r>
        <w:rPr>
          <w:rFonts w:ascii="Arial" w:hAnsi="Arial"/>
          <w:b/>
          <w:color w:val="000000"/>
          <w:sz w:val="42"/>
        </w:rPr>
        <w:t>Күрделі есептердің шешімдері</w:t>
      </w:r>
    </w:p>
    <w:p>
      <w:pPr>
        <w:widowControl/>
        <w:spacing w:before="0" w:after="420" w:line="276" w:lineRule="auto"/>
        <w:ind w:left="0"/>
      </w:pPr>
      <w:r>
        <w:rPr>
          <w:rFonts w:ascii="Arial" w:hAnsi="Arial"/>
          <w:b w:val="0"/>
          <w:color w:val="000000"/>
          <w:sz w:val="20"/>
        </w:rPr>
        <w:t>Тақырыптық жаттығулар · 213–216</w:t>
      </w:r>
    </w:p>
    <w:p>
      <w:pPr>
        <w:keepNext/>
        <w:widowControl/>
        <w:spacing w:before="0" w:after="80" w:line="276" w:lineRule="auto"/>
        <w:ind w:left="0"/>
      </w:pPr>
      <w:r>
        <w:rPr>
          <w:rFonts w:ascii="Arial" w:hAnsi="Arial"/>
          <w:b/>
          <w:color w:val="000000"/>
          <w:sz w:val="21"/>
        </w:rPr>
        <w:t>213.  Жауап B</w:t>
      </w:r>
    </w:p>
    <w:p>
      <w:pPr>
        <w:widowControl/>
        <w:spacing w:before="0" w:after="320" w:line="276" w:lineRule="auto"/>
        <w:ind w:left="0"/>
      </w:pPr>
      <w:r>
        <w:rPr>
          <w:rFonts w:ascii="Arial" w:hAnsi="Arial"/>
          <w:b w:val="0"/>
          <w:color w:val="000000"/>
          <w:sz w:val="21"/>
        </w:rPr>
        <w:t>a &lt; b &lt; c деп реттейік. Онда a ≤ 3: a ≥ 4 болса, қосынды кемінде 4 + 5 + 6 = 15. a = 1 болса, ең үлкен көбейтінді 1 · 5 · 6 = 30; a = 2 болса, 2 · 4 · 6 = 48; a = 3 болса, 3 · 4 · 5 = 60. Қосындысы тұрақты жұпта сандар ең жақын болғанда көбейтінді ең үлкен болады. Әрдайым abc ≤ 60 &lt; 64, жауап B.</w:t>
      </w:r>
    </w:p>
    <w:p>
      <w:pPr>
        <w:keepNext/>
        <w:widowControl/>
        <w:spacing w:before="0" w:after="80" w:line="276" w:lineRule="auto"/>
        <w:ind w:left="0"/>
      </w:pPr>
      <w:r>
        <w:rPr>
          <w:rFonts w:ascii="Arial" w:hAnsi="Arial"/>
          <w:b/>
          <w:color w:val="000000"/>
          <w:sz w:val="21"/>
        </w:rPr>
        <w:t>214.  Жауап C</w:t>
      </w:r>
    </w:p>
    <w:p>
      <w:pPr>
        <w:widowControl/>
        <w:spacing w:before="0" w:after="320" w:line="276" w:lineRule="auto"/>
        <w:ind w:left="0"/>
      </w:pPr>
      <w:r>
        <w:rPr>
          <w:rFonts w:ascii="Arial" w:hAnsi="Arial"/>
          <w:b w:val="0"/>
          <w:color w:val="000000"/>
          <w:sz w:val="21"/>
        </w:rPr>
        <w:t>Барлық жұп 10 · 9 / 2 = 45. Әртүсті жұп үшін 4 қызылдың бірін және 6 көктің бірін таңдаймыз: 24 жұп. Ықтималдық 24/45 = 8/15, бағандар тең. Жауап C. Реті ескерілетін нәтижелерде екі түс ретін де ескеріп, 10 · 9-ға бөлу керек.</w:t>
      </w:r>
    </w:p>
    <w:p>
      <w:pPr>
        <w:keepNext/>
        <w:widowControl/>
        <w:spacing w:before="0" w:after="80" w:line="276" w:lineRule="auto"/>
        <w:ind w:left="0"/>
      </w:pPr>
      <w:r>
        <w:rPr>
          <w:rFonts w:ascii="Arial" w:hAnsi="Arial"/>
          <w:b/>
          <w:color w:val="000000"/>
          <w:sz w:val="21"/>
        </w:rPr>
        <w:t>215.  Жауап B</w:t>
      </w:r>
    </w:p>
    <w:p>
      <w:pPr>
        <w:widowControl/>
        <w:spacing w:before="0" w:after="320" w:line="276" w:lineRule="auto"/>
        <w:ind w:left="0"/>
      </w:pPr>
      <w:r>
        <w:rPr>
          <w:rFonts w:ascii="Arial" w:hAnsi="Arial"/>
          <w:b w:val="0"/>
          <w:color w:val="000000"/>
          <w:sz w:val="21"/>
        </w:rPr>
        <w:t>Бір бағыттағы қашықтық s болсын. Сапар уақыты s/40 + s/60 = s/24, бүкіл жол 2s. Орташа жылдамдық 2s : (s/24) = 48 км/сағ, бұл 50-ден кіші. Жауап B. Жол жартысы тең, бірақ уақыттары әртүрлі, сондықтан 40 пен 60-тың жай ортасы жарамайды.</w:t>
      </w:r>
    </w:p>
    <w:p>
      <w:pPr>
        <w:keepNext/>
        <w:widowControl/>
        <w:spacing w:before="0" w:after="80" w:line="276" w:lineRule="auto"/>
        <w:ind w:left="0"/>
      </w:pPr>
      <w:r>
        <w:rPr>
          <w:rFonts w:ascii="Arial" w:hAnsi="Arial"/>
          <w:b/>
          <w:color w:val="000000"/>
          <w:sz w:val="21"/>
        </w:rPr>
        <w:t>216.  Жауап A</w:t>
      </w:r>
    </w:p>
    <w:p>
      <w:pPr>
        <w:widowControl/>
        <w:spacing w:before="0" w:after="320" w:line="276" w:lineRule="auto"/>
        <w:ind w:left="0"/>
      </w:pPr>
      <w:r>
        <w:rPr>
          <w:rFonts w:ascii="Arial" w:hAnsi="Arial"/>
          <w:b w:val="0"/>
          <w:color w:val="000000"/>
          <w:sz w:val="21"/>
        </w:rPr>
        <w:t>Қыры a текшенің бет ауданы 6a². Біріншісінікі 6 · (2a)² = 24a², оң бағанда 3 · 6a² = 18a². a &gt; 0 болғандықтан, 24a² &gt; 18a². Жауап A. Қыр екі еселенгенде бет ауданы 2 емес, 4 есе өседі.</w:t>
      </w:r>
    </w:p>
    <w:p>
      <w:pPr>
        <w:pStyle w:val="Heading1"/>
        <w:pageBreakBefore/>
        <w:widowControl/>
        <w:spacing w:before="0" w:after="160" w:line="276" w:lineRule="auto"/>
        <w:ind w:left="0"/>
      </w:pPr>
      <w:r>
        <w:rPr>
          <w:rFonts w:ascii="Arial" w:hAnsi="Arial"/>
          <w:b/>
          <w:color w:val="000000"/>
          <w:sz w:val="42"/>
        </w:rPr>
        <w:t>Күрделі есептердің шешімдері</w:t>
      </w:r>
    </w:p>
    <w:p>
      <w:pPr>
        <w:widowControl/>
        <w:spacing w:before="0" w:after="420" w:line="276" w:lineRule="auto"/>
        <w:ind w:left="0"/>
      </w:pPr>
      <w:r>
        <w:rPr>
          <w:rFonts w:ascii="Arial" w:hAnsi="Arial"/>
          <w:b w:val="0"/>
          <w:color w:val="000000"/>
          <w:sz w:val="20"/>
        </w:rPr>
        <w:t>Тақырыптық жаттығулар · 217–220</w:t>
      </w:r>
    </w:p>
    <w:p>
      <w:pPr>
        <w:keepNext/>
        <w:widowControl/>
        <w:spacing w:before="0" w:after="80" w:line="276" w:lineRule="auto"/>
        <w:ind w:left="0"/>
      </w:pPr>
      <w:r>
        <w:rPr>
          <w:rFonts w:ascii="Arial" w:hAnsi="Arial"/>
          <w:b/>
          <w:color w:val="000000"/>
          <w:sz w:val="21"/>
        </w:rPr>
        <w:t>217.  Жауап D</w:t>
      </w:r>
    </w:p>
    <w:p>
      <w:pPr>
        <w:widowControl/>
        <w:spacing w:before="0" w:after="320" w:line="276" w:lineRule="auto"/>
        <w:ind w:left="0"/>
      </w:pPr>
      <w:r>
        <w:rPr>
          <w:rFonts w:ascii="Arial" w:hAnsi="Arial"/>
          <w:b w:val="0"/>
          <w:color w:val="000000"/>
          <w:sz w:val="21"/>
        </w:rPr>
        <w:t>n = 7 болса, шарт орындалады, n² = 49 қалдығы 1: бағандар тең. n = 12 болса да шарт орындалады, бірақ n² = 144 саны 3-ке бөлінеді, қалдық 0: B үлкен. Қатынастары әртүрлі екі рұқсат етілген мысал D жауабына жеткілікті.</w:t>
      </w:r>
    </w:p>
    <w:p>
      <w:pPr>
        <w:keepNext/>
        <w:widowControl/>
        <w:spacing w:before="0" w:after="80" w:line="276" w:lineRule="auto"/>
        <w:ind w:left="0"/>
      </w:pPr>
      <w:r>
        <w:rPr>
          <w:rFonts w:ascii="Arial" w:hAnsi="Arial"/>
          <w:b/>
          <w:color w:val="000000"/>
          <w:sz w:val="21"/>
        </w:rPr>
        <w:t>218.  Жауап B</w:t>
      </w:r>
    </w:p>
    <w:p>
      <w:pPr>
        <w:widowControl/>
        <w:spacing w:before="0" w:after="320" w:line="276" w:lineRule="auto"/>
        <w:ind w:left="0"/>
      </w:pPr>
      <w:r>
        <w:rPr>
          <w:rFonts w:ascii="Arial" w:hAnsi="Arial"/>
          <w:b w:val="0"/>
          <w:color w:val="000000"/>
          <w:sz w:val="21"/>
        </w:rPr>
        <w:t>Бастапқы баға p &gt; 0 болсын. Біріншіде p · 0,8 · 0,8 = 0,64p. Екіншіде p · 0,65 = 0,65p. Бірінші баға төмен, жауап B. Қатарынан екі 20% жеңілдік жалпы 40% емес, 36% жеңілдік береді.</w:t>
      </w:r>
    </w:p>
    <w:p>
      <w:pPr>
        <w:keepNext/>
        <w:widowControl/>
        <w:spacing w:before="0" w:after="80" w:line="276" w:lineRule="auto"/>
        <w:ind w:left="0"/>
      </w:pPr>
      <w:r>
        <w:rPr>
          <w:rFonts w:ascii="Arial" w:hAnsi="Arial"/>
          <w:b/>
          <w:color w:val="000000"/>
          <w:sz w:val="21"/>
        </w:rPr>
        <w:t>219.  Жауап C</w:t>
      </w:r>
    </w:p>
    <w:p>
      <w:pPr>
        <w:widowControl/>
        <w:spacing w:before="0" w:after="320" w:line="276" w:lineRule="auto"/>
        <w:ind w:left="0"/>
      </w:pPr>
      <w:r>
        <w:rPr>
          <w:rFonts w:ascii="Arial" w:hAnsi="Arial"/>
          <w:b w:val="0"/>
          <w:color w:val="000000"/>
          <w:sz w:val="21"/>
        </w:rPr>
        <w:t>Екінші квадрат алдындағы минусты ескеріп ашамыз: a² + 2ab + b² − (a² − 2ab + b²) = 4ab. Барлық рұқсат етілген a мен b үшін мәндер тең. Жауап C. Жиі қате — жақшаны азайтқанда −2ab таңбасын өзгертуді ұмыту.</w:t>
      </w:r>
    </w:p>
    <w:p>
      <w:pPr>
        <w:keepNext/>
        <w:widowControl/>
        <w:spacing w:before="0" w:after="80" w:line="276" w:lineRule="auto"/>
        <w:ind w:left="0"/>
      </w:pPr>
      <w:r>
        <w:rPr>
          <w:rFonts w:ascii="Arial" w:hAnsi="Arial"/>
          <w:b/>
          <w:color w:val="000000"/>
          <w:sz w:val="21"/>
        </w:rPr>
        <w:t>220.  Жауап A</w:t>
      </w:r>
    </w:p>
    <w:p>
      <w:pPr>
        <w:widowControl/>
        <w:spacing w:before="0" w:after="320" w:line="276" w:lineRule="auto"/>
        <w:ind w:left="0"/>
      </w:pPr>
      <w:r>
        <w:rPr>
          <w:rFonts w:ascii="Arial" w:hAnsi="Arial"/>
          <w:b w:val="0"/>
          <w:color w:val="000000"/>
          <w:sz w:val="21"/>
        </w:rPr>
        <w:t>Алғашқы 19 қосылғышты жұптап салыстырамыз: әр тақ сан келесі жұп саннан 1-ге кіші, сондықтан қосындысы 19-ға кем. Бірақ A-да тағы соңғы 39 қосылғышы бар. Жалпы айырма 39 − 19 = 20 &gt; 0, жауап A. Тікелей тексеру: қосындылар 400 және 380.</w:t>
      </w:r>
    </w:p>
    <w:p>
      <w:pPr>
        <w:pStyle w:val="Heading1"/>
        <w:pageBreakBefore/>
        <w:widowControl/>
        <w:spacing w:before="0" w:after="160" w:line="276" w:lineRule="auto"/>
        <w:ind w:left="0"/>
      </w:pPr>
      <w:r>
        <w:rPr>
          <w:rFonts w:ascii="Arial" w:hAnsi="Arial"/>
          <w:b/>
          <w:color w:val="000000"/>
          <w:sz w:val="42"/>
        </w:rPr>
        <w:t>Шешімдер</w:t>
      </w:r>
    </w:p>
    <w:p>
      <w:pPr>
        <w:widowControl/>
        <w:spacing w:before="0" w:after="420" w:line="276" w:lineRule="auto"/>
        <w:ind w:left="0"/>
      </w:pPr>
      <w:r>
        <w:rPr>
          <w:rFonts w:ascii="Arial" w:hAnsi="Arial"/>
          <w:b w:val="0"/>
          <w:color w:val="000000"/>
          <w:sz w:val="20"/>
        </w:rPr>
        <w:t>1-сынақ · Математика · 1–10</w:t>
      </w:r>
    </w:p>
    <w:p>
      <w:pPr>
        <w:keepNext/>
        <w:widowControl/>
        <w:spacing w:before="0" w:after="80" w:line="276" w:lineRule="auto"/>
        <w:ind w:left="0"/>
      </w:pPr>
      <w:r>
        <w:rPr>
          <w:rFonts w:ascii="Arial" w:hAnsi="Arial"/>
          <w:b/>
          <w:color w:val="000000"/>
          <w:sz w:val="21"/>
        </w:rPr>
        <w:t>1.  Жауап B · 3/10</w:t>
      </w:r>
    </w:p>
    <w:p>
      <w:pPr>
        <w:widowControl/>
        <w:spacing w:before="0" w:after="320" w:line="276" w:lineRule="auto"/>
        <w:ind w:left="0"/>
      </w:pPr>
      <w:r>
        <w:rPr>
          <w:rFonts w:ascii="Arial" w:hAnsi="Arial"/>
          <w:b w:val="0"/>
          <w:color w:val="000000"/>
          <w:sz w:val="21"/>
        </w:rPr>
        <w:t>3-ке еселік сандар: 3, 6, 9, 12, 15, 18. Барлығы 20-ның 6-уы, яғни 3/10.</w:t>
      </w:r>
    </w:p>
    <w:p>
      <w:pPr>
        <w:keepNext/>
        <w:widowControl/>
        <w:spacing w:before="0" w:after="80" w:line="276" w:lineRule="auto"/>
        <w:ind w:left="0"/>
      </w:pPr>
      <w:r>
        <w:rPr>
          <w:rFonts w:ascii="Arial" w:hAnsi="Arial"/>
          <w:b/>
          <w:color w:val="000000"/>
          <w:sz w:val="21"/>
        </w:rPr>
        <w:t>2.  Жауап D · 9 см</w:t>
      </w:r>
    </w:p>
    <w:p>
      <w:pPr>
        <w:widowControl/>
        <w:spacing w:before="0" w:after="320" w:line="276" w:lineRule="auto"/>
        <w:ind w:left="0"/>
      </w:pPr>
      <w:r>
        <w:rPr>
          <w:rFonts w:ascii="Arial" w:hAnsi="Arial"/>
          <w:b w:val="0"/>
          <w:color w:val="000000"/>
          <w:sz w:val="21"/>
        </w:rPr>
        <w:t>h = 2S/a = 108 : 12 = 9 см.</w:t>
      </w:r>
    </w:p>
    <w:p>
      <w:pPr>
        <w:keepNext/>
        <w:widowControl/>
        <w:spacing w:before="0" w:after="80" w:line="276" w:lineRule="auto"/>
        <w:ind w:left="0"/>
      </w:pPr>
      <w:r>
        <w:rPr>
          <w:rFonts w:ascii="Arial" w:hAnsi="Arial"/>
          <w:b/>
          <w:color w:val="000000"/>
          <w:sz w:val="21"/>
        </w:rPr>
        <w:t>3.  Жауап D · 54 км/сағ</w:t>
      </w:r>
    </w:p>
    <w:p>
      <w:pPr>
        <w:widowControl/>
        <w:spacing w:before="0" w:after="320" w:line="276" w:lineRule="auto"/>
        <w:ind w:left="0"/>
      </w:pPr>
      <w:r>
        <w:rPr>
          <w:rFonts w:ascii="Arial" w:hAnsi="Arial"/>
          <w:b w:val="0"/>
          <w:color w:val="000000"/>
          <w:sz w:val="21"/>
        </w:rPr>
        <w:t>Толық жол 600 м. Жылдамдық 600 : 40 = 15 м/с = 54 км/сағ.</w:t>
      </w:r>
    </w:p>
    <w:p>
      <w:pPr>
        <w:keepNext/>
        <w:widowControl/>
        <w:spacing w:before="0" w:after="80" w:line="276" w:lineRule="auto"/>
        <w:ind w:left="0"/>
      </w:pPr>
      <w:r>
        <w:rPr>
          <w:rFonts w:ascii="Arial" w:hAnsi="Arial"/>
          <w:b/>
          <w:color w:val="000000"/>
          <w:sz w:val="21"/>
        </w:rPr>
        <w:t>4.  Жауап B · 12</w:t>
      </w:r>
    </w:p>
    <w:p>
      <w:pPr>
        <w:widowControl/>
        <w:spacing w:before="0" w:after="320" w:line="276" w:lineRule="auto"/>
        <w:ind w:left="0"/>
      </w:pPr>
      <w:r>
        <w:rPr>
          <w:rFonts w:ascii="Arial" w:hAnsi="Arial"/>
          <w:b w:val="0"/>
          <w:color w:val="000000"/>
          <w:sz w:val="21"/>
        </w:rPr>
        <w:t>Жұмыс көлемі 84 адам-күн. 84 : 7 = 12 күн.</w:t>
      </w:r>
    </w:p>
    <w:p>
      <w:pPr>
        <w:keepNext/>
        <w:widowControl/>
        <w:spacing w:before="0" w:after="80" w:line="276" w:lineRule="auto"/>
        <w:ind w:left="0"/>
      </w:pPr>
      <w:r>
        <w:rPr>
          <w:rFonts w:ascii="Arial" w:hAnsi="Arial"/>
          <w:b/>
          <w:color w:val="000000"/>
          <w:sz w:val="21"/>
        </w:rPr>
        <w:t>5.  Жауап D · 60 г</w:t>
      </w:r>
    </w:p>
    <w:p>
      <w:pPr>
        <w:widowControl/>
        <w:spacing w:before="0" w:after="320" w:line="276" w:lineRule="auto"/>
        <w:ind w:left="0"/>
      </w:pPr>
      <w:r>
        <w:rPr>
          <w:rFonts w:ascii="Arial" w:hAnsi="Arial"/>
          <w:b w:val="0"/>
          <w:color w:val="000000"/>
          <w:sz w:val="21"/>
        </w:rPr>
        <w:t>Бастапқы тұз 32 г. (32 + x)/(400 + x) = 0,2; 32 + x = 80 + 0,2x; x = 60 г.</w:t>
      </w:r>
    </w:p>
    <w:p>
      <w:pPr>
        <w:keepNext/>
        <w:widowControl/>
        <w:spacing w:before="0" w:after="80" w:line="276" w:lineRule="auto"/>
        <w:ind w:left="0"/>
      </w:pPr>
      <w:r>
        <w:rPr>
          <w:rFonts w:ascii="Arial" w:hAnsi="Arial"/>
          <w:b/>
          <w:color w:val="000000"/>
          <w:sz w:val="21"/>
        </w:rPr>
        <w:t>6.  Жауап A · 11</w:t>
      </w:r>
    </w:p>
    <w:p>
      <w:pPr>
        <w:widowControl/>
        <w:spacing w:before="0" w:after="320" w:line="276" w:lineRule="auto"/>
        <w:ind w:left="0"/>
      </w:pPr>
      <w:r>
        <w:rPr>
          <w:rFonts w:ascii="Arial" w:hAnsi="Arial"/>
          <w:b w:val="0"/>
          <w:color w:val="000000"/>
          <w:sz w:val="21"/>
        </w:rPr>
        <w:t>Алдымен 8 қара шұлықтың бәрі шығуы мүмкін. Тағы 3 шұлық үш аққа кепіл болады, барлығы 11.</w:t>
      </w:r>
    </w:p>
    <w:p>
      <w:pPr>
        <w:keepNext/>
        <w:widowControl/>
        <w:spacing w:before="0" w:after="80" w:line="276" w:lineRule="auto"/>
        <w:ind w:left="0"/>
      </w:pPr>
      <w:r>
        <w:rPr>
          <w:rFonts w:ascii="Arial" w:hAnsi="Arial"/>
          <w:b/>
          <w:color w:val="000000"/>
          <w:sz w:val="21"/>
        </w:rPr>
        <w:t>7.  Жауап D · 9</w:t>
      </w:r>
    </w:p>
    <w:p>
      <w:pPr>
        <w:widowControl/>
        <w:spacing w:before="0" w:after="320" w:line="276" w:lineRule="auto"/>
        <w:ind w:left="0"/>
      </w:pPr>
      <w:r>
        <w:rPr>
          <w:rFonts w:ascii="Arial" w:hAnsi="Arial"/>
          <w:b w:val="0"/>
          <w:color w:val="000000"/>
          <w:sz w:val="21"/>
        </w:rPr>
        <w:t>Реттейміз: 3, 6, 8, 10, 11, 14. Медиана (8 + 10) : 2 = 9.</w:t>
      </w:r>
    </w:p>
    <w:p>
      <w:pPr>
        <w:keepNext/>
        <w:widowControl/>
        <w:spacing w:before="0" w:after="80" w:line="276" w:lineRule="auto"/>
        <w:ind w:left="0"/>
      </w:pPr>
      <w:r>
        <w:rPr>
          <w:rFonts w:ascii="Arial" w:hAnsi="Arial"/>
          <w:b/>
          <w:color w:val="000000"/>
          <w:sz w:val="21"/>
        </w:rPr>
        <w:t>8.  Жауап D · 18</w:t>
      </w:r>
    </w:p>
    <w:p>
      <w:pPr>
        <w:widowControl/>
        <w:spacing w:before="0" w:after="320" w:line="276" w:lineRule="auto"/>
        <w:ind w:left="0"/>
      </w:pPr>
      <w:r>
        <w:rPr>
          <w:rFonts w:ascii="Arial" w:hAnsi="Arial"/>
          <w:b w:val="0"/>
          <w:color w:val="000000"/>
          <w:sz w:val="21"/>
        </w:rPr>
        <w:t>Бастапқы қосынды 60, жаңасы 78. Қосылған сан 78 − 60 = 18.</w:t>
      </w:r>
    </w:p>
    <w:p>
      <w:pPr>
        <w:keepNext/>
        <w:widowControl/>
        <w:spacing w:before="0" w:after="80" w:line="276" w:lineRule="auto"/>
        <w:ind w:left="0"/>
      </w:pPr>
      <w:r>
        <w:rPr>
          <w:rFonts w:ascii="Arial" w:hAnsi="Arial"/>
          <w:b/>
          <w:color w:val="000000"/>
          <w:sz w:val="21"/>
        </w:rPr>
        <w:t>9.  Жауап A · 21</w:t>
      </w:r>
    </w:p>
    <w:p>
      <w:pPr>
        <w:widowControl/>
        <w:spacing w:before="0" w:after="320" w:line="276" w:lineRule="auto"/>
        <w:ind w:left="0"/>
      </w:pPr>
      <w:r>
        <w:rPr>
          <w:rFonts w:ascii="Arial" w:hAnsi="Arial"/>
          <w:b w:val="0"/>
          <w:color w:val="000000"/>
          <w:sz w:val="21"/>
        </w:rPr>
        <w:t>9 − 2 · (−3) · 2 = 9 + 12 = 21.</w:t>
      </w:r>
    </w:p>
    <w:p>
      <w:pPr>
        <w:keepNext/>
        <w:widowControl/>
        <w:spacing w:before="0" w:after="80" w:line="276" w:lineRule="auto"/>
        <w:ind w:left="0"/>
      </w:pPr>
      <w:r>
        <w:rPr>
          <w:rFonts w:ascii="Arial" w:hAnsi="Arial"/>
          <w:b/>
          <w:color w:val="000000"/>
          <w:sz w:val="21"/>
        </w:rPr>
        <w:t>10.  Жауап D · 84</w:t>
      </w:r>
    </w:p>
    <w:p>
      <w:pPr>
        <w:widowControl/>
        <w:spacing w:before="0" w:after="320" w:line="276" w:lineRule="auto"/>
        <w:ind w:left="0"/>
      </w:pPr>
      <w:r>
        <w:rPr>
          <w:rFonts w:ascii="Arial" w:hAnsi="Arial"/>
          <w:b w:val="0"/>
          <w:color w:val="000000"/>
          <w:sz w:val="21"/>
        </w:rPr>
        <w:t>240 · 0,35 = 84.</w:t>
      </w:r>
    </w:p>
    <w:p>
      <w:pPr>
        <w:pStyle w:val="Heading1"/>
        <w:pageBreakBefore/>
        <w:widowControl/>
        <w:spacing w:before="0" w:after="160" w:line="276" w:lineRule="auto"/>
        <w:ind w:left="0"/>
      </w:pPr>
      <w:r>
        <w:rPr>
          <w:rFonts w:ascii="Arial" w:hAnsi="Arial"/>
          <w:b/>
          <w:color w:val="000000"/>
          <w:sz w:val="42"/>
        </w:rPr>
        <w:t>Шешімдер</w:t>
      </w:r>
    </w:p>
    <w:p>
      <w:pPr>
        <w:widowControl/>
        <w:spacing w:before="0" w:after="420" w:line="276" w:lineRule="auto"/>
        <w:ind w:left="0"/>
      </w:pPr>
      <w:r>
        <w:rPr>
          <w:rFonts w:ascii="Arial" w:hAnsi="Arial"/>
          <w:b w:val="0"/>
          <w:color w:val="000000"/>
          <w:sz w:val="20"/>
        </w:rPr>
        <w:t>1-сынақ · Математика · 11–20</w:t>
      </w:r>
    </w:p>
    <w:p>
      <w:pPr>
        <w:keepNext/>
        <w:widowControl/>
        <w:spacing w:before="0" w:after="80" w:line="276" w:lineRule="auto"/>
        <w:ind w:left="0"/>
      </w:pPr>
      <w:r>
        <w:rPr>
          <w:rFonts w:ascii="Arial" w:hAnsi="Arial"/>
          <w:b/>
          <w:color w:val="000000"/>
          <w:sz w:val="21"/>
        </w:rPr>
        <w:t>11.  Жауап D · 45 л</w:t>
      </w:r>
    </w:p>
    <w:p>
      <w:pPr>
        <w:widowControl/>
        <w:spacing w:before="0" w:after="320" w:line="276" w:lineRule="auto"/>
        <w:ind w:left="0"/>
      </w:pPr>
      <w:r>
        <w:rPr>
          <w:rFonts w:ascii="Arial" w:hAnsi="Arial"/>
          <w:b w:val="0"/>
          <w:color w:val="000000"/>
          <w:sz w:val="21"/>
        </w:rPr>
        <w:t>Толық көлем 60 000 см³ = 60 л. 60-тың 3/4 бөлігі 45 л.</w:t>
      </w:r>
    </w:p>
    <w:p>
      <w:pPr>
        <w:keepNext/>
        <w:widowControl/>
        <w:spacing w:before="0" w:after="80" w:line="276" w:lineRule="auto"/>
        <w:ind w:left="0"/>
      </w:pPr>
      <w:r>
        <w:rPr>
          <w:rFonts w:ascii="Arial" w:hAnsi="Arial"/>
          <w:b/>
          <w:color w:val="000000"/>
          <w:sz w:val="21"/>
        </w:rPr>
        <w:t>12.  Жауап B · 10%-ға өсті</w:t>
      </w:r>
    </w:p>
    <w:p>
      <w:pPr>
        <w:widowControl/>
        <w:spacing w:before="0" w:after="320" w:line="276" w:lineRule="auto"/>
        <w:ind w:left="0"/>
      </w:pPr>
      <w:r>
        <w:rPr>
          <w:rFonts w:ascii="Arial" w:hAnsi="Arial"/>
          <w:b w:val="0"/>
          <w:color w:val="000000"/>
          <w:sz w:val="21"/>
        </w:rPr>
        <w:t>Өзгеріс коэффициенті 1,25 · 0,88 = 1,10. Бұл — 10% өсім.</w:t>
      </w:r>
    </w:p>
    <w:p>
      <w:pPr>
        <w:keepNext/>
        <w:widowControl/>
        <w:spacing w:before="0" w:after="80" w:line="276" w:lineRule="auto"/>
        <w:ind w:left="0"/>
      </w:pPr>
      <w:r>
        <w:rPr>
          <w:rFonts w:ascii="Arial" w:hAnsi="Arial"/>
          <w:b/>
          <w:color w:val="000000"/>
          <w:sz w:val="21"/>
        </w:rPr>
        <w:t>13.  Жауап A · 64 км/сағ</w:t>
      </w:r>
    </w:p>
    <w:p>
      <w:pPr>
        <w:widowControl/>
        <w:spacing w:before="0" w:after="320" w:line="276" w:lineRule="auto"/>
        <w:ind w:left="0"/>
      </w:pPr>
      <w:r>
        <w:rPr>
          <w:rFonts w:ascii="Arial" w:hAnsi="Arial"/>
          <w:b w:val="0"/>
          <w:color w:val="000000"/>
          <w:sz w:val="21"/>
        </w:rPr>
        <w:t>Бүкіл жол 320 км, бүкіл уақыт 5 сағ. Орташа жылдамдық 64 км/сағ.</w:t>
      </w:r>
    </w:p>
    <w:p>
      <w:pPr>
        <w:keepNext/>
        <w:widowControl/>
        <w:spacing w:before="0" w:after="80" w:line="276" w:lineRule="auto"/>
        <w:ind w:left="0"/>
      </w:pPr>
      <w:r>
        <w:rPr>
          <w:rFonts w:ascii="Arial" w:hAnsi="Arial"/>
          <w:b/>
          <w:color w:val="000000"/>
          <w:sz w:val="21"/>
        </w:rPr>
        <w:t>14.  Жауап C · 150 см²</w:t>
      </w:r>
    </w:p>
    <w:p>
      <w:pPr>
        <w:widowControl/>
        <w:spacing w:before="0" w:after="320" w:line="276" w:lineRule="auto"/>
        <w:ind w:left="0"/>
      </w:pPr>
      <w:r>
        <w:rPr>
          <w:rFonts w:ascii="Arial" w:hAnsi="Arial"/>
          <w:b w:val="0"/>
          <w:color w:val="000000"/>
          <w:sz w:val="21"/>
        </w:rPr>
        <w:t>Текшенің әрқайсысының ауданы 25 см² болатын 6 жағы бар. Барлығы 150 см².</w:t>
      </w:r>
    </w:p>
    <w:p>
      <w:pPr>
        <w:keepNext/>
        <w:widowControl/>
        <w:spacing w:before="0" w:after="80" w:line="276" w:lineRule="auto"/>
        <w:ind w:left="0"/>
      </w:pPr>
      <w:r>
        <w:rPr>
          <w:rFonts w:ascii="Arial" w:hAnsi="Arial"/>
          <w:b/>
          <w:color w:val="000000"/>
          <w:sz w:val="21"/>
        </w:rPr>
        <w:t>15.  Жауап D · 3 сағаттан кейін</w:t>
      </w:r>
    </w:p>
    <w:p>
      <w:pPr>
        <w:widowControl/>
        <w:spacing w:before="0" w:after="320" w:line="276" w:lineRule="auto"/>
        <w:ind w:left="0"/>
      </w:pPr>
      <w:r>
        <w:rPr>
          <w:rFonts w:ascii="Arial" w:hAnsi="Arial"/>
          <w:b w:val="0"/>
          <w:color w:val="000000"/>
          <w:sz w:val="21"/>
        </w:rPr>
        <w:t>Жақындасу жылдамдығы 110 км/сағ, уақыт 330 : 110 = 3 сағ.</w:t>
      </w:r>
    </w:p>
    <w:p>
      <w:pPr>
        <w:keepNext/>
        <w:widowControl/>
        <w:spacing w:before="0" w:after="80" w:line="276" w:lineRule="auto"/>
        <w:ind w:left="0"/>
      </w:pPr>
      <w:r>
        <w:rPr>
          <w:rFonts w:ascii="Arial" w:hAnsi="Arial"/>
          <w:b/>
          <w:color w:val="000000"/>
          <w:sz w:val="21"/>
        </w:rPr>
        <w:t>16.  Жауап A · 6</w:t>
      </w:r>
    </w:p>
    <w:p>
      <w:pPr>
        <w:widowControl/>
        <w:spacing w:before="0" w:after="320" w:line="276" w:lineRule="auto"/>
        <w:ind w:left="0"/>
      </w:pPr>
      <w:r>
        <w:rPr>
          <w:rFonts w:ascii="Arial" w:hAnsi="Arial"/>
          <w:b w:val="0"/>
          <w:color w:val="000000"/>
          <w:sz w:val="21"/>
        </w:rPr>
        <w:t>−1, 0, 1, 2, 3, 4 сәйкес келеді: алты мән.</w:t>
      </w:r>
    </w:p>
    <w:p>
      <w:pPr>
        <w:keepNext/>
        <w:widowControl/>
        <w:spacing w:before="0" w:after="80" w:line="276" w:lineRule="auto"/>
        <w:ind w:left="0"/>
      </w:pPr>
      <w:r>
        <w:rPr>
          <w:rFonts w:ascii="Arial" w:hAnsi="Arial"/>
          <w:b/>
          <w:color w:val="000000"/>
          <w:sz w:val="21"/>
        </w:rPr>
        <w:t>17.  Жауап B · 247 см²</w:t>
      </w:r>
    </w:p>
    <w:p>
      <w:pPr>
        <w:widowControl/>
        <w:spacing w:before="0" w:after="320" w:line="276" w:lineRule="auto"/>
        <w:ind w:left="0"/>
      </w:pPr>
      <w:r>
        <w:rPr>
          <w:rFonts w:ascii="Arial" w:hAnsi="Arial"/>
          <w:b w:val="0"/>
          <w:color w:val="000000"/>
          <w:sz w:val="21"/>
        </w:rPr>
        <w:t>a + b = 32, a − b = 6. Сондықтан a = 19, b = 13, аудан 247 см².</w:t>
      </w:r>
    </w:p>
    <w:p>
      <w:pPr>
        <w:keepNext/>
        <w:widowControl/>
        <w:spacing w:before="0" w:after="80" w:line="276" w:lineRule="auto"/>
        <w:ind w:left="0"/>
      </w:pPr>
      <w:r>
        <w:rPr>
          <w:rFonts w:ascii="Arial" w:hAnsi="Arial"/>
          <w:b/>
          <w:color w:val="000000"/>
          <w:sz w:val="21"/>
        </w:rPr>
        <w:t>18.  Жауап A · 78,5 см²</w:t>
      </w:r>
    </w:p>
    <w:p>
      <w:pPr>
        <w:widowControl/>
        <w:spacing w:before="0" w:after="320" w:line="276" w:lineRule="auto"/>
        <w:ind w:left="0"/>
      </w:pPr>
      <w:r>
        <w:rPr>
          <w:rFonts w:ascii="Arial" w:hAnsi="Arial"/>
          <w:b w:val="0"/>
          <w:color w:val="000000"/>
          <w:sz w:val="21"/>
        </w:rPr>
        <w:t>Радиусы 5 см. Ауданы 3,14 · 25 = 78,5 см².</w:t>
      </w:r>
    </w:p>
    <w:p>
      <w:pPr>
        <w:keepNext/>
        <w:widowControl/>
        <w:spacing w:before="0" w:after="80" w:line="276" w:lineRule="auto"/>
        <w:ind w:left="0"/>
      </w:pPr>
      <w:r>
        <w:rPr>
          <w:rFonts w:ascii="Arial" w:hAnsi="Arial"/>
          <w:b/>
          <w:color w:val="000000"/>
          <w:sz w:val="21"/>
        </w:rPr>
        <w:t>19.  Жауап B · 6</w:t>
      </w:r>
    </w:p>
    <w:p>
      <w:pPr>
        <w:widowControl/>
        <w:spacing w:before="0" w:after="320" w:line="276" w:lineRule="auto"/>
        <w:ind w:left="0"/>
      </w:pPr>
      <w:r>
        <w:rPr>
          <w:rFonts w:ascii="Arial" w:hAnsi="Arial"/>
          <w:b w:val="0"/>
          <w:color w:val="000000"/>
          <w:sz w:val="21"/>
        </w:rPr>
        <w:t>36 + t = 3(8 + t). Бұдан 12 = 2t, t = 6.</w:t>
      </w:r>
    </w:p>
    <w:p>
      <w:pPr>
        <w:keepNext/>
        <w:widowControl/>
        <w:spacing w:before="0" w:after="80" w:line="276" w:lineRule="auto"/>
        <w:ind w:left="0"/>
      </w:pPr>
      <w:r>
        <w:rPr>
          <w:rFonts w:ascii="Arial" w:hAnsi="Arial"/>
          <w:b/>
          <w:color w:val="000000"/>
          <w:sz w:val="21"/>
        </w:rPr>
        <w:t>20.  Жауап C · 21/20</w:t>
      </w:r>
    </w:p>
    <w:p>
      <w:pPr>
        <w:widowControl/>
        <w:spacing w:before="0" w:after="320" w:line="276" w:lineRule="auto"/>
        <w:ind w:left="0"/>
      </w:pPr>
      <w:r>
        <w:rPr>
          <w:rFonts w:ascii="Arial" w:hAnsi="Arial"/>
          <w:b w:val="0"/>
          <w:color w:val="000000"/>
          <w:sz w:val="21"/>
        </w:rPr>
        <w:t>20 ортақ бөліміне келтіреміз: 14/20 − 5/20 + 12/20 = 21/20.</w:t>
      </w:r>
    </w:p>
    <w:p>
      <w:pPr>
        <w:pStyle w:val="Heading1"/>
        <w:pageBreakBefore/>
        <w:widowControl/>
        <w:spacing w:before="0" w:after="160" w:line="276" w:lineRule="auto"/>
        <w:ind w:left="0"/>
      </w:pPr>
      <w:r>
        <w:rPr>
          <w:rFonts w:ascii="Arial" w:hAnsi="Arial"/>
          <w:b/>
          <w:color w:val="000000"/>
          <w:sz w:val="42"/>
        </w:rPr>
        <w:t>Шешімдер</w:t>
      </w:r>
    </w:p>
    <w:p>
      <w:pPr>
        <w:widowControl/>
        <w:spacing w:before="0" w:after="420" w:line="276" w:lineRule="auto"/>
        <w:ind w:left="0"/>
      </w:pPr>
      <w:r>
        <w:rPr>
          <w:rFonts w:ascii="Arial" w:hAnsi="Arial"/>
          <w:b w:val="0"/>
          <w:color w:val="000000"/>
          <w:sz w:val="20"/>
        </w:rPr>
        <w:t>1-сынақ · Математика · 21–30</w:t>
      </w:r>
    </w:p>
    <w:p>
      <w:pPr>
        <w:keepNext/>
        <w:widowControl/>
        <w:spacing w:before="0" w:after="80" w:line="276" w:lineRule="auto"/>
        <w:ind w:left="0"/>
      </w:pPr>
      <w:r>
        <w:rPr>
          <w:rFonts w:ascii="Arial" w:hAnsi="Arial"/>
          <w:b/>
          <w:color w:val="000000"/>
          <w:sz w:val="21"/>
        </w:rPr>
        <w:t>21.  Жауап C · 22</w:t>
      </w:r>
    </w:p>
    <w:p>
      <w:pPr>
        <w:widowControl/>
        <w:spacing w:before="0" w:after="320" w:line="276" w:lineRule="auto"/>
        <w:ind w:left="0"/>
      </w:pPr>
      <w:r>
        <w:rPr>
          <w:rFonts w:ascii="Arial" w:hAnsi="Arial"/>
          <w:b w:val="0"/>
          <w:color w:val="000000"/>
          <w:sz w:val="21"/>
        </w:rPr>
        <w:t>120-дан 960-қа дейін: (960 − 120) : 40 + 1 = 22.</w:t>
      </w:r>
    </w:p>
    <w:p>
      <w:pPr>
        <w:keepNext/>
        <w:widowControl/>
        <w:spacing w:before="0" w:after="80" w:line="276" w:lineRule="auto"/>
        <w:ind w:left="0"/>
      </w:pPr>
      <w:r>
        <w:rPr>
          <w:rFonts w:ascii="Arial" w:hAnsi="Arial"/>
          <w:b/>
          <w:color w:val="000000"/>
          <w:sz w:val="21"/>
        </w:rPr>
        <w:t>22.  Жауап B · 4</w:t>
      </w:r>
    </w:p>
    <w:p>
      <w:pPr>
        <w:widowControl/>
        <w:spacing w:before="0" w:after="320" w:line="276" w:lineRule="auto"/>
        <w:ind w:left="0"/>
      </w:pPr>
      <w:r>
        <w:rPr>
          <w:rFonts w:ascii="Arial" w:hAnsi="Arial"/>
          <w:b w:val="0"/>
          <w:color w:val="000000"/>
          <w:sz w:val="21"/>
        </w:rPr>
        <w:t>Кемінде біреуін 22 + 18 − 9 = 31 бала біледі. Білмейтіндер 35 − 31 = 4.</w:t>
      </w:r>
    </w:p>
    <w:p>
      <w:pPr>
        <w:keepNext/>
        <w:widowControl/>
        <w:spacing w:before="0" w:after="80" w:line="276" w:lineRule="auto"/>
        <w:ind w:left="0"/>
      </w:pPr>
      <w:r>
        <w:rPr>
          <w:rFonts w:ascii="Arial" w:hAnsi="Arial"/>
          <w:b/>
          <w:color w:val="000000"/>
          <w:sz w:val="21"/>
        </w:rPr>
        <w:t>23.  Жауап A · 20</w:t>
      </w:r>
    </w:p>
    <w:p>
      <w:pPr>
        <w:widowControl/>
        <w:spacing w:before="0" w:after="320" w:line="276" w:lineRule="auto"/>
        <w:ind w:left="0"/>
      </w:pPr>
      <w:r>
        <w:rPr>
          <w:rFonts w:ascii="Arial" w:hAnsi="Arial"/>
          <w:b w:val="0"/>
          <w:color w:val="000000"/>
          <w:sz w:val="21"/>
        </w:rPr>
        <w:t>5 сусынның әрқайсысына 4 пісірме сәйкес келеді: 5 · 4 = 20.</w:t>
      </w:r>
    </w:p>
    <w:p>
      <w:pPr>
        <w:keepNext/>
        <w:widowControl/>
        <w:spacing w:before="0" w:after="80" w:line="276" w:lineRule="auto"/>
        <w:ind w:left="0"/>
      </w:pPr>
      <w:r>
        <w:rPr>
          <w:rFonts w:ascii="Arial" w:hAnsi="Arial"/>
          <w:b/>
          <w:color w:val="000000"/>
          <w:sz w:val="21"/>
        </w:rPr>
        <w:t>24.  Жауап C · −8</w:t>
      </w:r>
    </w:p>
    <w:p>
      <w:pPr>
        <w:widowControl/>
        <w:spacing w:before="0" w:after="320" w:line="276" w:lineRule="auto"/>
        <w:ind w:left="0"/>
      </w:pPr>
      <w:r>
        <w:rPr>
          <w:rFonts w:ascii="Arial" w:hAnsi="Arial"/>
          <w:b w:val="0"/>
          <w:color w:val="000000"/>
          <w:sz w:val="21"/>
        </w:rPr>
        <w:t>x + 4 = 7 немесе −7, түбірлері 3 және −11, қосындысы −8.</w:t>
      </w:r>
    </w:p>
    <w:p>
      <w:pPr>
        <w:keepNext/>
        <w:widowControl/>
        <w:spacing w:before="0" w:after="80" w:line="276" w:lineRule="auto"/>
        <w:ind w:left="0"/>
      </w:pPr>
      <w:r>
        <w:rPr>
          <w:rFonts w:ascii="Arial" w:hAnsi="Arial"/>
          <w:b/>
          <w:color w:val="000000"/>
          <w:sz w:val="21"/>
        </w:rPr>
        <w:t>25.  Жауап C · 17</w:t>
      </w:r>
    </w:p>
    <w:p>
      <w:pPr>
        <w:widowControl/>
        <w:spacing w:before="0" w:after="320" w:line="276" w:lineRule="auto"/>
        <w:ind w:left="0"/>
      </w:pPr>
      <w:r>
        <w:rPr>
          <w:rFonts w:ascii="Arial" w:hAnsi="Arial"/>
          <w:b w:val="0"/>
          <w:color w:val="000000"/>
          <w:sz w:val="21"/>
        </w:rPr>
        <w:t>x − 2 = 15, сондықтан x = 17.</w:t>
      </w:r>
    </w:p>
    <w:p>
      <w:pPr>
        <w:keepNext/>
        <w:widowControl/>
        <w:spacing w:before="0" w:after="80" w:line="276" w:lineRule="auto"/>
        <w:ind w:left="0"/>
      </w:pPr>
      <w:r>
        <w:rPr>
          <w:rFonts w:ascii="Arial" w:hAnsi="Arial"/>
          <w:b/>
          <w:color w:val="000000"/>
          <w:sz w:val="21"/>
        </w:rPr>
        <w:t>26.  Жауап A · 5</w:t>
      </w:r>
    </w:p>
    <w:p>
      <w:pPr>
        <w:widowControl/>
        <w:spacing w:before="0" w:after="320" w:line="276" w:lineRule="auto"/>
        <w:ind w:left="0"/>
      </w:pPr>
      <w:r>
        <w:rPr>
          <w:rFonts w:ascii="Arial" w:hAnsi="Arial"/>
          <w:b w:val="0"/>
          <w:color w:val="000000"/>
          <w:sz w:val="21"/>
        </w:rPr>
        <w:t>Цифрлар қосындысы 13 + b. Ол 18-ге тең болуы керек, сондықтан b = 5.</w:t>
      </w:r>
    </w:p>
    <w:p>
      <w:pPr>
        <w:keepNext/>
        <w:widowControl/>
        <w:spacing w:before="0" w:after="80" w:line="276" w:lineRule="auto"/>
        <w:ind w:left="0"/>
      </w:pPr>
      <w:r>
        <w:rPr>
          <w:rFonts w:ascii="Arial" w:hAnsi="Arial"/>
          <w:b/>
          <w:color w:val="000000"/>
          <w:sz w:val="21"/>
        </w:rPr>
        <w:t>27.  Жауап B · 27,5</w:t>
      </w:r>
    </w:p>
    <w:p>
      <w:pPr>
        <w:widowControl/>
        <w:spacing w:before="0" w:after="320" w:line="276" w:lineRule="auto"/>
        <w:ind w:left="0"/>
      </w:pPr>
      <w:r>
        <w:rPr>
          <w:rFonts w:ascii="Arial" w:hAnsi="Arial"/>
          <w:b w:val="0"/>
          <w:color w:val="000000"/>
          <w:sz w:val="21"/>
        </w:rPr>
        <w:t>4,8 : 0,16 = 30; 30 − 2,5 = 27,5.</w:t>
      </w:r>
    </w:p>
    <w:p>
      <w:pPr>
        <w:keepNext/>
        <w:widowControl/>
        <w:spacing w:before="0" w:after="80" w:line="276" w:lineRule="auto"/>
        <w:ind w:left="0"/>
      </w:pPr>
      <w:r>
        <w:rPr>
          <w:rFonts w:ascii="Arial" w:hAnsi="Arial"/>
          <w:b/>
          <w:color w:val="000000"/>
          <w:sz w:val="21"/>
        </w:rPr>
        <w:t>28.  Жауап B · 90</w:t>
      </w:r>
    </w:p>
    <w:p>
      <w:pPr>
        <w:widowControl/>
        <w:spacing w:before="0" w:after="320" w:line="276" w:lineRule="auto"/>
        <w:ind w:left="0"/>
      </w:pPr>
      <w:r>
        <w:rPr>
          <w:rFonts w:ascii="Arial" w:hAnsi="Arial"/>
          <w:b w:val="0"/>
          <w:color w:val="000000"/>
          <w:sz w:val="21"/>
        </w:rPr>
        <w:t>18 = 2 · 3², 30 = 2 · 3 · 5. ЕКОЕ = 2 · 3² · 5 = 90.</w:t>
      </w:r>
    </w:p>
    <w:p>
      <w:pPr>
        <w:keepNext/>
        <w:widowControl/>
        <w:spacing w:before="0" w:after="80" w:line="276" w:lineRule="auto"/>
        <w:ind w:left="0"/>
      </w:pPr>
      <w:r>
        <w:rPr>
          <w:rFonts w:ascii="Arial" w:hAnsi="Arial"/>
          <w:b/>
          <w:color w:val="000000"/>
          <w:sz w:val="21"/>
        </w:rPr>
        <w:t>29.  Жауап D · 6</w:t>
      </w:r>
    </w:p>
    <w:p>
      <w:pPr>
        <w:widowControl/>
        <w:spacing w:before="0" w:after="320" w:line="276" w:lineRule="auto"/>
        <w:ind w:left="0"/>
      </w:pPr>
      <w:r>
        <w:rPr>
          <w:rFonts w:ascii="Arial" w:hAnsi="Arial"/>
          <w:b w:val="0"/>
          <w:color w:val="000000"/>
          <w:sz w:val="21"/>
        </w:rPr>
        <w:t>Сағатына бактың 1/9 + 1/18 = 1/6 бөлігі толады, сондықтан 6 сағ керек.</w:t>
      </w:r>
    </w:p>
    <w:p>
      <w:pPr>
        <w:keepNext/>
        <w:widowControl/>
        <w:spacing w:before="0" w:after="80" w:line="276" w:lineRule="auto"/>
        <w:ind w:left="0"/>
      </w:pPr>
      <w:r>
        <w:rPr>
          <w:rFonts w:ascii="Arial" w:hAnsi="Arial"/>
          <w:b/>
          <w:color w:val="000000"/>
          <w:sz w:val="21"/>
        </w:rPr>
        <w:t>30.  Жауап A · 32</w:t>
      </w:r>
    </w:p>
    <w:p>
      <w:pPr>
        <w:widowControl/>
        <w:spacing w:before="0" w:after="320" w:line="276" w:lineRule="auto"/>
        <w:ind w:left="0"/>
      </w:pPr>
      <w:r>
        <w:rPr>
          <w:rFonts w:ascii="Arial" w:hAnsi="Arial"/>
          <w:b w:val="0"/>
          <w:color w:val="000000"/>
          <w:sz w:val="21"/>
        </w:rPr>
        <w:t>Барлығы 6 · 8 · 12 = 576 бөлшек. 576 : 18 = 32 модель.</w:t>
      </w:r>
    </w:p>
    <w:p>
      <w:pPr>
        <w:pStyle w:val="Heading1"/>
        <w:pageBreakBefore/>
        <w:widowControl/>
        <w:spacing w:before="0" w:after="160" w:line="276" w:lineRule="auto"/>
        <w:ind w:left="0"/>
      </w:pPr>
      <w:r>
        <w:rPr>
          <w:rFonts w:ascii="Arial" w:hAnsi="Arial"/>
          <w:b/>
          <w:color w:val="000000"/>
          <w:sz w:val="42"/>
        </w:rPr>
        <w:t>Шешімдер</w:t>
      </w:r>
    </w:p>
    <w:p>
      <w:pPr>
        <w:widowControl/>
        <w:spacing w:before="0" w:after="420" w:line="276" w:lineRule="auto"/>
        <w:ind w:left="0"/>
      </w:pPr>
      <w:r>
        <w:rPr>
          <w:rFonts w:ascii="Arial" w:hAnsi="Arial"/>
          <w:b w:val="0"/>
          <w:color w:val="000000"/>
          <w:sz w:val="20"/>
        </w:rPr>
        <w:t>1-сынақ · Математика · 31–40</w:t>
      </w:r>
    </w:p>
    <w:p>
      <w:pPr>
        <w:keepNext/>
        <w:widowControl/>
        <w:spacing w:before="0" w:after="80" w:line="276" w:lineRule="auto"/>
        <w:ind w:left="0"/>
      </w:pPr>
      <w:r>
        <w:rPr>
          <w:rFonts w:ascii="Arial" w:hAnsi="Arial"/>
          <w:b/>
          <w:color w:val="000000"/>
          <w:sz w:val="21"/>
        </w:rPr>
        <w:t>31.  Жауап A · 98</w:t>
      </w:r>
    </w:p>
    <w:p>
      <w:pPr>
        <w:widowControl/>
        <w:spacing w:before="0" w:after="320" w:line="276" w:lineRule="auto"/>
        <w:ind w:left="0"/>
      </w:pPr>
      <w:r>
        <w:rPr>
          <w:rFonts w:ascii="Arial" w:hAnsi="Arial"/>
          <w:b w:val="0"/>
          <w:color w:val="000000"/>
          <w:sz w:val="21"/>
        </w:rPr>
        <w:t>840 : 28 = 30; 17 · 4 = 68; қосынды 98.</w:t>
      </w:r>
    </w:p>
    <w:p>
      <w:pPr>
        <w:keepNext/>
        <w:widowControl/>
        <w:spacing w:before="0" w:after="80" w:line="276" w:lineRule="auto"/>
        <w:ind w:left="0"/>
      </w:pPr>
      <w:r>
        <w:rPr>
          <w:rFonts w:ascii="Arial" w:hAnsi="Arial"/>
          <w:b/>
          <w:color w:val="000000"/>
          <w:sz w:val="21"/>
        </w:rPr>
        <w:t>32.  Жауап B · 18</w:t>
      </w:r>
    </w:p>
    <w:p>
      <w:pPr>
        <w:widowControl/>
        <w:spacing w:before="0" w:after="320" w:line="276" w:lineRule="auto"/>
        <w:ind w:left="0"/>
      </w:pPr>
      <w:r>
        <w:rPr>
          <w:rFonts w:ascii="Arial" w:hAnsi="Arial"/>
          <w:b w:val="0"/>
          <w:color w:val="000000"/>
          <w:sz w:val="21"/>
        </w:rPr>
        <w:t>Бірінші цифр нөл емес: 3 таңдау. Екіншіге қалған 3, үшіншіге 2 таңдау. Барлығы 18.</w:t>
      </w:r>
    </w:p>
    <w:p>
      <w:pPr>
        <w:keepNext/>
        <w:widowControl/>
        <w:spacing w:before="0" w:after="80" w:line="276" w:lineRule="auto"/>
        <w:ind w:left="0"/>
      </w:pPr>
      <w:r>
        <w:rPr>
          <w:rFonts w:ascii="Arial" w:hAnsi="Arial"/>
          <w:b/>
          <w:color w:val="000000"/>
          <w:sz w:val="21"/>
        </w:rPr>
        <w:t>33.  Жауап D · 68 м</w:t>
      </w:r>
    </w:p>
    <w:p>
      <w:pPr>
        <w:widowControl/>
        <w:spacing w:before="0" w:after="320" w:line="276" w:lineRule="auto"/>
        <w:ind w:left="0"/>
      </w:pPr>
      <w:r>
        <w:rPr>
          <w:rFonts w:ascii="Arial" w:hAnsi="Arial"/>
          <w:b w:val="0"/>
          <w:color w:val="000000"/>
          <w:sz w:val="21"/>
        </w:rPr>
        <w:t>18 бағананың арасында 4 м-лік 17 аралық бар: 68 м.</w:t>
      </w:r>
    </w:p>
    <w:p>
      <w:pPr>
        <w:keepNext/>
        <w:widowControl/>
        <w:spacing w:before="0" w:after="80" w:line="276" w:lineRule="auto"/>
        <w:ind w:left="0"/>
      </w:pPr>
      <w:r>
        <w:rPr>
          <w:rFonts w:ascii="Arial" w:hAnsi="Arial"/>
          <w:b/>
          <w:color w:val="000000"/>
          <w:sz w:val="21"/>
        </w:rPr>
        <w:t>34.  Жауап A · 3</w:t>
      </w:r>
    </w:p>
    <w:p>
      <w:pPr>
        <w:widowControl/>
        <w:spacing w:before="0" w:after="320" w:line="276" w:lineRule="auto"/>
        <w:ind w:left="0"/>
      </w:pPr>
      <w:r>
        <w:rPr>
          <w:rFonts w:ascii="Arial" w:hAnsi="Arial"/>
          <w:b w:val="0"/>
          <w:color w:val="000000"/>
          <w:sz w:val="21"/>
        </w:rPr>
        <w:t>Ағыс бойымен жылдамдық 21 км/сағ. 63 : 21 = 3 сағ.</w:t>
      </w:r>
    </w:p>
    <w:p>
      <w:pPr>
        <w:keepNext/>
        <w:widowControl/>
        <w:spacing w:before="0" w:after="80" w:line="276" w:lineRule="auto"/>
        <w:ind w:left="0"/>
      </w:pPr>
      <w:r>
        <w:rPr>
          <w:rFonts w:ascii="Arial" w:hAnsi="Arial"/>
          <w:b/>
          <w:color w:val="000000"/>
          <w:sz w:val="21"/>
        </w:rPr>
        <w:t>35.  Жауап A · 18</w:t>
      </w:r>
    </w:p>
    <w:p>
      <w:pPr>
        <w:widowControl/>
        <w:spacing w:before="0" w:after="320" w:line="276" w:lineRule="auto"/>
        <w:ind w:left="0"/>
      </w:pPr>
      <w:r>
        <w:rPr>
          <w:rFonts w:ascii="Arial" w:hAnsi="Arial"/>
          <w:b w:val="0"/>
          <w:color w:val="000000"/>
          <w:sz w:val="21"/>
        </w:rPr>
        <w:t>Кері ретпен орындаймыз: 100 : 4 − 7 = 18.</w:t>
      </w:r>
    </w:p>
    <w:p>
      <w:pPr>
        <w:keepNext/>
        <w:widowControl/>
        <w:spacing w:before="0" w:after="80" w:line="276" w:lineRule="auto"/>
        <w:ind w:left="0"/>
      </w:pPr>
      <w:r>
        <w:rPr>
          <w:rFonts w:ascii="Arial" w:hAnsi="Arial"/>
          <w:b/>
          <w:color w:val="000000"/>
          <w:sz w:val="21"/>
        </w:rPr>
        <w:t>36.  Жауап A · 9</w:t>
      </w:r>
    </w:p>
    <w:p>
      <w:pPr>
        <w:widowControl/>
        <w:spacing w:before="0" w:after="320" w:line="276" w:lineRule="auto"/>
        <w:ind w:left="0"/>
      </w:pPr>
      <w:r>
        <w:rPr>
          <w:rFonts w:ascii="Arial" w:hAnsi="Arial"/>
          <w:b w:val="0"/>
          <w:color w:val="000000"/>
          <w:sz w:val="21"/>
        </w:rPr>
        <w:t>3x = 27, x = 9.</w:t>
      </w:r>
    </w:p>
    <w:p>
      <w:pPr>
        <w:keepNext/>
        <w:widowControl/>
        <w:spacing w:before="0" w:after="80" w:line="276" w:lineRule="auto"/>
        <w:ind w:left="0"/>
      </w:pPr>
      <w:r>
        <w:rPr>
          <w:rFonts w:ascii="Arial" w:hAnsi="Arial"/>
          <w:b/>
          <w:color w:val="000000"/>
          <w:sz w:val="21"/>
        </w:rPr>
        <w:t>37.  Жауап D · 49 см</w:t>
      </w:r>
    </w:p>
    <w:p>
      <w:pPr>
        <w:widowControl/>
        <w:spacing w:before="0" w:after="320" w:line="276" w:lineRule="auto"/>
        <w:ind w:left="0"/>
      </w:pPr>
      <w:r>
        <w:rPr>
          <w:rFonts w:ascii="Arial" w:hAnsi="Arial"/>
          <w:b w:val="0"/>
          <w:color w:val="000000"/>
          <w:sz w:val="21"/>
        </w:rPr>
        <w:t>12 үлеске 84 см сәйкес келеді. Бір үлес 7 см; ұзын таспа 7 · 7 = 49 см.</w:t>
      </w:r>
    </w:p>
    <w:p>
      <w:pPr>
        <w:keepNext/>
        <w:widowControl/>
        <w:spacing w:before="0" w:after="80" w:line="276" w:lineRule="auto"/>
        <w:ind w:left="0"/>
      </w:pPr>
      <w:r>
        <w:rPr>
          <w:rFonts w:ascii="Arial" w:hAnsi="Arial"/>
          <w:b/>
          <w:color w:val="000000"/>
          <w:sz w:val="21"/>
        </w:rPr>
        <w:t>38.  Жауап B · 2,1 км</w:t>
      </w:r>
    </w:p>
    <w:p>
      <w:pPr>
        <w:widowControl/>
        <w:spacing w:before="0" w:after="320" w:line="276" w:lineRule="auto"/>
        <w:ind w:left="0"/>
      </w:pPr>
      <w:r>
        <w:rPr>
          <w:rFonts w:ascii="Arial" w:hAnsi="Arial"/>
          <w:b w:val="0"/>
          <w:color w:val="000000"/>
          <w:sz w:val="21"/>
        </w:rPr>
        <w:t>8,4 · 25 000 = 210 000 см = 2,1 км.</w:t>
      </w:r>
    </w:p>
    <w:p>
      <w:pPr>
        <w:keepNext/>
        <w:widowControl/>
        <w:spacing w:before="0" w:after="80" w:line="276" w:lineRule="auto"/>
        <w:ind w:left="0"/>
      </w:pPr>
      <w:r>
        <w:rPr>
          <w:rFonts w:ascii="Arial" w:hAnsi="Arial"/>
          <w:b/>
          <w:color w:val="000000"/>
          <w:sz w:val="21"/>
        </w:rPr>
        <w:t>39.  Жауап D · 28</w:t>
      </w:r>
    </w:p>
    <w:p>
      <w:pPr>
        <w:widowControl/>
        <w:spacing w:before="0" w:after="320" w:line="276" w:lineRule="auto"/>
        <w:ind w:left="0"/>
      </w:pPr>
      <w:r>
        <w:rPr>
          <w:rFonts w:ascii="Arial" w:hAnsi="Arial"/>
          <w:b w:val="0"/>
          <w:color w:val="000000"/>
          <w:sz w:val="21"/>
        </w:rPr>
        <w:t>a(2) = 4, a(3) = 10, a(4) = 28.</w:t>
      </w:r>
    </w:p>
    <w:p>
      <w:pPr>
        <w:keepNext/>
        <w:widowControl/>
        <w:spacing w:before="0" w:after="80" w:line="276" w:lineRule="auto"/>
        <w:ind w:left="0"/>
      </w:pPr>
      <w:r>
        <w:rPr>
          <w:rFonts w:ascii="Arial" w:hAnsi="Arial"/>
          <w:b/>
          <w:color w:val="000000"/>
          <w:sz w:val="21"/>
        </w:rPr>
        <w:t>40.  Жауап C · 8000 теңге</w:t>
      </w:r>
    </w:p>
    <w:p>
      <w:pPr>
        <w:widowControl/>
        <w:spacing w:before="0" w:after="320" w:line="276" w:lineRule="auto"/>
        <w:ind w:left="0"/>
      </w:pPr>
      <w:r>
        <w:rPr>
          <w:rFonts w:ascii="Arial" w:hAnsi="Arial"/>
          <w:b w:val="0"/>
          <w:color w:val="000000"/>
          <w:sz w:val="21"/>
        </w:rPr>
        <w:t>Бұрынғы баға 9200 : 1,15 = 8000 теңге.</w:t>
      </w:r>
    </w:p>
    <w:p>
      <w:pPr>
        <w:pStyle w:val="Heading1"/>
        <w:pageBreakBefore/>
        <w:widowControl/>
        <w:spacing w:before="0" w:after="160" w:line="276" w:lineRule="auto"/>
        <w:ind w:left="0"/>
      </w:pPr>
      <w:r>
        <w:rPr>
          <w:rFonts w:ascii="Arial" w:hAnsi="Arial"/>
          <w:b/>
          <w:color w:val="000000"/>
          <w:sz w:val="42"/>
        </w:rPr>
        <w:t>Шешімдер</w:t>
      </w:r>
    </w:p>
    <w:p>
      <w:pPr>
        <w:widowControl/>
        <w:spacing w:before="0" w:after="420" w:line="276" w:lineRule="auto"/>
        <w:ind w:left="0"/>
      </w:pPr>
      <w:r>
        <w:rPr>
          <w:rFonts w:ascii="Arial" w:hAnsi="Arial"/>
          <w:b w:val="0"/>
          <w:color w:val="000000"/>
          <w:sz w:val="20"/>
        </w:rPr>
        <w:t>1-сынақ · Салыстырулар · 1–10</w:t>
      </w:r>
    </w:p>
    <w:p>
      <w:pPr>
        <w:keepNext/>
        <w:widowControl/>
        <w:spacing w:before="0" w:after="80" w:line="276" w:lineRule="auto"/>
        <w:ind w:left="0"/>
      </w:pPr>
      <w:r>
        <w:rPr>
          <w:rFonts w:ascii="Arial" w:hAnsi="Arial"/>
          <w:b/>
          <w:color w:val="000000"/>
          <w:sz w:val="21"/>
        </w:rPr>
        <w:t>1.  Жауап C</w:t>
      </w:r>
    </w:p>
    <w:p>
      <w:pPr>
        <w:widowControl/>
        <w:spacing w:before="0" w:after="320" w:line="276" w:lineRule="auto"/>
        <w:ind w:left="0"/>
      </w:pPr>
      <w:r>
        <w:rPr>
          <w:rFonts w:ascii="Arial" w:hAnsi="Arial"/>
          <w:b w:val="0"/>
          <w:color w:val="000000"/>
          <w:sz w:val="21"/>
        </w:rPr>
        <w:t>Екі көбейтінді де 540-қа тең.</w:t>
      </w:r>
    </w:p>
    <w:p>
      <w:pPr>
        <w:keepNext/>
        <w:widowControl/>
        <w:spacing w:before="0" w:after="80" w:line="276" w:lineRule="auto"/>
        <w:ind w:left="0"/>
      </w:pPr>
      <w:r>
        <w:rPr>
          <w:rFonts w:ascii="Arial" w:hAnsi="Arial"/>
          <w:b/>
          <w:color w:val="000000"/>
          <w:sz w:val="21"/>
        </w:rPr>
        <w:t>2.  Жауап A</w:t>
      </w:r>
    </w:p>
    <w:p>
      <w:pPr>
        <w:widowControl/>
        <w:spacing w:before="0" w:after="320" w:line="276" w:lineRule="auto"/>
        <w:ind w:left="0"/>
      </w:pPr>
      <w:r>
        <w:rPr>
          <w:rFonts w:ascii="Arial" w:hAnsi="Arial"/>
          <w:b w:val="0"/>
          <w:color w:val="000000"/>
          <w:sz w:val="21"/>
        </w:rPr>
        <w:t>Бірінші сан екіншісінен 1-ге артық.</w:t>
      </w:r>
    </w:p>
    <w:p>
      <w:pPr>
        <w:keepNext/>
        <w:widowControl/>
        <w:spacing w:before="0" w:after="80" w:line="276" w:lineRule="auto"/>
        <w:ind w:left="0"/>
      </w:pPr>
      <w:r>
        <w:rPr>
          <w:rFonts w:ascii="Arial" w:hAnsi="Arial"/>
          <w:b/>
          <w:color w:val="000000"/>
          <w:sz w:val="21"/>
        </w:rPr>
        <w:t>3.  Жауап A</w:t>
      </w:r>
    </w:p>
    <w:p>
      <w:pPr>
        <w:widowControl/>
        <w:spacing w:before="0" w:after="320" w:line="276" w:lineRule="auto"/>
        <w:ind w:left="0"/>
      </w:pPr>
      <w:r>
        <w:rPr>
          <w:rFonts w:ascii="Arial" w:hAnsi="Arial"/>
          <w:b w:val="0"/>
          <w:color w:val="000000"/>
          <w:sz w:val="21"/>
        </w:rPr>
        <w:t>0,65 кг = 650 г &gt; 640 г.</w:t>
      </w:r>
    </w:p>
    <w:p>
      <w:pPr>
        <w:keepNext/>
        <w:widowControl/>
        <w:spacing w:before="0" w:after="80" w:line="276" w:lineRule="auto"/>
        <w:ind w:left="0"/>
      </w:pPr>
      <w:r>
        <w:rPr>
          <w:rFonts w:ascii="Arial" w:hAnsi="Arial"/>
          <w:b/>
          <w:color w:val="000000"/>
          <w:sz w:val="21"/>
        </w:rPr>
        <w:t>4.  Жауап B</w:t>
      </w:r>
    </w:p>
    <w:p>
      <w:pPr>
        <w:widowControl/>
        <w:spacing w:before="0" w:after="320" w:line="276" w:lineRule="auto"/>
        <w:ind w:left="0"/>
      </w:pPr>
      <w:r>
        <w:rPr>
          <w:rFonts w:ascii="Arial" w:hAnsi="Arial"/>
          <w:b w:val="0"/>
          <w:color w:val="000000"/>
          <w:sz w:val="21"/>
        </w:rPr>
        <w:t>125 · 16 = 2000 &lt; 2001.</w:t>
      </w:r>
    </w:p>
    <w:p>
      <w:pPr>
        <w:keepNext/>
        <w:widowControl/>
        <w:spacing w:before="0" w:after="80" w:line="276" w:lineRule="auto"/>
        <w:ind w:left="0"/>
      </w:pPr>
      <w:r>
        <w:rPr>
          <w:rFonts w:ascii="Arial" w:hAnsi="Arial"/>
          <w:b/>
          <w:color w:val="000000"/>
          <w:sz w:val="21"/>
        </w:rPr>
        <w:t>5.  Жауап A</w:t>
      </w:r>
    </w:p>
    <w:p>
      <w:pPr>
        <w:widowControl/>
        <w:spacing w:before="0" w:after="320" w:line="276" w:lineRule="auto"/>
        <w:ind w:left="0"/>
      </w:pPr>
      <w:r>
        <w:rPr>
          <w:rFonts w:ascii="Arial" w:hAnsi="Arial"/>
          <w:b w:val="0"/>
          <w:color w:val="000000"/>
          <w:sz w:val="21"/>
        </w:rPr>
        <w:t>a &gt; b теңсіздігін оң b-ға бөлеміз: a/b &gt; 1.</w:t>
      </w:r>
    </w:p>
    <w:p>
      <w:pPr>
        <w:keepNext/>
        <w:widowControl/>
        <w:spacing w:before="0" w:after="80" w:line="276" w:lineRule="auto"/>
        <w:ind w:left="0"/>
      </w:pPr>
      <w:r>
        <w:rPr>
          <w:rFonts w:ascii="Arial" w:hAnsi="Arial"/>
          <w:b/>
          <w:color w:val="000000"/>
          <w:sz w:val="21"/>
        </w:rPr>
        <w:t>6.  Жауап B</w:t>
      </w:r>
    </w:p>
    <w:p>
      <w:pPr>
        <w:widowControl/>
        <w:spacing w:before="0" w:after="320" w:line="276" w:lineRule="auto"/>
        <w:ind w:left="0"/>
      </w:pPr>
      <w:r>
        <w:rPr>
          <w:rFonts w:ascii="Arial" w:hAnsi="Arial"/>
          <w:b w:val="0"/>
          <w:color w:val="000000"/>
          <w:sz w:val="21"/>
        </w:rPr>
        <w:t>7 · 6/2 = 21, ал 8 · 7/2 = 28.</w:t>
      </w:r>
    </w:p>
    <w:p>
      <w:pPr>
        <w:keepNext/>
        <w:widowControl/>
        <w:spacing w:before="0" w:after="80" w:line="276" w:lineRule="auto"/>
        <w:ind w:left="0"/>
      </w:pPr>
      <w:r>
        <w:rPr>
          <w:rFonts w:ascii="Arial" w:hAnsi="Arial"/>
          <w:b/>
          <w:color w:val="000000"/>
          <w:sz w:val="21"/>
        </w:rPr>
        <w:t>7.  Жауап C</w:t>
      </w:r>
    </w:p>
    <w:p>
      <w:pPr>
        <w:widowControl/>
        <w:spacing w:before="0" w:after="320" w:line="276" w:lineRule="auto"/>
        <w:ind w:left="0"/>
      </w:pPr>
      <w:r>
        <w:rPr>
          <w:rFonts w:ascii="Arial" w:hAnsi="Arial"/>
          <w:b w:val="0"/>
          <w:color w:val="000000"/>
          <w:sz w:val="21"/>
        </w:rPr>
        <w:t>Екі шама да 36-ға тең.</w:t>
      </w:r>
    </w:p>
    <w:p>
      <w:pPr>
        <w:keepNext/>
        <w:widowControl/>
        <w:spacing w:before="0" w:after="80" w:line="276" w:lineRule="auto"/>
        <w:ind w:left="0"/>
      </w:pPr>
      <w:r>
        <w:rPr>
          <w:rFonts w:ascii="Arial" w:hAnsi="Arial"/>
          <w:b/>
          <w:color w:val="000000"/>
          <w:sz w:val="21"/>
        </w:rPr>
        <w:t>8.  Жауап D</w:t>
      </w:r>
    </w:p>
    <w:p>
      <w:pPr>
        <w:widowControl/>
        <w:spacing w:before="0" w:after="320" w:line="276" w:lineRule="auto"/>
        <w:ind w:left="0"/>
      </w:pPr>
      <w:r>
        <w:rPr>
          <w:rFonts w:ascii="Arial" w:hAnsi="Arial"/>
          <w:b w:val="0"/>
          <w:color w:val="000000"/>
          <w:sz w:val="21"/>
        </w:rPr>
        <w:t>n = 0 болса, теңдік; n = 1 болса, A үлкен.</w:t>
      </w:r>
    </w:p>
    <w:p>
      <w:pPr>
        <w:keepNext/>
        <w:widowControl/>
        <w:spacing w:before="0" w:after="80" w:line="276" w:lineRule="auto"/>
        <w:ind w:left="0"/>
      </w:pPr>
      <w:r>
        <w:rPr>
          <w:rFonts w:ascii="Arial" w:hAnsi="Arial"/>
          <w:b/>
          <w:color w:val="000000"/>
          <w:sz w:val="21"/>
        </w:rPr>
        <w:t>9.  Жауап C</w:t>
      </w:r>
    </w:p>
    <w:p>
      <w:pPr>
        <w:widowControl/>
        <w:spacing w:before="0" w:after="320" w:line="276" w:lineRule="auto"/>
        <w:ind w:left="0"/>
      </w:pPr>
      <w:r>
        <w:rPr>
          <w:rFonts w:ascii="Arial" w:hAnsi="Arial"/>
          <w:b w:val="0"/>
          <w:color w:val="000000"/>
          <w:sz w:val="21"/>
        </w:rPr>
        <w:t>Орташа мән (a + b + c)/3 = 45/3 = 15.</w:t>
      </w:r>
    </w:p>
    <w:p>
      <w:pPr>
        <w:keepNext/>
        <w:widowControl/>
        <w:spacing w:before="0" w:after="80" w:line="276" w:lineRule="auto"/>
        <w:ind w:left="0"/>
      </w:pPr>
      <w:r>
        <w:rPr>
          <w:rFonts w:ascii="Arial" w:hAnsi="Arial"/>
          <w:b/>
          <w:color w:val="000000"/>
          <w:sz w:val="21"/>
        </w:rPr>
        <w:t>10.  Жауап C</w:t>
      </w:r>
    </w:p>
    <w:p>
      <w:pPr>
        <w:widowControl/>
        <w:spacing w:before="0" w:after="320" w:line="276" w:lineRule="auto"/>
        <w:ind w:left="0"/>
      </w:pPr>
      <w:r>
        <w:rPr>
          <w:rFonts w:ascii="Arial" w:hAnsi="Arial"/>
          <w:b w:val="0"/>
          <w:color w:val="000000"/>
          <w:sz w:val="21"/>
        </w:rPr>
        <w:t>a = 4t, b = 7t болса, екі шама да 28t-ге тең.</w:t>
      </w:r>
    </w:p>
    <w:p>
      <w:pPr>
        <w:pStyle w:val="Heading1"/>
        <w:pageBreakBefore/>
        <w:widowControl/>
        <w:spacing w:before="0" w:after="160" w:line="276" w:lineRule="auto"/>
        <w:ind w:left="0"/>
      </w:pPr>
      <w:r>
        <w:rPr>
          <w:rFonts w:ascii="Arial" w:hAnsi="Arial"/>
          <w:b/>
          <w:color w:val="000000"/>
          <w:sz w:val="42"/>
        </w:rPr>
        <w:t>Шешімдер</w:t>
      </w:r>
    </w:p>
    <w:p>
      <w:pPr>
        <w:widowControl/>
        <w:spacing w:before="0" w:after="420" w:line="276" w:lineRule="auto"/>
        <w:ind w:left="0"/>
      </w:pPr>
      <w:r>
        <w:rPr>
          <w:rFonts w:ascii="Arial" w:hAnsi="Arial"/>
          <w:b w:val="0"/>
          <w:color w:val="000000"/>
          <w:sz w:val="20"/>
        </w:rPr>
        <w:t>1-сынақ · Салыстырулар · 11–20</w:t>
      </w:r>
    </w:p>
    <w:p>
      <w:pPr>
        <w:keepNext/>
        <w:widowControl/>
        <w:spacing w:before="0" w:after="80" w:line="276" w:lineRule="auto"/>
        <w:ind w:left="0"/>
      </w:pPr>
      <w:r>
        <w:rPr>
          <w:rFonts w:ascii="Arial" w:hAnsi="Arial"/>
          <w:b/>
          <w:color w:val="000000"/>
          <w:sz w:val="21"/>
        </w:rPr>
        <w:t>11.  Жауап B</w:t>
      </w:r>
    </w:p>
    <w:p>
      <w:pPr>
        <w:widowControl/>
        <w:spacing w:before="0" w:after="320" w:line="276" w:lineRule="auto"/>
        <w:ind w:left="0"/>
      </w:pPr>
      <w:r>
        <w:rPr>
          <w:rFonts w:ascii="Arial" w:hAnsi="Arial"/>
          <w:b w:val="0"/>
          <w:color w:val="000000"/>
          <w:sz w:val="21"/>
        </w:rPr>
        <w:t>1,8 л = 1800 см³ &lt; 1850 см³.</w:t>
      </w:r>
    </w:p>
    <w:p>
      <w:pPr>
        <w:keepNext/>
        <w:widowControl/>
        <w:spacing w:before="0" w:after="80" w:line="276" w:lineRule="auto"/>
        <w:ind w:left="0"/>
      </w:pPr>
      <w:r>
        <w:rPr>
          <w:rFonts w:ascii="Arial" w:hAnsi="Arial"/>
          <w:b/>
          <w:color w:val="000000"/>
          <w:sz w:val="21"/>
        </w:rPr>
        <w:t>12.  Жауап B</w:t>
      </w:r>
    </w:p>
    <w:p>
      <w:pPr>
        <w:widowControl/>
        <w:spacing w:before="0" w:after="320" w:line="276" w:lineRule="auto"/>
        <w:ind w:left="0"/>
      </w:pPr>
      <w:r>
        <w:rPr>
          <w:rFonts w:ascii="Arial" w:hAnsi="Arial"/>
          <w:b w:val="0"/>
          <w:color w:val="000000"/>
          <w:sz w:val="21"/>
        </w:rPr>
        <w:t>Сол жақта 5 км, оң жақта 6 км.</w:t>
      </w:r>
    </w:p>
    <w:p>
      <w:pPr>
        <w:keepNext/>
        <w:widowControl/>
        <w:spacing w:before="0" w:after="80" w:line="276" w:lineRule="auto"/>
        <w:ind w:left="0"/>
      </w:pPr>
      <w:r>
        <w:rPr>
          <w:rFonts w:ascii="Arial" w:hAnsi="Arial"/>
          <w:b/>
          <w:color w:val="000000"/>
          <w:sz w:val="21"/>
        </w:rPr>
        <w:t>13.  Жауап B</w:t>
      </w:r>
    </w:p>
    <w:p>
      <w:pPr>
        <w:widowControl/>
        <w:spacing w:before="0" w:after="320" w:line="276" w:lineRule="auto"/>
        <w:ind w:left="0"/>
      </w:pPr>
      <w:r>
        <w:rPr>
          <w:rFonts w:ascii="Arial" w:hAnsi="Arial"/>
          <w:b w:val="0"/>
          <w:color w:val="000000"/>
          <w:sz w:val="21"/>
        </w:rPr>
        <w:t>Сол жақта 70, оң жақта 80.</w:t>
      </w:r>
    </w:p>
    <w:p>
      <w:pPr>
        <w:keepNext/>
        <w:widowControl/>
        <w:spacing w:before="0" w:after="80" w:line="276" w:lineRule="auto"/>
        <w:ind w:left="0"/>
      </w:pPr>
      <w:r>
        <w:rPr>
          <w:rFonts w:ascii="Arial" w:hAnsi="Arial"/>
          <w:b/>
          <w:color w:val="000000"/>
          <w:sz w:val="21"/>
        </w:rPr>
        <w:t>14.  Жауап A</w:t>
      </w:r>
    </w:p>
    <w:p>
      <w:pPr>
        <w:widowControl/>
        <w:spacing w:before="0" w:after="320" w:line="276" w:lineRule="auto"/>
        <w:ind w:left="0"/>
      </w:pPr>
      <w:r>
        <w:rPr>
          <w:rFonts w:ascii="Arial" w:hAnsi="Arial"/>
          <w:b w:val="0"/>
          <w:color w:val="000000"/>
          <w:sz w:val="21"/>
        </w:rPr>
        <w:t>Теріс жарты осьте x саны y-тен солға орналасқандықтан, оның модулі үлкен. Оның квадраты да үлкен.</w:t>
      </w:r>
    </w:p>
    <w:p>
      <w:pPr>
        <w:keepNext/>
        <w:widowControl/>
        <w:spacing w:before="0" w:after="80" w:line="276" w:lineRule="auto"/>
        <w:ind w:left="0"/>
      </w:pPr>
      <w:r>
        <w:rPr>
          <w:rFonts w:ascii="Arial" w:hAnsi="Arial"/>
          <w:b/>
          <w:color w:val="000000"/>
          <w:sz w:val="21"/>
        </w:rPr>
        <w:t>15.  Жауап C</w:t>
      </w:r>
    </w:p>
    <w:p>
      <w:pPr>
        <w:widowControl/>
        <w:spacing w:before="0" w:after="320" w:line="276" w:lineRule="auto"/>
        <w:ind w:left="0"/>
      </w:pPr>
      <w:r>
        <w:rPr>
          <w:rFonts w:ascii="Arial" w:hAnsi="Arial"/>
          <w:b w:val="0"/>
          <w:color w:val="000000"/>
          <w:sz w:val="21"/>
        </w:rPr>
        <w:t>54 : 3,6 = 15 м/с.</w:t>
      </w:r>
    </w:p>
    <w:p>
      <w:pPr>
        <w:keepNext/>
        <w:widowControl/>
        <w:spacing w:before="0" w:after="80" w:line="276" w:lineRule="auto"/>
        <w:ind w:left="0"/>
      </w:pPr>
      <w:r>
        <w:rPr>
          <w:rFonts w:ascii="Arial" w:hAnsi="Arial"/>
          <w:b/>
          <w:color w:val="000000"/>
          <w:sz w:val="21"/>
        </w:rPr>
        <w:t>16.  Жауап A</w:t>
      </w:r>
    </w:p>
    <w:p>
      <w:pPr>
        <w:widowControl/>
        <w:spacing w:before="0" w:after="320" w:line="276" w:lineRule="auto"/>
        <w:ind w:left="0"/>
      </w:pPr>
      <w:r>
        <w:rPr>
          <w:rFonts w:ascii="Arial" w:hAnsi="Arial"/>
          <w:b w:val="0"/>
          <w:color w:val="000000"/>
          <w:sz w:val="21"/>
        </w:rPr>
        <w:t>6/7 ≈ 0,857 &gt; 0,85.</w:t>
      </w:r>
    </w:p>
    <w:p>
      <w:pPr>
        <w:keepNext/>
        <w:widowControl/>
        <w:spacing w:before="0" w:after="80" w:line="276" w:lineRule="auto"/>
        <w:ind w:left="0"/>
      </w:pPr>
      <w:r>
        <w:rPr>
          <w:rFonts w:ascii="Arial" w:hAnsi="Arial"/>
          <w:b/>
          <w:color w:val="000000"/>
          <w:sz w:val="21"/>
        </w:rPr>
        <w:t>17.  Жауап A</w:t>
      </w:r>
    </w:p>
    <w:p>
      <w:pPr>
        <w:widowControl/>
        <w:spacing w:before="0" w:after="320" w:line="276" w:lineRule="auto"/>
        <w:ind w:left="0"/>
      </w:pPr>
      <w:r>
        <w:rPr>
          <w:rFonts w:ascii="Arial" w:hAnsi="Arial"/>
          <w:b w:val="0"/>
          <w:color w:val="000000"/>
          <w:sz w:val="21"/>
        </w:rPr>
        <w:t>x &gt; 4 теңсіздігін 2-ге көбейтсек, 2x &gt; 8 шығады.</w:t>
      </w:r>
    </w:p>
    <w:p>
      <w:pPr>
        <w:keepNext/>
        <w:widowControl/>
        <w:spacing w:before="0" w:after="80" w:line="276" w:lineRule="auto"/>
        <w:ind w:left="0"/>
      </w:pPr>
      <w:r>
        <w:rPr>
          <w:rFonts w:ascii="Arial" w:hAnsi="Arial"/>
          <w:b/>
          <w:color w:val="000000"/>
          <w:sz w:val="21"/>
        </w:rPr>
        <w:t>18.  Жауап C</w:t>
      </w:r>
    </w:p>
    <w:p>
      <w:pPr>
        <w:widowControl/>
        <w:spacing w:before="0" w:after="320" w:line="276" w:lineRule="auto"/>
        <w:ind w:left="0"/>
      </w:pPr>
      <w:r>
        <w:rPr>
          <w:rFonts w:ascii="Arial" w:hAnsi="Arial"/>
          <w:b w:val="0"/>
          <w:color w:val="000000"/>
          <w:sz w:val="21"/>
        </w:rPr>
        <w:t>Қосынды 6 · 8 = 48.</w:t>
      </w:r>
    </w:p>
    <w:p>
      <w:pPr>
        <w:keepNext/>
        <w:widowControl/>
        <w:spacing w:before="0" w:after="80" w:line="276" w:lineRule="auto"/>
        <w:ind w:left="0"/>
      </w:pPr>
      <w:r>
        <w:rPr>
          <w:rFonts w:ascii="Arial" w:hAnsi="Arial"/>
          <w:b/>
          <w:color w:val="000000"/>
          <w:sz w:val="21"/>
        </w:rPr>
        <w:t>19.  Жауап A</w:t>
      </w:r>
    </w:p>
    <w:p>
      <w:pPr>
        <w:widowControl/>
        <w:spacing w:before="0" w:after="320" w:line="276" w:lineRule="auto"/>
        <w:ind w:left="0"/>
      </w:pPr>
      <w:r>
        <w:rPr>
          <w:rFonts w:ascii="Arial" w:hAnsi="Arial"/>
          <w:b w:val="0"/>
          <w:color w:val="000000"/>
          <w:sz w:val="21"/>
        </w:rPr>
        <w:t>Қосынды 16-ға, арифметикалық орта 2-ге кеміді.</w:t>
      </w:r>
    </w:p>
    <w:p>
      <w:pPr>
        <w:keepNext/>
        <w:widowControl/>
        <w:spacing w:before="0" w:after="80" w:line="276" w:lineRule="auto"/>
        <w:ind w:left="0"/>
      </w:pPr>
      <w:r>
        <w:rPr>
          <w:rFonts w:ascii="Arial" w:hAnsi="Arial"/>
          <w:b/>
          <w:color w:val="000000"/>
          <w:sz w:val="21"/>
        </w:rPr>
        <w:t>20.  Жауап A</w:t>
      </w:r>
    </w:p>
    <w:p>
      <w:pPr>
        <w:widowControl/>
        <w:spacing w:before="0" w:after="320" w:line="276" w:lineRule="auto"/>
        <w:ind w:left="0"/>
      </w:pPr>
      <w:r>
        <w:rPr>
          <w:rFonts w:ascii="Arial" w:hAnsi="Arial"/>
          <w:b w:val="0"/>
          <w:color w:val="000000"/>
          <w:sz w:val="21"/>
        </w:rPr>
        <w:t>0 &lt; x &lt; 1 болса, 1/x &gt; 1. Сондықтан A бағанындағы мән үлкен.</w:t>
      </w:r>
    </w:p>
    <w:p>
      <w:pPr>
        <w:pStyle w:val="Heading1"/>
        <w:pageBreakBefore/>
        <w:widowControl/>
        <w:spacing w:before="0" w:after="160" w:line="276" w:lineRule="auto"/>
        <w:ind w:left="0"/>
      </w:pPr>
      <w:r>
        <w:rPr>
          <w:rFonts w:ascii="Arial" w:hAnsi="Arial"/>
          <w:b/>
          <w:color w:val="000000"/>
          <w:sz w:val="42"/>
        </w:rPr>
        <w:t>Шешімдер</w:t>
      </w:r>
    </w:p>
    <w:p>
      <w:pPr>
        <w:widowControl/>
        <w:spacing w:before="0" w:after="420" w:line="276" w:lineRule="auto"/>
        <w:ind w:left="0"/>
      </w:pPr>
      <w:r>
        <w:rPr>
          <w:rFonts w:ascii="Arial" w:hAnsi="Arial"/>
          <w:b w:val="0"/>
          <w:color w:val="000000"/>
          <w:sz w:val="20"/>
        </w:rPr>
        <w:t>1-сынақ · Салыстырулар · 21–30</w:t>
      </w:r>
    </w:p>
    <w:p>
      <w:pPr>
        <w:keepNext/>
        <w:widowControl/>
        <w:spacing w:before="0" w:after="80" w:line="276" w:lineRule="auto"/>
        <w:ind w:left="0"/>
      </w:pPr>
      <w:r>
        <w:rPr>
          <w:rFonts w:ascii="Arial" w:hAnsi="Arial"/>
          <w:b/>
          <w:color w:val="000000"/>
          <w:sz w:val="21"/>
        </w:rPr>
        <w:t>21.  Жауап C</w:t>
      </w:r>
    </w:p>
    <w:p>
      <w:pPr>
        <w:widowControl/>
        <w:spacing w:before="0" w:after="320" w:line="276" w:lineRule="auto"/>
        <w:ind w:left="0"/>
      </w:pPr>
      <w:r>
        <w:rPr>
          <w:rFonts w:ascii="Arial" w:hAnsi="Arial"/>
          <w:b w:val="0"/>
          <w:color w:val="000000"/>
          <w:sz w:val="21"/>
        </w:rPr>
        <w:t>2,25 · 60 = 135 минут.</w:t>
      </w:r>
    </w:p>
    <w:p>
      <w:pPr>
        <w:keepNext/>
        <w:widowControl/>
        <w:spacing w:before="0" w:after="80" w:line="276" w:lineRule="auto"/>
        <w:ind w:left="0"/>
      </w:pPr>
      <w:r>
        <w:rPr>
          <w:rFonts w:ascii="Arial" w:hAnsi="Arial"/>
          <w:b/>
          <w:color w:val="000000"/>
          <w:sz w:val="21"/>
        </w:rPr>
        <w:t>22.  Жауап A</w:t>
      </w:r>
    </w:p>
    <w:p>
      <w:pPr>
        <w:widowControl/>
        <w:spacing w:before="0" w:after="320" w:line="276" w:lineRule="auto"/>
        <w:ind w:left="0"/>
      </w:pPr>
      <w:r>
        <w:rPr>
          <w:rFonts w:ascii="Arial" w:hAnsi="Arial"/>
          <w:b w:val="0"/>
          <w:color w:val="000000"/>
          <w:sz w:val="21"/>
        </w:rPr>
        <w:t>Екі өсімнен кейін 1,1²a = 1,21a &gt; 1,2a шығады.</w:t>
      </w:r>
    </w:p>
    <w:p>
      <w:pPr>
        <w:keepNext/>
        <w:widowControl/>
        <w:spacing w:before="0" w:after="80" w:line="276" w:lineRule="auto"/>
        <w:ind w:left="0"/>
      </w:pPr>
      <w:r>
        <w:rPr>
          <w:rFonts w:ascii="Arial" w:hAnsi="Arial"/>
          <w:b/>
          <w:color w:val="000000"/>
          <w:sz w:val="21"/>
        </w:rPr>
        <w:t>23.  Жауап A</w:t>
      </w:r>
    </w:p>
    <w:p>
      <w:pPr>
        <w:widowControl/>
        <w:spacing w:before="0" w:after="320" w:line="276" w:lineRule="auto"/>
        <w:ind w:left="0"/>
      </w:pPr>
      <w:r>
        <w:rPr>
          <w:rFonts w:ascii="Arial" w:hAnsi="Arial"/>
          <w:b w:val="0"/>
          <w:color w:val="000000"/>
          <w:sz w:val="21"/>
        </w:rPr>
        <w:t>Медиана 6, арифметикалық орта 25 : 5 = 5.</w:t>
      </w:r>
    </w:p>
    <w:p>
      <w:pPr>
        <w:keepNext/>
        <w:widowControl/>
        <w:spacing w:before="0" w:after="80" w:line="276" w:lineRule="auto"/>
        <w:ind w:left="0"/>
      </w:pPr>
      <w:r>
        <w:rPr>
          <w:rFonts w:ascii="Arial" w:hAnsi="Arial"/>
          <w:b/>
          <w:color w:val="000000"/>
          <w:sz w:val="21"/>
        </w:rPr>
        <w:t>24.  Жауап D</w:t>
      </w:r>
    </w:p>
    <w:p>
      <w:pPr>
        <w:widowControl/>
        <w:spacing w:before="0" w:after="320" w:line="276" w:lineRule="auto"/>
        <w:ind w:left="0"/>
      </w:pPr>
      <w:r>
        <w:rPr>
          <w:rFonts w:ascii="Arial" w:hAnsi="Arial"/>
          <w:b w:val="0"/>
          <w:color w:val="000000"/>
          <w:sz w:val="21"/>
        </w:rPr>
        <w:t>Биіктігі 2 см болса, аудан 10 см²; 8 см болса, 40 см².</w:t>
      </w:r>
    </w:p>
    <w:p>
      <w:pPr>
        <w:keepNext/>
        <w:widowControl/>
        <w:spacing w:before="0" w:after="80" w:line="276" w:lineRule="auto"/>
        <w:ind w:left="0"/>
      </w:pPr>
      <w:r>
        <w:rPr>
          <w:rFonts w:ascii="Arial" w:hAnsi="Arial"/>
          <w:b/>
          <w:color w:val="000000"/>
          <w:sz w:val="21"/>
        </w:rPr>
        <w:t>25.  Жауап B</w:t>
      </w:r>
    </w:p>
    <w:p>
      <w:pPr>
        <w:widowControl/>
        <w:spacing w:before="0" w:after="320" w:line="276" w:lineRule="auto"/>
        <w:ind w:left="0"/>
      </w:pPr>
      <w:r>
        <w:rPr>
          <w:rFonts w:ascii="Arial" w:hAnsi="Arial"/>
          <w:b w:val="0"/>
          <w:color w:val="000000"/>
          <w:sz w:val="21"/>
        </w:rPr>
        <w:t>Сол жақта 28, оң жақта 30.</w:t>
      </w:r>
    </w:p>
    <w:p>
      <w:pPr>
        <w:keepNext/>
        <w:widowControl/>
        <w:spacing w:before="0" w:after="80" w:line="276" w:lineRule="auto"/>
        <w:ind w:left="0"/>
      </w:pPr>
      <w:r>
        <w:rPr>
          <w:rFonts w:ascii="Arial" w:hAnsi="Arial"/>
          <w:b/>
          <w:color w:val="000000"/>
          <w:sz w:val="21"/>
        </w:rPr>
        <w:t>26.  Жауап C</w:t>
      </w:r>
    </w:p>
    <w:p>
      <w:pPr>
        <w:widowControl/>
        <w:spacing w:before="0" w:after="320" w:line="276" w:lineRule="auto"/>
        <w:ind w:left="0"/>
      </w:pPr>
      <w:r>
        <w:rPr>
          <w:rFonts w:ascii="Arial" w:hAnsi="Arial"/>
          <w:b w:val="0"/>
          <w:color w:val="000000"/>
          <w:sz w:val="21"/>
        </w:rPr>
        <w:t>Екі жағдайда да 63 бөлшек.</w:t>
      </w:r>
    </w:p>
    <w:p>
      <w:pPr>
        <w:keepNext/>
        <w:widowControl/>
        <w:spacing w:before="0" w:after="80" w:line="276" w:lineRule="auto"/>
        <w:ind w:left="0"/>
      </w:pPr>
      <w:r>
        <w:rPr>
          <w:rFonts w:ascii="Arial" w:hAnsi="Arial"/>
          <w:b/>
          <w:color w:val="000000"/>
          <w:sz w:val="21"/>
        </w:rPr>
        <w:t>27.  Жауап C</w:t>
      </w:r>
    </w:p>
    <w:p>
      <w:pPr>
        <w:widowControl/>
        <w:spacing w:before="0" w:after="320" w:line="276" w:lineRule="auto"/>
        <w:ind w:left="0"/>
      </w:pPr>
      <w:r>
        <w:rPr>
          <w:rFonts w:ascii="Arial" w:hAnsi="Arial"/>
          <w:b w:val="0"/>
          <w:color w:val="000000"/>
          <w:sz w:val="21"/>
        </w:rPr>
        <w:t>0,009 км = 9 м; 90 дм = 9 м.</w:t>
      </w:r>
    </w:p>
    <w:p>
      <w:pPr>
        <w:keepNext/>
        <w:widowControl/>
        <w:spacing w:before="0" w:after="80" w:line="276" w:lineRule="auto"/>
        <w:ind w:left="0"/>
      </w:pPr>
      <w:r>
        <w:rPr>
          <w:rFonts w:ascii="Arial" w:hAnsi="Arial"/>
          <w:b/>
          <w:color w:val="000000"/>
          <w:sz w:val="21"/>
        </w:rPr>
        <w:t>28.  Жауап C</w:t>
      </w:r>
    </w:p>
    <w:p>
      <w:pPr>
        <w:widowControl/>
        <w:spacing w:before="0" w:after="320" w:line="276" w:lineRule="auto"/>
        <w:ind w:left="0"/>
      </w:pPr>
      <w:r>
        <w:rPr>
          <w:rFonts w:ascii="Arial" w:hAnsi="Arial"/>
          <w:b w:val="0"/>
          <w:color w:val="000000"/>
          <w:sz w:val="21"/>
        </w:rPr>
        <w:t>Теңдік шартта тікелей берілген.</w:t>
      </w:r>
    </w:p>
    <w:p>
      <w:pPr>
        <w:keepNext/>
        <w:widowControl/>
        <w:spacing w:before="0" w:after="80" w:line="276" w:lineRule="auto"/>
        <w:ind w:left="0"/>
      </w:pPr>
      <w:r>
        <w:rPr>
          <w:rFonts w:ascii="Arial" w:hAnsi="Arial"/>
          <w:b/>
          <w:color w:val="000000"/>
          <w:sz w:val="21"/>
        </w:rPr>
        <w:t>29.  Жауап A</w:t>
      </w:r>
    </w:p>
    <w:p>
      <w:pPr>
        <w:widowControl/>
        <w:spacing w:before="0" w:after="320" w:line="276" w:lineRule="auto"/>
        <w:ind w:left="0"/>
      </w:pPr>
      <w:r>
        <w:rPr>
          <w:rFonts w:ascii="Arial" w:hAnsi="Arial"/>
          <w:b w:val="0"/>
          <w:color w:val="000000"/>
          <w:sz w:val="21"/>
        </w:rPr>
        <w:t>0,7 м² = 7000 см² &gt; 700 см².</w:t>
      </w:r>
    </w:p>
    <w:p>
      <w:pPr>
        <w:keepNext/>
        <w:widowControl/>
        <w:spacing w:before="0" w:after="80" w:line="276" w:lineRule="auto"/>
        <w:ind w:left="0"/>
      </w:pPr>
      <w:r>
        <w:rPr>
          <w:rFonts w:ascii="Arial" w:hAnsi="Arial"/>
          <w:b/>
          <w:color w:val="000000"/>
          <w:sz w:val="21"/>
        </w:rPr>
        <w:t>30.  Жауап A</w:t>
      </w:r>
    </w:p>
    <w:p>
      <w:pPr>
        <w:widowControl/>
        <w:spacing w:before="0" w:after="320" w:line="276" w:lineRule="auto"/>
        <w:ind w:left="0"/>
      </w:pPr>
      <w:r>
        <w:rPr>
          <w:rFonts w:ascii="Arial" w:hAnsi="Arial"/>
          <w:b w:val="0"/>
          <w:color w:val="000000"/>
          <w:sz w:val="21"/>
        </w:rPr>
        <w:t>Айырмасы 1 · 45 = 45.</w:t>
      </w:r>
    </w:p>
    <w:p>
      <w:pPr>
        <w:pStyle w:val="Heading1"/>
        <w:pageBreakBefore/>
        <w:widowControl/>
        <w:spacing w:before="0" w:after="160" w:line="276" w:lineRule="auto"/>
        <w:ind w:left="0"/>
      </w:pPr>
      <w:r>
        <w:rPr>
          <w:rFonts w:ascii="Arial" w:hAnsi="Arial"/>
          <w:b/>
          <w:color w:val="000000"/>
          <w:sz w:val="42"/>
        </w:rPr>
        <w:t>Шешімдер</w:t>
      </w:r>
    </w:p>
    <w:p>
      <w:pPr>
        <w:widowControl/>
        <w:spacing w:before="0" w:after="420" w:line="276" w:lineRule="auto"/>
        <w:ind w:left="0"/>
      </w:pPr>
      <w:r>
        <w:rPr>
          <w:rFonts w:ascii="Arial" w:hAnsi="Arial"/>
          <w:b w:val="0"/>
          <w:color w:val="000000"/>
          <w:sz w:val="20"/>
        </w:rPr>
        <w:t>1-сынақ · Салыстырулар · 31–40</w:t>
      </w:r>
    </w:p>
    <w:p>
      <w:pPr>
        <w:keepNext/>
        <w:widowControl/>
        <w:spacing w:before="0" w:after="80" w:line="276" w:lineRule="auto"/>
        <w:ind w:left="0"/>
      </w:pPr>
      <w:r>
        <w:rPr>
          <w:rFonts w:ascii="Arial" w:hAnsi="Arial"/>
          <w:b/>
          <w:color w:val="000000"/>
          <w:sz w:val="21"/>
        </w:rPr>
        <w:t>31.  Жауап A</w:t>
      </w:r>
    </w:p>
    <w:p>
      <w:pPr>
        <w:widowControl/>
        <w:spacing w:before="0" w:after="320" w:line="276" w:lineRule="auto"/>
        <w:ind w:left="0"/>
      </w:pPr>
      <w:r>
        <w:rPr>
          <w:rFonts w:ascii="Arial" w:hAnsi="Arial"/>
          <w:b w:val="0"/>
          <w:color w:val="000000"/>
          <w:sz w:val="21"/>
        </w:rPr>
        <w:t>Биіктіктері тең болса, аудан табан ұзындығына тура пропорционал.</w:t>
      </w:r>
    </w:p>
    <w:p>
      <w:pPr>
        <w:keepNext/>
        <w:widowControl/>
        <w:spacing w:before="0" w:after="80" w:line="276" w:lineRule="auto"/>
        <w:ind w:left="0"/>
      </w:pPr>
      <w:r>
        <w:rPr>
          <w:rFonts w:ascii="Arial" w:hAnsi="Arial"/>
          <w:b/>
          <w:color w:val="000000"/>
          <w:sz w:val="21"/>
        </w:rPr>
        <w:t>32.  Жауап C</w:t>
      </w:r>
    </w:p>
    <w:p>
      <w:pPr>
        <w:widowControl/>
        <w:spacing w:before="0" w:after="320" w:line="276" w:lineRule="auto"/>
        <w:ind w:left="0"/>
      </w:pPr>
      <w:r>
        <w:rPr>
          <w:rFonts w:ascii="Arial" w:hAnsi="Arial"/>
          <w:b w:val="0"/>
          <w:color w:val="000000"/>
          <w:sz w:val="21"/>
        </w:rPr>
        <w:t>Екі бөлінді де 8-ге тең.</w:t>
      </w:r>
    </w:p>
    <w:p>
      <w:pPr>
        <w:keepNext/>
        <w:widowControl/>
        <w:spacing w:before="0" w:after="80" w:line="276" w:lineRule="auto"/>
        <w:ind w:left="0"/>
      </w:pPr>
      <w:r>
        <w:rPr>
          <w:rFonts w:ascii="Arial" w:hAnsi="Arial"/>
          <w:b/>
          <w:color w:val="000000"/>
          <w:sz w:val="21"/>
        </w:rPr>
        <w:t>33.  Жауап C</w:t>
      </w:r>
    </w:p>
    <w:p>
      <w:pPr>
        <w:widowControl/>
        <w:spacing w:before="0" w:after="320" w:line="276" w:lineRule="auto"/>
        <w:ind w:left="0"/>
      </w:pPr>
      <w:r>
        <w:rPr>
          <w:rFonts w:ascii="Arial" w:hAnsi="Arial"/>
          <w:b w:val="0"/>
          <w:color w:val="000000"/>
          <w:sz w:val="21"/>
        </w:rPr>
        <w:t>Сол жақта 12(50 − 1), яғни 12 · 50 − 12.</w:t>
      </w:r>
    </w:p>
    <w:p>
      <w:pPr>
        <w:keepNext/>
        <w:widowControl/>
        <w:spacing w:before="0" w:after="80" w:line="276" w:lineRule="auto"/>
        <w:ind w:left="0"/>
      </w:pPr>
      <w:r>
        <w:rPr>
          <w:rFonts w:ascii="Arial" w:hAnsi="Arial"/>
          <w:b/>
          <w:color w:val="000000"/>
          <w:sz w:val="21"/>
        </w:rPr>
        <w:t>34.  Жауап D</w:t>
      </w:r>
    </w:p>
    <w:p>
      <w:pPr>
        <w:widowControl/>
        <w:spacing w:before="0" w:after="320" w:line="276" w:lineRule="auto"/>
        <w:ind w:left="0"/>
      </w:pPr>
      <w:r>
        <w:rPr>
          <w:rFonts w:ascii="Arial" w:hAnsi="Arial"/>
          <w:b w:val="0"/>
          <w:color w:val="000000"/>
          <w:sz w:val="21"/>
        </w:rPr>
        <w:t>Қабырғалары 1 және 13 болса, аудан 13 см²; 7 және 7 болса, 49 см².</w:t>
      </w:r>
    </w:p>
    <w:p>
      <w:pPr>
        <w:keepNext/>
        <w:widowControl/>
        <w:spacing w:before="0" w:after="80" w:line="276" w:lineRule="auto"/>
        <w:ind w:left="0"/>
      </w:pPr>
      <w:r>
        <w:rPr>
          <w:rFonts w:ascii="Arial" w:hAnsi="Arial"/>
          <w:b/>
          <w:color w:val="000000"/>
          <w:sz w:val="21"/>
        </w:rPr>
        <w:t>35.  Жауап C</w:t>
      </w:r>
    </w:p>
    <w:p>
      <w:pPr>
        <w:widowControl/>
        <w:spacing w:before="0" w:after="320" w:line="276" w:lineRule="auto"/>
        <w:ind w:left="0"/>
      </w:pPr>
      <w:r>
        <w:rPr>
          <w:rFonts w:ascii="Arial" w:hAnsi="Arial"/>
          <w:b w:val="0"/>
          <w:color w:val="000000"/>
          <w:sz w:val="21"/>
        </w:rPr>
        <w:t>Екі периметр де 28 см-ге тең.</w:t>
      </w:r>
    </w:p>
    <w:p>
      <w:pPr>
        <w:keepNext/>
        <w:widowControl/>
        <w:spacing w:before="0" w:after="80" w:line="276" w:lineRule="auto"/>
        <w:ind w:left="0"/>
      </w:pPr>
      <w:r>
        <w:rPr>
          <w:rFonts w:ascii="Arial" w:hAnsi="Arial"/>
          <w:b/>
          <w:color w:val="000000"/>
          <w:sz w:val="21"/>
        </w:rPr>
        <w:t>36.  Жауап D</w:t>
      </w:r>
    </w:p>
    <w:p>
      <w:pPr>
        <w:widowControl/>
        <w:spacing w:before="0" w:after="320" w:line="276" w:lineRule="auto"/>
        <w:ind w:left="0"/>
      </w:pPr>
      <w:r>
        <w:rPr>
          <w:rFonts w:ascii="Arial" w:hAnsi="Arial"/>
          <w:b w:val="0"/>
          <w:color w:val="000000"/>
          <w:sz w:val="21"/>
        </w:rPr>
        <w:t>x = 1 болса, теңдік; x = −1 болса, A үлкен.</w:t>
      </w:r>
    </w:p>
    <w:p>
      <w:pPr>
        <w:keepNext/>
        <w:widowControl/>
        <w:spacing w:before="0" w:after="80" w:line="276" w:lineRule="auto"/>
        <w:ind w:left="0"/>
      </w:pPr>
      <w:r>
        <w:rPr>
          <w:rFonts w:ascii="Arial" w:hAnsi="Arial"/>
          <w:b/>
          <w:color w:val="000000"/>
          <w:sz w:val="21"/>
        </w:rPr>
        <w:t>37.  Жауап B</w:t>
      </w:r>
    </w:p>
    <w:p>
      <w:pPr>
        <w:widowControl/>
        <w:spacing w:before="0" w:after="320" w:line="276" w:lineRule="auto"/>
        <w:ind w:left="0"/>
      </w:pPr>
      <w:r>
        <w:rPr>
          <w:rFonts w:ascii="Arial" w:hAnsi="Arial"/>
          <w:b w:val="0"/>
          <w:color w:val="000000"/>
          <w:sz w:val="21"/>
        </w:rPr>
        <w:t>8 км/сағ жылдамдықпен сол қашықтықты жүруге көбірек уақыт кетеді.</w:t>
      </w:r>
    </w:p>
    <w:p>
      <w:pPr>
        <w:keepNext/>
        <w:widowControl/>
        <w:spacing w:before="0" w:after="80" w:line="276" w:lineRule="auto"/>
        <w:ind w:left="0"/>
      </w:pPr>
      <w:r>
        <w:rPr>
          <w:rFonts w:ascii="Arial" w:hAnsi="Arial"/>
          <w:b/>
          <w:color w:val="000000"/>
          <w:sz w:val="21"/>
        </w:rPr>
        <w:t>38.  Жауап B</w:t>
      </w:r>
    </w:p>
    <w:p>
      <w:pPr>
        <w:widowControl/>
        <w:spacing w:before="0" w:after="320" w:line="276" w:lineRule="auto"/>
        <w:ind w:left="0"/>
      </w:pPr>
      <w:r>
        <w:rPr>
          <w:rFonts w:ascii="Arial" w:hAnsi="Arial"/>
          <w:b w:val="0"/>
          <w:color w:val="000000"/>
          <w:sz w:val="21"/>
        </w:rPr>
        <w:t>Шаршының қабырғасы 6 см, периметрі 24 см; тіктөртбұрыштың периметрі 26 см.</w:t>
      </w:r>
    </w:p>
    <w:p>
      <w:pPr>
        <w:keepNext/>
        <w:widowControl/>
        <w:spacing w:before="0" w:after="80" w:line="276" w:lineRule="auto"/>
        <w:ind w:left="0"/>
      </w:pPr>
      <w:r>
        <w:rPr>
          <w:rFonts w:ascii="Arial" w:hAnsi="Arial"/>
          <w:b/>
          <w:color w:val="000000"/>
          <w:sz w:val="21"/>
        </w:rPr>
        <w:t>39.  Жауап A</w:t>
      </w:r>
    </w:p>
    <w:p>
      <w:pPr>
        <w:widowControl/>
        <w:spacing w:before="0" w:after="320" w:line="276" w:lineRule="auto"/>
        <w:ind w:left="0"/>
      </w:pPr>
      <w:r>
        <w:rPr>
          <w:rFonts w:ascii="Arial" w:hAnsi="Arial"/>
          <w:b w:val="0"/>
          <w:color w:val="000000"/>
          <w:sz w:val="21"/>
        </w:rPr>
        <w:t>5/8 = 62,5%, бұл 62%-дан үлкен.</w:t>
      </w:r>
    </w:p>
    <w:p>
      <w:pPr>
        <w:keepNext/>
        <w:widowControl/>
        <w:spacing w:before="0" w:after="80" w:line="276" w:lineRule="auto"/>
        <w:ind w:left="0"/>
      </w:pPr>
      <w:r>
        <w:rPr>
          <w:rFonts w:ascii="Arial" w:hAnsi="Arial"/>
          <w:b/>
          <w:color w:val="000000"/>
          <w:sz w:val="21"/>
        </w:rPr>
        <w:t>40.  Жауап C</w:t>
      </w:r>
    </w:p>
    <w:p>
      <w:pPr>
        <w:widowControl/>
        <w:spacing w:before="0" w:after="320" w:line="276" w:lineRule="auto"/>
        <w:ind w:left="0"/>
      </w:pPr>
      <w:r>
        <w:rPr>
          <w:rFonts w:ascii="Arial" w:hAnsi="Arial"/>
          <w:b w:val="0"/>
          <w:color w:val="000000"/>
          <w:sz w:val="21"/>
        </w:rPr>
        <w:t>Жалғыз бүтін n мәні 6-ға тең.</w:t>
      </w:r>
    </w:p>
    <w:p>
      <w:pPr>
        <w:pStyle w:val="Heading1"/>
        <w:pageBreakBefore/>
        <w:widowControl/>
        <w:spacing w:before="0" w:after="160" w:line="276" w:lineRule="auto"/>
        <w:ind w:left="0"/>
      </w:pPr>
      <w:r>
        <w:rPr>
          <w:rFonts w:ascii="Arial" w:hAnsi="Arial"/>
          <w:b/>
          <w:color w:val="000000"/>
          <w:sz w:val="42"/>
        </w:rPr>
        <w:t>Шешімдер</w:t>
      </w:r>
    </w:p>
    <w:p>
      <w:pPr>
        <w:widowControl/>
        <w:spacing w:before="0" w:after="420" w:line="276" w:lineRule="auto"/>
        <w:ind w:left="0"/>
      </w:pPr>
      <w:r>
        <w:rPr>
          <w:rFonts w:ascii="Arial" w:hAnsi="Arial"/>
          <w:b w:val="0"/>
          <w:color w:val="000000"/>
          <w:sz w:val="20"/>
        </w:rPr>
        <w:t>1-сынақ · Салыстырулар · 41–50</w:t>
      </w:r>
    </w:p>
    <w:p>
      <w:pPr>
        <w:keepNext/>
        <w:widowControl/>
        <w:spacing w:before="0" w:after="80" w:line="276" w:lineRule="auto"/>
        <w:ind w:left="0"/>
      </w:pPr>
      <w:r>
        <w:rPr>
          <w:rFonts w:ascii="Arial" w:hAnsi="Arial"/>
          <w:b/>
          <w:color w:val="000000"/>
          <w:sz w:val="21"/>
        </w:rPr>
        <w:t>41.  Жауап A</w:t>
      </w:r>
    </w:p>
    <w:p>
      <w:pPr>
        <w:widowControl/>
        <w:spacing w:before="0" w:after="320" w:line="276" w:lineRule="auto"/>
        <w:ind w:left="0"/>
      </w:pPr>
      <w:r>
        <w:rPr>
          <w:rFonts w:ascii="Arial" w:hAnsi="Arial"/>
          <w:b w:val="0"/>
          <w:color w:val="000000"/>
          <w:sz w:val="21"/>
        </w:rPr>
        <w:t>3 · 24 · 60 = 4320 минут &gt; 4300 минут.</w:t>
      </w:r>
    </w:p>
    <w:p>
      <w:pPr>
        <w:keepNext/>
        <w:widowControl/>
        <w:spacing w:before="0" w:after="80" w:line="276" w:lineRule="auto"/>
        <w:ind w:left="0"/>
      </w:pPr>
      <w:r>
        <w:rPr>
          <w:rFonts w:ascii="Arial" w:hAnsi="Arial"/>
          <w:b/>
          <w:color w:val="000000"/>
          <w:sz w:val="21"/>
        </w:rPr>
        <w:t>42.  Жауап A</w:t>
      </w:r>
    </w:p>
    <w:p>
      <w:pPr>
        <w:widowControl/>
        <w:spacing w:before="0" w:after="320" w:line="276" w:lineRule="auto"/>
        <w:ind w:left="0"/>
      </w:pPr>
      <w:r>
        <w:rPr>
          <w:rFonts w:ascii="Arial" w:hAnsi="Arial"/>
          <w:b w:val="0"/>
          <w:color w:val="000000"/>
          <w:sz w:val="21"/>
        </w:rPr>
        <w:t>81 см² &gt; 80 см².</w:t>
      </w:r>
    </w:p>
    <w:p>
      <w:pPr>
        <w:keepNext/>
        <w:widowControl/>
        <w:spacing w:before="0" w:after="80" w:line="276" w:lineRule="auto"/>
        <w:ind w:left="0"/>
      </w:pPr>
      <w:r>
        <w:rPr>
          <w:rFonts w:ascii="Arial" w:hAnsi="Arial"/>
          <w:b/>
          <w:color w:val="000000"/>
          <w:sz w:val="21"/>
        </w:rPr>
        <w:t>43.  Жауап A</w:t>
      </w:r>
    </w:p>
    <w:p>
      <w:pPr>
        <w:widowControl/>
        <w:spacing w:before="0" w:after="320" w:line="276" w:lineRule="auto"/>
        <w:ind w:left="0"/>
      </w:pPr>
      <w:r>
        <w:rPr>
          <w:rFonts w:ascii="Arial" w:hAnsi="Arial"/>
          <w:b w:val="0"/>
          <w:color w:val="000000"/>
          <w:sz w:val="21"/>
        </w:rPr>
        <w:t>Қосынды 180 − 85 = 95°, бұл 90°-тан үлкен.</w:t>
      </w:r>
    </w:p>
    <w:p>
      <w:pPr>
        <w:keepNext/>
        <w:widowControl/>
        <w:spacing w:before="0" w:after="80" w:line="276" w:lineRule="auto"/>
        <w:ind w:left="0"/>
      </w:pPr>
      <w:r>
        <w:rPr>
          <w:rFonts w:ascii="Arial" w:hAnsi="Arial"/>
          <w:b/>
          <w:color w:val="000000"/>
          <w:sz w:val="21"/>
        </w:rPr>
        <w:t>44.  Жауап B</w:t>
      </w:r>
    </w:p>
    <w:p>
      <w:pPr>
        <w:widowControl/>
        <w:spacing w:before="0" w:after="320" w:line="276" w:lineRule="auto"/>
        <w:ind w:left="0"/>
      </w:pPr>
      <w:r>
        <w:rPr>
          <w:rFonts w:ascii="Arial" w:hAnsi="Arial"/>
          <w:b w:val="0"/>
          <w:color w:val="000000"/>
          <w:sz w:val="21"/>
        </w:rPr>
        <w:t>11 · 4 = 44 &lt; 45 = 3 · 15.</w:t>
      </w:r>
    </w:p>
    <w:p>
      <w:pPr>
        <w:keepNext/>
        <w:widowControl/>
        <w:spacing w:before="0" w:after="80" w:line="276" w:lineRule="auto"/>
        <w:ind w:left="0"/>
      </w:pPr>
      <w:r>
        <w:rPr>
          <w:rFonts w:ascii="Arial" w:hAnsi="Arial"/>
          <w:b/>
          <w:color w:val="000000"/>
          <w:sz w:val="21"/>
        </w:rPr>
        <w:t>45.  Жауап D</w:t>
      </w:r>
    </w:p>
    <w:p>
      <w:pPr>
        <w:widowControl/>
        <w:spacing w:before="0" w:after="320" w:line="276" w:lineRule="auto"/>
        <w:ind w:left="0"/>
      </w:pPr>
      <w:r>
        <w:rPr>
          <w:rFonts w:ascii="Arial" w:hAnsi="Arial"/>
          <w:b w:val="0"/>
          <w:color w:val="000000"/>
          <w:sz w:val="21"/>
        </w:rPr>
        <w:t>x = 9 болса, A; x = 7 болса, B шығады.</w:t>
      </w:r>
    </w:p>
    <w:p>
      <w:pPr>
        <w:keepNext/>
        <w:widowControl/>
        <w:spacing w:before="0" w:after="80" w:line="276" w:lineRule="auto"/>
        <w:ind w:left="0"/>
      </w:pPr>
      <w:r>
        <w:rPr>
          <w:rFonts w:ascii="Arial" w:hAnsi="Arial"/>
          <w:b/>
          <w:color w:val="000000"/>
          <w:sz w:val="21"/>
        </w:rPr>
        <w:t>46.  Жауап D</w:t>
      </w:r>
    </w:p>
    <w:p>
      <w:pPr>
        <w:widowControl/>
        <w:spacing w:before="0" w:after="320" w:line="276" w:lineRule="auto"/>
        <w:ind w:left="0"/>
      </w:pPr>
      <w:r>
        <w:rPr>
          <w:rFonts w:ascii="Arial" w:hAnsi="Arial"/>
          <w:b w:val="0"/>
          <w:color w:val="000000"/>
          <w:sz w:val="21"/>
        </w:rPr>
        <w:t>Бағалар 100 және 100 болса, A үлкен; 100 және 1000 болса, B үлкен.</w:t>
      </w:r>
    </w:p>
    <w:p>
      <w:pPr>
        <w:keepNext/>
        <w:widowControl/>
        <w:spacing w:before="0" w:after="80" w:line="276" w:lineRule="auto"/>
        <w:ind w:left="0"/>
      </w:pPr>
      <w:r>
        <w:rPr>
          <w:rFonts w:ascii="Arial" w:hAnsi="Arial"/>
          <w:b/>
          <w:color w:val="000000"/>
          <w:sz w:val="21"/>
        </w:rPr>
        <w:t>47.  Жауап C</w:t>
      </w:r>
    </w:p>
    <w:p>
      <w:pPr>
        <w:widowControl/>
        <w:spacing w:before="0" w:after="320" w:line="276" w:lineRule="auto"/>
        <w:ind w:left="0"/>
      </w:pPr>
      <w:r>
        <w:rPr>
          <w:rFonts w:ascii="Arial" w:hAnsi="Arial"/>
          <w:b w:val="0"/>
          <w:color w:val="000000"/>
          <w:sz w:val="21"/>
        </w:rPr>
        <w:t>Екі мән де 36-ға тең.</w:t>
      </w:r>
    </w:p>
    <w:p>
      <w:pPr>
        <w:keepNext/>
        <w:widowControl/>
        <w:spacing w:before="0" w:after="80" w:line="276" w:lineRule="auto"/>
        <w:ind w:left="0"/>
      </w:pPr>
      <w:r>
        <w:rPr>
          <w:rFonts w:ascii="Arial" w:hAnsi="Arial"/>
          <w:b/>
          <w:color w:val="000000"/>
          <w:sz w:val="21"/>
        </w:rPr>
        <w:t>48.  Жауап C</w:t>
      </w:r>
    </w:p>
    <w:p>
      <w:pPr>
        <w:widowControl/>
        <w:spacing w:before="0" w:after="320" w:line="276" w:lineRule="auto"/>
        <w:ind w:left="0"/>
      </w:pPr>
      <w:r>
        <w:rPr>
          <w:rFonts w:ascii="Arial" w:hAnsi="Arial"/>
          <w:b w:val="0"/>
          <w:color w:val="000000"/>
          <w:sz w:val="21"/>
        </w:rPr>
        <w:t>Екі жағдайда да 27.</w:t>
      </w:r>
    </w:p>
    <w:p>
      <w:pPr>
        <w:keepNext/>
        <w:widowControl/>
        <w:spacing w:before="0" w:after="80" w:line="276" w:lineRule="auto"/>
        <w:ind w:left="0"/>
      </w:pPr>
      <w:r>
        <w:rPr>
          <w:rFonts w:ascii="Arial" w:hAnsi="Arial"/>
          <w:b/>
          <w:color w:val="000000"/>
          <w:sz w:val="21"/>
        </w:rPr>
        <w:t>49.  Жауап C</w:t>
      </w:r>
    </w:p>
    <w:p>
      <w:pPr>
        <w:widowControl/>
        <w:spacing w:before="0" w:after="320" w:line="276" w:lineRule="auto"/>
        <w:ind w:left="0"/>
      </w:pPr>
      <w:r>
        <w:rPr>
          <w:rFonts w:ascii="Arial" w:hAnsi="Arial"/>
          <w:b w:val="0"/>
          <w:color w:val="000000"/>
          <w:sz w:val="21"/>
        </w:rPr>
        <w:t>Екі көлем де 27 см³-ке тең.</w:t>
      </w:r>
    </w:p>
    <w:p>
      <w:pPr>
        <w:keepNext/>
        <w:widowControl/>
        <w:spacing w:before="0" w:after="80" w:line="276" w:lineRule="auto"/>
        <w:ind w:left="0"/>
      </w:pPr>
      <w:r>
        <w:rPr>
          <w:rFonts w:ascii="Arial" w:hAnsi="Arial"/>
          <w:b/>
          <w:color w:val="000000"/>
          <w:sz w:val="21"/>
        </w:rPr>
        <w:t>50.  Жауап A</w:t>
      </w:r>
    </w:p>
    <w:p>
      <w:pPr>
        <w:widowControl/>
        <w:spacing w:before="0" w:after="320" w:line="276" w:lineRule="auto"/>
        <w:ind w:left="0"/>
      </w:pPr>
      <w:r>
        <w:rPr>
          <w:rFonts w:ascii="Arial" w:hAnsi="Arial"/>
          <w:b w:val="0"/>
          <w:color w:val="000000"/>
          <w:sz w:val="21"/>
        </w:rPr>
        <w:t>Сол жақта 8a³, оң жақта 4a³. a³ оң.</w:t>
      </w:r>
    </w:p>
    <w:p>
      <w:pPr>
        <w:pStyle w:val="Heading1"/>
        <w:pageBreakBefore/>
        <w:widowControl/>
        <w:spacing w:before="0" w:after="160" w:line="276" w:lineRule="auto"/>
        <w:ind w:left="0"/>
      </w:pPr>
      <w:r>
        <w:rPr>
          <w:rFonts w:ascii="Arial" w:hAnsi="Arial"/>
          <w:b/>
          <w:color w:val="000000"/>
          <w:sz w:val="42"/>
        </w:rPr>
        <w:t>Шешімдер</w:t>
      </w:r>
    </w:p>
    <w:p>
      <w:pPr>
        <w:widowControl/>
        <w:spacing w:before="0" w:after="420" w:line="276" w:lineRule="auto"/>
        <w:ind w:left="0"/>
      </w:pPr>
      <w:r>
        <w:rPr>
          <w:rFonts w:ascii="Arial" w:hAnsi="Arial"/>
          <w:b w:val="0"/>
          <w:color w:val="000000"/>
          <w:sz w:val="20"/>
        </w:rPr>
        <w:t>1-сынақ · Салыстырулар · 51–60</w:t>
      </w:r>
    </w:p>
    <w:p>
      <w:pPr>
        <w:keepNext/>
        <w:widowControl/>
        <w:spacing w:before="0" w:after="80" w:line="276" w:lineRule="auto"/>
        <w:ind w:left="0"/>
      </w:pPr>
      <w:r>
        <w:rPr>
          <w:rFonts w:ascii="Arial" w:hAnsi="Arial"/>
          <w:b/>
          <w:color w:val="000000"/>
          <w:sz w:val="21"/>
        </w:rPr>
        <w:t>51.  Жауап C</w:t>
      </w:r>
    </w:p>
    <w:p>
      <w:pPr>
        <w:widowControl/>
        <w:spacing w:before="0" w:after="320" w:line="276" w:lineRule="auto"/>
        <w:ind w:left="0"/>
      </w:pPr>
      <w:r>
        <w:rPr>
          <w:rFonts w:ascii="Arial" w:hAnsi="Arial"/>
          <w:b w:val="0"/>
          <w:color w:val="000000"/>
          <w:sz w:val="21"/>
        </w:rPr>
        <w:t>12 − 5 = 7 = |−7|.</w:t>
      </w:r>
    </w:p>
    <w:p>
      <w:pPr>
        <w:keepNext/>
        <w:widowControl/>
        <w:spacing w:before="0" w:after="80" w:line="276" w:lineRule="auto"/>
        <w:ind w:left="0"/>
      </w:pPr>
      <w:r>
        <w:rPr>
          <w:rFonts w:ascii="Arial" w:hAnsi="Arial"/>
          <w:b/>
          <w:color w:val="000000"/>
          <w:sz w:val="21"/>
        </w:rPr>
        <w:t>52.  Жауап A</w:t>
      </w:r>
    </w:p>
    <w:p>
      <w:pPr>
        <w:widowControl/>
        <w:spacing w:before="0" w:after="320" w:line="276" w:lineRule="auto"/>
        <w:ind w:left="0"/>
      </w:pPr>
      <w:r>
        <w:rPr>
          <w:rFonts w:ascii="Arial" w:hAnsi="Arial"/>
          <w:b w:val="0"/>
          <w:color w:val="000000"/>
          <w:sz w:val="21"/>
        </w:rPr>
        <w:t>Сол жақта 4, бұл 3,9-дан үлкен.</w:t>
      </w:r>
    </w:p>
    <w:p>
      <w:pPr>
        <w:keepNext/>
        <w:widowControl/>
        <w:spacing w:before="0" w:after="80" w:line="276" w:lineRule="auto"/>
        <w:ind w:left="0"/>
      </w:pPr>
      <w:r>
        <w:rPr>
          <w:rFonts w:ascii="Arial" w:hAnsi="Arial"/>
          <w:b/>
          <w:color w:val="000000"/>
          <w:sz w:val="21"/>
        </w:rPr>
        <w:t>53.  Жауап D</w:t>
      </w:r>
    </w:p>
    <w:p>
      <w:pPr>
        <w:widowControl/>
        <w:spacing w:before="0" w:after="320" w:line="276" w:lineRule="auto"/>
        <w:ind w:left="0"/>
      </w:pPr>
      <w:r>
        <w:rPr>
          <w:rFonts w:ascii="Arial" w:hAnsi="Arial"/>
          <w:b w:val="0"/>
          <w:color w:val="000000"/>
          <w:sz w:val="21"/>
        </w:rPr>
        <w:t>a = 1, b = 10 болса, көбейтінді 10; a = 5, b = 6 болса, 30.</w:t>
      </w:r>
    </w:p>
    <w:p>
      <w:pPr>
        <w:keepNext/>
        <w:widowControl/>
        <w:spacing w:before="0" w:after="80" w:line="276" w:lineRule="auto"/>
        <w:ind w:left="0"/>
      </w:pPr>
      <w:r>
        <w:rPr>
          <w:rFonts w:ascii="Arial" w:hAnsi="Arial"/>
          <w:b/>
          <w:color w:val="000000"/>
          <w:sz w:val="21"/>
        </w:rPr>
        <w:t>54.  Жауап A</w:t>
      </w:r>
    </w:p>
    <w:p>
      <w:pPr>
        <w:widowControl/>
        <w:spacing w:before="0" w:after="320" w:line="276" w:lineRule="auto"/>
        <w:ind w:left="0"/>
      </w:pPr>
      <w:r>
        <w:rPr>
          <w:rFonts w:ascii="Arial" w:hAnsi="Arial"/>
          <w:b w:val="0"/>
          <w:color w:val="000000"/>
          <w:sz w:val="21"/>
        </w:rPr>
        <w:t>x = y + 3, демек x саны y-тен үлкен.</w:t>
      </w:r>
    </w:p>
    <w:p>
      <w:pPr>
        <w:keepNext/>
        <w:widowControl/>
        <w:spacing w:before="0" w:after="80" w:line="276" w:lineRule="auto"/>
        <w:ind w:left="0"/>
      </w:pPr>
      <w:r>
        <w:rPr>
          <w:rFonts w:ascii="Arial" w:hAnsi="Arial"/>
          <w:b/>
          <w:color w:val="000000"/>
          <w:sz w:val="21"/>
        </w:rPr>
        <w:t>55.  Жауап B</w:t>
      </w:r>
    </w:p>
    <w:p>
      <w:pPr>
        <w:widowControl/>
        <w:spacing w:before="0" w:after="320" w:line="276" w:lineRule="auto"/>
        <w:ind w:left="0"/>
      </w:pPr>
      <w:r>
        <w:rPr>
          <w:rFonts w:ascii="Arial" w:hAnsi="Arial"/>
          <w:b w:val="0"/>
          <w:color w:val="000000"/>
          <w:sz w:val="21"/>
        </w:rPr>
        <w:t>Екіншісінің радиусы 4,5 см, сондықтан екінші шеңбер ұзынырақ.</w:t>
      </w:r>
    </w:p>
    <w:p>
      <w:pPr>
        <w:keepNext/>
        <w:widowControl/>
        <w:spacing w:before="0" w:after="80" w:line="276" w:lineRule="auto"/>
        <w:ind w:left="0"/>
      </w:pPr>
      <w:r>
        <w:rPr>
          <w:rFonts w:ascii="Arial" w:hAnsi="Arial"/>
          <w:b/>
          <w:color w:val="000000"/>
          <w:sz w:val="21"/>
        </w:rPr>
        <w:t>56.  Жауап A</w:t>
      </w:r>
    </w:p>
    <w:p>
      <w:pPr>
        <w:widowControl/>
        <w:spacing w:before="0" w:after="320" w:line="276" w:lineRule="auto"/>
        <w:ind w:left="0"/>
      </w:pPr>
      <w:r>
        <w:rPr>
          <w:rFonts w:ascii="Arial" w:hAnsi="Arial"/>
          <w:b w:val="0"/>
          <w:color w:val="000000"/>
          <w:sz w:val="21"/>
        </w:rPr>
        <w:t>Оң x санын x &gt; 1 санына көбейткенде ол артады.</w:t>
      </w:r>
    </w:p>
    <w:p>
      <w:pPr>
        <w:keepNext/>
        <w:widowControl/>
        <w:spacing w:before="0" w:after="80" w:line="276" w:lineRule="auto"/>
        <w:ind w:left="0"/>
      </w:pPr>
      <w:r>
        <w:rPr>
          <w:rFonts w:ascii="Arial" w:hAnsi="Arial"/>
          <w:b/>
          <w:color w:val="000000"/>
          <w:sz w:val="21"/>
        </w:rPr>
        <w:t>57.  Жауап A</w:t>
      </w:r>
    </w:p>
    <w:p>
      <w:pPr>
        <w:widowControl/>
        <w:spacing w:before="0" w:after="320" w:line="276" w:lineRule="auto"/>
        <w:ind w:left="0"/>
      </w:pPr>
      <w:r>
        <w:rPr>
          <w:rFonts w:ascii="Arial" w:hAnsi="Arial"/>
          <w:b w:val="0"/>
          <w:color w:val="000000"/>
          <w:sz w:val="21"/>
        </w:rPr>
        <w:t>30/120 = 25%, 30/150 = 20%.</w:t>
      </w:r>
    </w:p>
    <w:p>
      <w:pPr>
        <w:keepNext/>
        <w:widowControl/>
        <w:spacing w:before="0" w:after="80" w:line="276" w:lineRule="auto"/>
        <w:ind w:left="0"/>
      </w:pPr>
      <w:r>
        <w:rPr>
          <w:rFonts w:ascii="Arial" w:hAnsi="Arial"/>
          <w:b/>
          <w:color w:val="000000"/>
          <w:sz w:val="21"/>
        </w:rPr>
        <w:t>58.  Жауап D</w:t>
      </w:r>
    </w:p>
    <w:p>
      <w:pPr>
        <w:widowControl/>
        <w:spacing w:before="0" w:after="320" w:line="276" w:lineRule="auto"/>
        <w:ind w:left="0"/>
      </w:pPr>
      <w:r>
        <w:rPr>
          <w:rFonts w:ascii="Arial" w:hAnsi="Arial"/>
          <w:b w:val="0"/>
          <w:color w:val="000000"/>
          <w:sz w:val="21"/>
        </w:rPr>
        <w:t>x = 1, y = 0 болса, A; x = 0, y = 1 болса, B шығады.</w:t>
      </w:r>
    </w:p>
    <w:p>
      <w:pPr>
        <w:keepNext/>
        <w:widowControl/>
        <w:spacing w:before="0" w:after="80" w:line="276" w:lineRule="auto"/>
        <w:ind w:left="0"/>
      </w:pPr>
      <w:r>
        <w:rPr>
          <w:rFonts w:ascii="Arial" w:hAnsi="Arial"/>
          <w:b/>
          <w:color w:val="000000"/>
          <w:sz w:val="21"/>
        </w:rPr>
        <w:t>59.  Жауап B</w:t>
      </w:r>
    </w:p>
    <w:p>
      <w:pPr>
        <w:widowControl/>
        <w:spacing w:before="0" w:after="320" w:line="276" w:lineRule="auto"/>
        <w:ind w:left="0"/>
      </w:pPr>
      <w:r>
        <w:rPr>
          <w:rFonts w:ascii="Arial" w:hAnsi="Arial"/>
          <w:b w:val="0"/>
          <w:color w:val="000000"/>
          <w:sz w:val="21"/>
        </w:rPr>
        <w:t>0,568 &lt; 0,570.</w:t>
      </w:r>
    </w:p>
    <w:p>
      <w:pPr>
        <w:keepNext/>
        <w:widowControl/>
        <w:spacing w:before="0" w:after="80" w:line="276" w:lineRule="auto"/>
        <w:ind w:left="0"/>
      </w:pPr>
      <w:r>
        <w:rPr>
          <w:rFonts w:ascii="Arial" w:hAnsi="Arial"/>
          <w:b/>
          <w:color w:val="000000"/>
          <w:sz w:val="21"/>
        </w:rPr>
        <w:t>60.  Жауап A</w:t>
      </w:r>
    </w:p>
    <w:p>
      <w:pPr>
        <w:widowControl/>
        <w:spacing w:before="0" w:after="320" w:line="276" w:lineRule="auto"/>
        <w:ind w:left="0"/>
      </w:pPr>
      <w:r>
        <w:rPr>
          <w:rFonts w:ascii="Arial" w:hAnsi="Arial"/>
          <w:b w:val="0"/>
          <w:color w:val="000000"/>
          <w:sz w:val="21"/>
        </w:rPr>
        <w:t>3 − (−6) + 1 = 10 сан.</w:t>
      </w:r>
    </w:p>
    <w:p>
      <w:pPr>
        <w:pStyle w:val="Heading1"/>
        <w:pageBreakBefore/>
        <w:widowControl/>
        <w:spacing w:before="0" w:after="160" w:line="276" w:lineRule="auto"/>
        <w:ind w:left="0"/>
      </w:pPr>
      <w:r>
        <w:rPr>
          <w:rFonts w:ascii="Arial" w:hAnsi="Arial"/>
          <w:b/>
          <w:color w:val="000000"/>
          <w:sz w:val="42"/>
        </w:rPr>
        <w:t>Шешімдер</w:t>
      </w:r>
    </w:p>
    <w:p>
      <w:pPr>
        <w:widowControl/>
        <w:spacing w:before="0" w:after="420" w:line="276" w:lineRule="auto"/>
        <w:ind w:left="0"/>
      </w:pPr>
      <w:r>
        <w:rPr>
          <w:rFonts w:ascii="Arial" w:hAnsi="Arial"/>
          <w:b w:val="0"/>
          <w:color w:val="000000"/>
          <w:sz w:val="20"/>
        </w:rPr>
        <w:t>2-сынақ · Математика · 1–10</w:t>
      </w:r>
    </w:p>
    <w:p>
      <w:pPr>
        <w:keepNext/>
        <w:widowControl/>
        <w:spacing w:before="0" w:after="80" w:line="276" w:lineRule="auto"/>
        <w:ind w:left="0"/>
      </w:pPr>
      <w:r>
        <w:rPr>
          <w:rFonts w:ascii="Arial" w:hAnsi="Arial"/>
          <w:b/>
          <w:color w:val="000000"/>
          <w:sz w:val="21"/>
        </w:rPr>
        <w:t>1.  Жауап C · 10</w:t>
      </w:r>
    </w:p>
    <w:p>
      <w:pPr>
        <w:widowControl/>
        <w:spacing w:before="0" w:after="320" w:line="276" w:lineRule="auto"/>
        <w:ind w:left="0"/>
      </w:pPr>
      <w:r>
        <w:rPr>
          <w:rFonts w:ascii="Arial" w:hAnsi="Arial"/>
          <w:b w:val="0"/>
          <w:color w:val="000000"/>
          <w:sz w:val="21"/>
        </w:rPr>
        <w:t>18n құрамында 2² · 3 · 5 көбейткіштері болуы керек. 18-де 2 · 5 жетіспейді, сондықтан n = 10.</w:t>
      </w:r>
    </w:p>
    <w:p>
      <w:pPr>
        <w:keepNext/>
        <w:widowControl/>
        <w:spacing w:before="0" w:after="80" w:line="276" w:lineRule="auto"/>
        <w:ind w:left="0"/>
      </w:pPr>
      <w:r>
        <w:rPr>
          <w:rFonts w:ascii="Arial" w:hAnsi="Arial"/>
          <w:b/>
          <w:color w:val="000000"/>
          <w:sz w:val="21"/>
        </w:rPr>
        <w:t>2.  Жауап D · 30</w:t>
      </w:r>
    </w:p>
    <w:p>
      <w:pPr>
        <w:widowControl/>
        <w:spacing w:before="0" w:after="320" w:line="276" w:lineRule="auto"/>
        <w:ind w:left="0"/>
      </w:pPr>
      <w:r>
        <w:rPr>
          <w:rFonts w:ascii="Arial" w:hAnsi="Arial"/>
          <w:b w:val="0"/>
          <w:color w:val="000000"/>
          <w:sz w:val="21"/>
        </w:rPr>
        <w:t>Сандардың көбейтіндісі ЕҮОБ · ЕКОЕ = 540. Екінші сан 540 : 18 = 30.</w:t>
      </w:r>
    </w:p>
    <w:p>
      <w:pPr>
        <w:keepNext/>
        <w:widowControl/>
        <w:spacing w:before="0" w:after="80" w:line="276" w:lineRule="auto"/>
        <w:ind w:left="0"/>
      </w:pPr>
      <w:r>
        <w:rPr>
          <w:rFonts w:ascii="Arial" w:hAnsi="Arial"/>
          <w:b/>
          <w:color w:val="000000"/>
          <w:sz w:val="21"/>
        </w:rPr>
        <w:t>3.  Жауап A · 7</w:t>
      </w:r>
    </w:p>
    <w:p>
      <w:pPr>
        <w:widowControl/>
        <w:spacing w:before="0" w:after="320" w:line="276" w:lineRule="auto"/>
        <w:ind w:left="0"/>
      </w:pPr>
      <w:r>
        <w:rPr>
          <w:rFonts w:ascii="Arial" w:hAnsi="Arial"/>
          <w:b w:val="0"/>
          <w:color w:val="000000"/>
          <w:sz w:val="21"/>
        </w:rPr>
        <w:t>Олар −8, −4, 0, 4, 8, 12, 16: жеті сан. −12 шекарасы кірмейді.</w:t>
      </w:r>
    </w:p>
    <w:p>
      <w:pPr>
        <w:keepNext/>
        <w:widowControl/>
        <w:spacing w:before="0" w:after="80" w:line="276" w:lineRule="auto"/>
        <w:ind w:left="0"/>
      </w:pPr>
      <w:r>
        <w:rPr>
          <w:rFonts w:ascii="Arial" w:hAnsi="Arial"/>
          <w:b/>
          <w:color w:val="000000"/>
          <w:sz w:val="21"/>
        </w:rPr>
        <w:t>4.  Жауап A · 5/14</w:t>
      </w:r>
    </w:p>
    <w:p>
      <w:pPr>
        <w:widowControl/>
        <w:spacing w:before="0" w:after="320" w:line="276" w:lineRule="auto"/>
        <w:ind w:left="0"/>
      </w:pPr>
      <w:r>
        <w:rPr>
          <w:rFonts w:ascii="Arial" w:hAnsi="Arial"/>
          <w:b w:val="0"/>
          <w:color w:val="000000"/>
          <w:sz w:val="21"/>
        </w:rPr>
        <w:t>Барлығы 18 + 27 + 36 + 45 = 126 кітап. Бейсенбіде 45; үлесі 45/126 = 5/14.</w:t>
      </w:r>
    </w:p>
    <w:p>
      <w:pPr>
        <w:keepNext/>
        <w:widowControl/>
        <w:spacing w:before="0" w:after="80" w:line="276" w:lineRule="auto"/>
        <w:ind w:left="0"/>
      </w:pPr>
      <w:r>
        <w:rPr>
          <w:rFonts w:ascii="Arial" w:hAnsi="Arial"/>
          <w:b/>
          <w:color w:val="000000"/>
          <w:sz w:val="21"/>
        </w:rPr>
        <w:t>5.  Жауап D · 6300 теңге</w:t>
      </w:r>
    </w:p>
    <w:p>
      <w:pPr>
        <w:widowControl/>
        <w:spacing w:before="0" w:after="320" w:line="276" w:lineRule="auto"/>
        <w:ind w:left="0"/>
      </w:pPr>
      <w:r>
        <w:rPr>
          <w:rFonts w:ascii="Arial" w:hAnsi="Arial"/>
          <w:b w:val="0"/>
          <w:color w:val="000000"/>
          <w:sz w:val="21"/>
        </w:rPr>
        <w:t>Бастапқы соманың (5/7)(2/3) = 10/21 бөлігі қалды. 3000 : (10/21) = 6300.</w:t>
      </w:r>
    </w:p>
    <w:p>
      <w:pPr>
        <w:keepNext/>
        <w:widowControl/>
        <w:spacing w:before="0" w:after="80" w:line="276" w:lineRule="auto"/>
        <w:ind w:left="0"/>
      </w:pPr>
      <w:r>
        <w:rPr>
          <w:rFonts w:ascii="Arial" w:hAnsi="Arial"/>
          <w:b/>
          <w:color w:val="000000"/>
          <w:sz w:val="21"/>
        </w:rPr>
        <w:t>6.  Жауап C · 1</w:t>
      </w:r>
    </w:p>
    <w:p>
      <w:pPr>
        <w:widowControl/>
        <w:spacing w:before="0" w:after="320" w:line="276" w:lineRule="auto"/>
        <w:ind w:left="0"/>
      </w:pPr>
      <w:r>
        <w:rPr>
          <w:rFonts w:ascii="Arial" w:hAnsi="Arial"/>
          <w:b w:val="0"/>
          <w:color w:val="000000"/>
          <w:sz w:val="21"/>
        </w:rPr>
        <w:t>x санын қосамыз: (5 + x)/(9 + x) = 3/5. 25 + 5x = 27 + 3x, x = 1.</w:t>
      </w:r>
    </w:p>
    <w:p>
      <w:pPr>
        <w:keepNext/>
        <w:widowControl/>
        <w:spacing w:before="0" w:after="80" w:line="276" w:lineRule="auto"/>
        <w:ind w:left="0"/>
      </w:pPr>
      <w:r>
        <w:rPr>
          <w:rFonts w:ascii="Arial" w:hAnsi="Arial"/>
          <w:b/>
          <w:color w:val="000000"/>
          <w:sz w:val="21"/>
        </w:rPr>
        <w:t>7.  Жауап A · 10 000 теңге</w:t>
      </w:r>
    </w:p>
    <w:p>
      <w:pPr>
        <w:widowControl/>
        <w:spacing w:before="0" w:after="320" w:line="276" w:lineRule="auto"/>
        <w:ind w:left="0"/>
      </w:pPr>
      <w:r>
        <w:rPr>
          <w:rFonts w:ascii="Arial" w:hAnsi="Arial"/>
          <w:b w:val="0"/>
          <w:color w:val="000000"/>
          <w:sz w:val="21"/>
        </w:rPr>
        <w:t>Соңғы үлес 0,85 · 0,8 = 0,68. Бастапқы баға 6800 : 0,68 = 10 000.</w:t>
      </w:r>
    </w:p>
    <w:p>
      <w:pPr>
        <w:keepNext/>
        <w:widowControl/>
        <w:spacing w:before="0" w:after="80" w:line="276" w:lineRule="auto"/>
        <w:ind w:left="0"/>
      </w:pPr>
      <w:r>
        <w:rPr>
          <w:rFonts w:ascii="Arial" w:hAnsi="Arial"/>
          <w:b/>
          <w:color w:val="000000"/>
          <w:sz w:val="21"/>
        </w:rPr>
        <w:t>8.  Жауап A · 70</w:t>
      </w:r>
    </w:p>
    <w:p>
      <w:pPr>
        <w:widowControl/>
        <w:spacing w:before="0" w:after="320" w:line="276" w:lineRule="auto"/>
        <w:ind w:left="0"/>
      </w:pPr>
      <w:r>
        <w:rPr>
          <w:rFonts w:ascii="Arial" w:hAnsi="Arial"/>
          <w:b w:val="0"/>
          <w:color w:val="000000"/>
          <w:sz w:val="21"/>
        </w:rPr>
        <w:t>Ұлдар 3t, қыздар 4t болған. (3t + 5)/(4t) = 7/8, бұдан 24t + 40 = 28t, t = 10. Барлығы 70.</w:t>
      </w:r>
    </w:p>
    <w:p>
      <w:pPr>
        <w:keepNext/>
        <w:widowControl/>
        <w:spacing w:before="0" w:after="80" w:line="276" w:lineRule="auto"/>
        <w:ind w:left="0"/>
      </w:pPr>
      <w:r>
        <w:rPr>
          <w:rFonts w:ascii="Arial" w:hAnsi="Arial"/>
          <w:b/>
          <w:color w:val="000000"/>
          <w:sz w:val="21"/>
        </w:rPr>
        <w:t>9.  Жауап A · 68%</w:t>
      </w:r>
    </w:p>
    <w:p>
      <w:pPr>
        <w:widowControl/>
        <w:spacing w:before="0" w:after="320" w:line="276" w:lineRule="auto"/>
        <w:ind w:left="0"/>
      </w:pPr>
      <w:r>
        <w:rPr>
          <w:rFonts w:ascii="Arial" w:hAnsi="Arial"/>
          <w:b w:val="0"/>
          <w:color w:val="000000"/>
          <w:sz w:val="21"/>
        </w:rPr>
        <w:t>Бастапқы масса 600 г. Қосқаннан кейін мыс 510 г, жалпы масса 750 г. 510/750 = 68%.</w:t>
      </w:r>
    </w:p>
    <w:p>
      <w:pPr>
        <w:keepNext/>
        <w:widowControl/>
        <w:spacing w:before="0" w:after="80" w:line="276" w:lineRule="auto"/>
        <w:ind w:left="0"/>
      </w:pPr>
      <w:r>
        <w:rPr>
          <w:rFonts w:ascii="Arial" w:hAnsi="Arial"/>
          <w:b/>
          <w:color w:val="000000"/>
          <w:sz w:val="21"/>
        </w:rPr>
        <w:t>10.  Жауап C · 20%</w:t>
      </w:r>
    </w:p>
    <w:p>
      <w:pPr>
        <w:widowControl/>
        <w:spacing w:before="0" w:after="320" w:line="276" w:lineRule="auto"/>
        <w:ind w:left="0"/>
      </w:pPr>
      <w:r>
        <w:rPr>
          <w:rFonts w:ascii="Arial" w:hAnsi="Arial"/>
          <w:b w:val="0"/>
          <w:color w:val="000000"/>
          <w:sz w:val="21"/>
        </w:rPr>
        <w:t>Кему 650-дің 130 бөлігі, яғни 20%.</w:t>
      </w:r>
    </w:p>
    <w:p>
      <w:pPr>
        <w:pStyle w:val="Heading1"/>
        <w:pageBreakBefore/>
        <w:widowControl/>
        <w:spacing w:before="0" w:after="160" w:line="276" w:lineRule="auto"/>
        <w:ind w:left="0"/>
      </w:pPr>
      <w:r>
        <w:rPr>
          <w:rFonts w:ascii="Arial" w:hAnsi="Arial"/>
          <w:b/>
          <w:color w:val="000000"/>
          <w:sz w:val="42"/>
        </w:rPr>
        <w:t>Шешімдер</w:t>
      </w:r>
    </w:p>
    <w:p>
      <w:pPr>
        <w:widowControl/>
        <w:spacing w:before="0" w:after="420" w:line="276" w:lineRule="auto"/>
        <w:ind w:left="0"/>
      </w:pPr>
      <w:r>
        <w:rPr>
          <w:rFonts w:ascii="Arial" w:hAnsi="Arial"/>
          <w:b w:val="0"/>
          <w:color w:val="000000"/>
          <w:sz w:val="20"/>
        </w:rPr>
        <w:t>2-сынақ · Математика · 11–20</w:t>
      </w:r>
    </w:p>
    <w:p>
      <w:pPr>
        <w:keepNext/>
        <w:widowControl/>
        <w:spacing w:before="0" w:after="80" w:line="276" w:lineRule="auto"/>
        <w:ind w:left="0"/>
      </w:pPr>
      <w:r>
        <w:rPr>
          <w:rFonts w:ascii="Arial" w:hAnsi="Arial"/>
          <w:b/>
          <w:color w:val="000000"/>
          <w:sz w:val="21"/>
        </w:rPr>
        <w:t>11.  Жауап D · 29</w:t>
      </w:r>
    </w:p>
    <w:p>
      <w:pPr>
        <w:widowControl/>
        <w:spacing w:before="0" w:after="320" w:line="276" w:lineRule="auto"/>
        <w:ind w:left="0"/>
      </w:pPr>
      <w:r>
        <w:rPr>
          <w:rFonts w:ascii="Arial" w:hAnsi="Arial"/>
          <w:b w:val="0"/>
          <w:color w:val="000000"/>
          <w:sz w:val="21"/>
        </w:rPr>
        <w:t>15-ке көбейтеміз: 6x − 9 − 5x − 5 = 15. Бұдан x = 29.</w:t>
      </w:r>
    </w:p>
    <w:p>
      <w:pPr>
        <w:keepNext/>
        <w:widowControl/>
        <w:spacing w:before="0" w:after="80" w:line="276" w:lineRule="auto"/>
        <w:ind w:left="0"/>
      </w:pPr>
      <w:r>
        <w:rPr>
          <w:rFonts w:ascii="Arial" w:hAnsi="Arial"/>
          <w:b/>
          <w:color w:val="000000"/>
          <w:sz w:val="21"/>
        </w:rPr>
        <w:t>12.  Жауап A · 0</w:t>
      </w:r>
    </w:p>
    <w:p>
      <w:pPr>
        <w:widowControl/>
        <w:spacing w:before="0" w:after="320" w:line="276" w:lineRule="auto"/>
        <w:ind w:left="0"/>
      </w:pPr>
      <w:r>
        <w:rPr>
          <w:rFonts w:ascii="Arial" w:hAnsi="Arial"/>
          <w:b w:val="0"/>
          <w:color w:val="000000"/>
          <w:sz w:val="21"/>
        </w:rPr>
        <w:t>Шешімдердің арасында 0 бар, сондықтан бүкіл көбейтінді 0-ге тең.</w:t>
      </w:r>
    </w:p>
    <w:p>
      <w:pPr>
        <w:keepNext/>
        <w:widowControl/>
        <w:spacing w:before="0" w:after="80" w:line="276" w:lineRule="auto"/>
        <w:ind w:left="0"/>
      </w:pPr>
      <w:r>
        <w:rPr>
          <w:rFonts w:ascii="Arial" w:hAnsi="Arial"/>
          <w:b/>
          <w:color w:val="000000"/>
          <w:sz w:val="21"/>
        </w:rPr>
        <w:t>13.  Жауап D · 4</w:t>
      </w:r>
    </w:p>
    <w:p>
      <w:pPr>
        <w:widowControl/>
        <w:spacing w:before="0" w:after="320" w:line="276" w:lineRule="auto"/>
        <w:ind w:left="0"/>
      </w:pPr>
      <w:r>
        <w:rPr>
          <w:rFonts w:ascii="Arial" w:hAnsi="Arial"/>
          <w:b w:val="0"/>
          <w:color w:val="000000"/>
          <w:sz w:val="21"/>
        </w:rPr>
        <w:t>3x − 2 = 10 немесе −10. Түбірлері 4 және −8/3, үлкені 4.</w:t>
      </w:r>
    </w:p>
    <w:p>
      <w:pPr>
        <w:keepNext/>
        <w:widowControl/>
        <w:spacing w:before="0" w:after="80" w:line="276" w:lineRule="auto"/>
        <w:ind w:left="0"/>
      </w:pPr>
      <w:r>
        <w:rPr>
          <w:rFonts w:ascii="Arial" w:hAnsi="Arial"/>
          <w:b/>
          <w:color w:val="000000"/>
          <w:sz w:val="21"/>
        </w:rPr>
        <w:t>14.  Жауап C · 2</w:t>
      </w:r>
    </w:p>
    <w:p>
      <w:pPr>
        <w:widowControl/>
        <w:spacing w:before="0" w:after="320" w:line="276" w:lineRule="auto"/>
        <w:ind w:left="0"/>
      </w:pPr>
      <w:r>
        <w:rPr>
          <w:rFonts w:ascii="Arial" w:hAnsi="Arial"/>
          <w:b w:val="0"/>
          <w:color w:val="000000"/>
          <w:sz w:val="21"/>
        </w:rPr>
        <w:t>Алым (x − 2)(x + 2). Бөлшек x + 2-ге тең, одан x-ті азайтсақ, 2 шығады.</w:t>
      </w:r>
    </w:p>
    <w:p>
      <w:pPr>
        <w:keepNext/>
        <w:widowControl/>
        <w:spacing w:before="0" w:after="80" w:line="276" w:lineRule="auto"/>
        <w:ind w:left="0"/>
      </w:pPr>
      <w:r>
        <w:rPr>
          <w:rFonts w:ascii="Arial" w:hAnsi="Arial"/>
          <w:b/>
          <w:color w:val="000000"/>
          <w:sz w:val="21"/>
        </w:rPr>
        <w:t>15.  Жауап D · 35</w:t>
      </w:r>
    </w:p>
    <w:p>
      <w:pPr>
        <w:widowControl/>
        <w:spacing w:before="0" w:after="320" w:line="276" w:lineRule="auto"/>
        <w:ind w:left="0"/>
      </w:pPr>
      <w:r>
        <w:rPr>
          <w:rFonts w:ascii="Arial" w:hAnsi="Arial"/>
          <w:b w:val="0"/>
          <w:color w:val="000000"/>
          <w:sz w:val="21"/>
        </w:rPr>
        <w:t>Кіші сан t болса, үлкені 3t + 2. 4t + 2 = 46, t = 11, үлкені 35.</w:t>
      </w:r>
    </w:p>
    <w:p>
      <w:pPr>
        <w:keepNext/>
        <w:widowControl/>
        <w:spacing w:before="0" w:after="80" w:line="276" w:lineRule="auto"/>
        <w:ind w:left="0"/>
      </w:pPr>
      <w:r>
        <w:rPr>
          <w:rFonts w:ascii="Arial" w:hAnsi="Arial"/>
          <w:b/>
          <w:color w:val="000000"/>
          <w:sz w:val="21"/>
        </w:rPr>
        <w:t>16.  Жауап B · 8 км/сағ</w:t>
      </w:r>
    </w:p>
    <w:p>
      <w:pPr>
        <w:widowControl/>
        <w:spacing w:before="0" w:after="320" w:line="276" w:lineRule="auto"/>
        <w:ind w:left="0"/>
      </w:pPr>
      <w:r>
        <w:rPr>
          <w:rFonts w:ascii="Arial" w:hAnsi="Arial"/>
          <w:b w:val="0"/>
          <w:color w:val="000000"/>
          <w:sz w:val="21"/>
        </w:rPr>
        <w:t>Турист үйден 3 км алыстап, 3 км кері қайтты, барлығы 6 км. Уақыт 45/60 = 3/4 сағ. Орташа жылдамдық 6 : (3/4) = 8 км/сағ.</w:t>
      </w:r>
    </w:p>
    <w:p>
      <w:pPr>
        <w:keepNext/>
        <w:widowControl/>
        <w:spacing w:before="0" w:after="80" w:line="276" w:lineRule="auto"/>
        <w:ind w:left="0"/>
      </w:pPr>
      <w:r>
        <w:rPr>
          <w:rFonts w:ascii="Arial" w:hAnsi="Arial"/>
          <w:b/>
          <w:color w:val="000000"/>
          <w:sz w:val="21"/>
        </w:rPr>
        <w:t>17.  Жауап A · 3 км/сағ</w:t>
      </w:r>
    </w:p>
    <w:p>
      <w:pPr>
        <w:widowControl/>
        <w:spacing w:before="0" w:after="320" w:line="276" w:lineRule="auto"/>
        <w:ind w:left="0"/>
      </w:pPr>
      <w:r>
        <w:rPr>
          <w:rFonts w:ascii="Arial" w:hAnsi="Arial"/>
          <w:b w:val="0"/>
          <w:color w:val="000000"/>
          <w:sz w:val="21"/>
        </w:rPr>
        <w:t>Жылдамдықтар 18 және 12 км/сағ. Айырмасы ағыс жылдамдығының екі есесі; (18 − 12)/2 = 3.</w:t>
      </w:r>
    </w:p>
    <w:p>
      <w:pPr>
        <w:keepNext/>
        <w:widowControl/>
        <w:spacing w:before="0" w:after="80" w:line="276" w:lineRule="auto"/>
        <w:ind w:left="0"/>
      </w:pPr>
      <w:r>
        <w:rPr>
          <w:rFonts w:ascii="Arial" w:hAnsi="Arial"/>
          <w:b/>
          <w:color w:val="000000"/>
          <w:sz w:val="21"/>
        </w:rPr>
        <w:t>18.  Жауап C · 5 1/3 сағ</w:t>
      </w:r>
    </w:p>
    <w:p>
      <w:pPr>
        <w:widowControl/>
        <w:spacing w:before="0" w:after="320" w:line="276" w:lineRule="auto"/>
        <w:ind w:left="0"/>
      </w:pPr>
      <w:r>
        <w:rPr>
          <w:rFonts w:ascii="Arial" w:hAnsi="Arial"/>
          <w:b w:val="0"/>
          <w:color w:val="000000"/>
          <w:sz w:val="21"/>
        </w:rPr>
        <w:t>Алдымен сағатына тапсырыстың 1/12, кейін 1/8 бөлігін орындайды. Қалған 2/3 бөлігіне (2/3)/(1/8) = 16/3 сағ керек.</w:t>
      </w:r>
    </w:p>
    <w:p>
      <w:pPr>
        <w:keepNext/>
        <w:widowControl/>
        <w:spacing w:before="0" w:after="80" w:line="276" w:lineRule="auto"/>
        <w:ind w:left="0"/>
      </w:pPr>
      <w:r>
        <w:rPr>
          <w:rFonts w:ascii="Arial" w:hAnsi="Arial"/>
          <w:b/>
          <w:color w:val="000000"/>
          <w:sz w:val="21"/>
        </w:rPr>
        <w:t>19.  Жауап C · 11 сағ</w:t>
      </w:r>
    </w:p>
    <w:p>
      <w:pPr>
        <w:widowControl/>
        <w:spacing w:before="0" w:after="320" w:line="276" w:lineRule="auto"/>
        <w:ind w:left="0"/>
      </w:pPr>
      <w:r>
        <w:rPr>
          <w:rFonts w:ascii="Arial" w:hAnsi="Arial"/>
          <w:b w:val="0"/>
          <w:color w:val="000000"/>
          <w:sz w:val="21"/>
        </w:rPr>
        <w:t>Барлығы 36 станок-сағат; 12-сі орындалды, 24 қалды. Үш станок тағы 8 сағат істейді, барлығы 11 сағат.</w:t>
      </w:r>
    </w:p>
    <w:p>
      <w:pPr>
        <w:keepNext/>
        <w:widowControl/>
        <w:spacing w:before="0" w:after="80" w:line="276" w:lineRule="auto"/>
        <w:ind w:left="0"/>
      </w:pPr>
      <w:r>
        <w:rPr>
          <w:rFonts w:ascii="Arial" w:hAnsi="Arial"/>
          <w:b/>
          <w:color w:val="000000"/>
          <w:sz w:val="21"/>
        </w:rPr>
        <w:t>20.  Жауап C · 400 с</w:t>
      </w:r>
    </w:p>
    <w:p>
      <w:pPr>
        <w:widowControl/>
        <w:spacing w:before="0" w:after="320" w:line="276" w:lineRule="auto"/>
        <w:ind w:left="0"/>
      </w:pPr>
      <w:r>
        <w:rPr>
          <w:rFonts w:ascii="Arial" w:hAnsi="Arial"/>
          <w:b w:val="0"/>
          <w:color w:val="000000"/>
          <w:sz w:val="21"/>
        </w:rPr>
        <w:t>Салыстырмалы жылдамдық 1 м/с болғанда 400 м бір айналым ұту керек. Уақыт 400 с.</w:t>
      </w:r>
    </w:p>
    <w:p>
      <w:pPr>
        <w:pStyle w:val="Heading1"/>
        <w:pageBreakBefore/>
        <w:widowControl/>
        <w:spacing w:before="0" w:after="160" w:line="276" w:lineRule="auto"/>
        <w:ind w:left="0"/>
      </w:pPr>
      <w:r>
        <w:rPr>
          <w:rFonts w:ascii="Arial" w:hAnsi="Arial"/>
          <w:b/>
          <w:color w:val="000000"/>
          <w:sz w:val="42"/>
        </w:rPr>
        <w:t>Шешімдер</w:t>
      </w:r>
    </w:p>
    <w:p>
      <w:pPr>
        <w:widowControl/>
        <w:spacing w:before="0" w:after="420" w:line="276" w:lineRule="auto"/>
        <w:ind w:left="0"/>
      </w:pPr>
      <w:r>
        <w:rPr>
          <w:rFonts w:ascii="Arial" w:hAnsi="Arial"/>
          <w:b w:val="0"/>
          <w:color w:val="000000"/>
          <w:sz w:val="20"/>
        </w:rPr>
        <w:t>2-сынақ · Математика · 21–30</w:t>
      </w:r>
    </w:p>
    <w:p>
      <w:pPr>
        <w:keepNext/>
        <w:widowControl/>
        <w:spacing w:before="0" w:after="80" w:line="276" w:lineRule="auto"/>
        <w:ind w:left="0"/>
      </w:pPr>
      <w:r>
        <w:rPr>
          <w:rFonts w:ascii="Arial" w:hAnsi="Arial"/>
          <w:b/>
          <w:color w:val="000000"/>
          <w:sz w:val="21"/>
        </w:rPr>
        <w:t>21.  Жауап C · 200 теңге</w:t>
      </w:r>
    </w:p>
    <w:p>
      <w:pPr>
        <w:widowControl/>
        <w:spacing w:before="0" w:after="320" w:line="276" w:lineRule="auto"/>
        <w:ind w:left="0"/>
      </w:pPr>
      <w:r>
        <w:rPr>
          <w:rFonts w:ascii="Arial" w:hAnsi="Arial"/>
          <w:b w:val="0"/>
          <w:color w:val="000000"/>
          <w:sz w:val="21"/>
        </w:rPr>
        <w:t>А тарифі: 400 + 50 · 30 = 1900. Б тарифі: 70 · 30 = 2100. Үнем 200 теңге.</w:t>
      </w:r>
    </w:p>
    <w:p>
      <w:pPr>
        <w:keepNext/>
        <w:widowControl/>
        <w:spacing w:before="0" w:after="80" w:line="276" w:lineRule="auto"/>
        <w:ind w:left="0"/>
      </w:pPr>
      <w:r>
        <w:rPr>
          <w:rFonts w:ascii="Arial" w:hAnsi="Arial"/>
          <w:b/>
          <w:color w:val="000000"/>
          <w:sz w:val="21"/>
        </w:rPr>
        <w:t>22.  Жауап C · 15 см</w:t>
      </w:r>
    </w:p>
    <w:p>
      <w:pPr>
        <w:widowControl/>
        <w:spacing w:before="0" w:after="320" w:line="276" w:lineRule="auto"/>
        <w:ind w:left="0"/>
      </w:pPr>
      <w:r>
        <w:rPr>
          <w:rFonts w:ascii="Arial" w:hAnsi="Arial"/>
          <w:b w:val="0"/>
          <w:color w:val="000000"/>
          <w:sz w:val="21"/>
        </w:rPr>
        <w:t>Катеттер арқылы аудан 54 см². Ол c · 7,2/2-ге де тең, демек c = 108/7,2 = 15.</w:t>
      </w:r>
    </w:p>
    <w:p>
      <w:pPr>
        <w:keepNext/>
        <w:widowControl/>
        <w:spacing w:before="0" w:after="80" w:line="276" w:lineRule="auto"/>
        <w:ind w:left="0"/>
      </w:pPr>
      <w:r>
        <w:rPr>
          <w:rFonts w:ascii="Arial" w:hAnsi="Arial"/>
          <w:b/>
          <w:color w:val="000000"/>
          <w:sz w:val="21"/>
        </w:rPr>
        <w:t>23.  Жауап D · 72</w:t>
      </w:r>
    </w:p>
    <w:p>
      <w:pPr>
        <w:widowControl/>
        <w:spacing w:before="0" w:after="320" w:line="276" w:lineRule="auto"/>
        <w:ind w:left="0"/>
      </w:pPr>
      <w:r>
        <w:rPr>
          <w:rFonts w:ascii="Arial" w:hAnsi="Arial"/>
          <w:b w:val="0"/>
          <w:color w:val="000000"/>
          <w:sz w:val="21"/>
        </w:rPr>
        <w:t>Өлшемдері бойымен 6, 4 және 3 текше сыяды. Барлығы 6 · 4 · 3 = 72.</w:t>
      </w:r>
    </w:p>
    <w:p>
      <w:pPr>
        <w:keepNext/>
        <w:widowControl/>
        <w:spacing w:before="0" w:after="80" w:line="276" w:lineRule="auto"/>
        <w:ind w:left="0"/>
      </w:pPr>
      <w:r>
        <w:rPr>
          <w:rFonts w:ascii="Arial" w:hAnsi="Arial"/>
          <w:b/>
          <w:color w:val="000000"/>
          <w:sz w:val="21"/>
        </w:rPr>
        <w:t>24.  Жауап B · 8/15</w:t>
      </w:r>
    </w:p>
    <w:p>
      <w:pPr>
        <w:widowControl/>
        <w:spacing w:before="0" w:after="320" w:line="276" w:lineRule="auto"/>
        <w:ind w:left="0"/>
      </w:pPr>
      <w:r>
        <w:rPr>
          <w:rFonts w:ascii="Arial" w:hAnsi="Arial"/>
          <w:b w:val="0"/>
          <w:color w:val="000000"/>
          <w:sz w:val="21"/>
        </w:rPr>
        <w:t>Ішкі өлшемдер 16 × 8 см, аудан 128. Сыртқы аудан 240. Үлес 128/240 = 8/15.</w:t>
      </w:r>
    </w:p>
    <w:p>
      <w:pPr>
        <w:keepNext/>
        <w:widowControl/>
        <w:spacing w:before="0" w:after="80" w:line="276" w:lineRule="auto"/>
        <w:ind w:left="0"/>
      </w:pPr>
      <w:r>
        <w:rPr>
          <w:rFonts w:ascii="Arial" w:hAnsi="Arial"/>
          <w:b/>
          <w:color w:val="000000"/>
          <w:sz w:val="21"/>
        </w:rPr>
        <w:t>25.  Жауап D · 15°</w:t>
      </w:r>
    </w:p>
    <w:p>
      <w:pPr>
        <w:widowControl/>
        <w:spacing w:before="0" w:after="320" w:line="276" w:lineRule="auto"/>
        <w:ind w:left="0"/>
      </w:pPr>
      <w:r>
        <w:rPr>
          <w:rFonts w:ascii="Arial" w:hAnsi="Arial"/>
          <w:b w:val="0"/>
          <w:color w:val="000000"/>
          <w:sz w:val="21"/>
        </w:rPr>
        <w:t>Бөліктер 60° және 90°. Биссектриса қабырғадан 75° қашықтықта, сондықтан ізделінді бұрыш 75 − 60 = 15°.</w:t>
      </w:r>
    </w:p>
    <w:p>
      <w:pPr>
        <w:keepNext/>
        <w:widowControl/>
        <w:spacing w:before="0" w:after="80" w:line="276" w:lineRule="auto"/>
        <w:ind w:left="0"/>
      </w:pPr>
      <w:r>
        <w:rPr>
          <w:rFonts w:ascii="Arial" w:hAnsi="Arial"/>
          <w:b/>
          <w:color w:val="000000"/>
          <w:sz w:val="21"/>
        </w:rPr>
        <w:t>26.  Жауап A · 22</w:t>
      </w:r>
    </w:p>
    <w:p>
      <w:pPr>
        <w:widowControl/>
        <w:spacing w:before="0" w:after="320" w:line="276" w:lineRule="auto"/>
        <w:ind w:left="0"/>
      </w:pPr>
      <w:r>
        <w:rPr>
          <w:rFonts w:ascii="Arial" w:hAnsi="Arial"/>
          <w:b w:val="0"/>
          <w:color w:val="000000"/>
          <w:sz w:val="21"/>
        </w:rPr>
        <w:t>Жалпы қосынды 80, төртеуінің қосындысы 58. Бесінші сан 22.</w:t>
      </w:r>
    </w:p>
    <w:p>
      <w:pPr>
        <w:keepNext/>
        <w:widowControl/>
        <w:spacing w:before="0" w:after="80" w:line="276" w:lineRule="auto"/>
        <w:ind w:left="0"/>
      </w:pPr>
      <w:r>
        <w:rPr>
          <w:rFonts w:ascii="Arial" w:hAnsi="Arial"/>
          <w:b/>
          <w:color w:val="000000"/>
          <w:sz w:val="21"/>
        </w:rPr>
        <w:t>27.  Жауап C · 320</w:t>
      </w:r>
    </w:p>
    <w:p>
      <w:pPr>
        <w:widowControl/>
        <w:spacing w:before="0" w:after="320" w:line="276" w:lineRule="auto"/>
        <w:ind w:left="0"/>
      </w:pPr>
      <w:r>
        <w:rPr>
          <w:rFonts w:ascii="Arial" w:hAnsi="Arial"/>
          <w:b w:val="0"/>
          <w:color w:val="000000"/>
          <w:sz w:val="21"/>
        </w:rPr>
        <w:t>Сандар 16, 18 және 20. Шеткілерінің көбейтіндісі 16 · 20 = 320.</w:t>
      </w:r>
    </w:p>
    <w:p>
      <w:pPr>
        <w:keepNext/>
        <w:widowControl/>
        <w:spacing w:before="0" w:after="80" w:line="276" w:lineRule="auto"/>
        <w:ind w:left="0"/>
      </w:pPr>
      <w:r>
        <w:rPr>
          <w:rFonts w:ascii="Arial" w:hAnsi="Arial"/>
          <w:b/>
          <w:color w:val="000000"/>
          <w:sz w:val="21"/>
        </w:rPr>
        <w:t>28.  Жауап B · 9</w:t>
      </w:r>
    </w:p>
    <w:p>
      <w:pPr>
        <w:widowControl/>
        <w:spacing w:before="0" w:after="320" w:line="276" w:lineRule="auto"/>
        <w:ind w:left="0"/>
      </w:pPr>
      <w:r>
        <w:rPr>
          <w:rFonts w:ascii="Arial" w:hAnsi="Arial"/>
          <w:b w:val="0"/>
          <w:color w:val="000000"/>
          <w:sz w:val="21"/>
        </w:rPr>
        <w:t>Кемінде біреуін 25 оқушы таңдады. Қиылысу 18 + 16 − 25 = 9.</w:t>
      </w:r>
    </w:p>
    <w:p>
      <w:pPr>
        <w:keepNext/>
        <w:widowControl/>
        <w:spacing w:before="0" w:after="80" w:line="276" w:lineRule="auto"/>
        <w:ind w:left="0"/>
      </w:pPr>
      <w:r>
        <w:rPr>
          <w:rFonts w:ascii="Arial" w:hAnsi="Arial"/>
          <w:b/>
          <w:color w:val="000000"/>
          <w:sz w:val="21"/>
        </w:rPr>
        <w:t>29.  Жауап D · 10</w:t>
      </w:r>
    </w:p>
    <w:p>
      <w:pPr>
        <w:widowControl/>
        <w:spacing w:before="0" w:after="320" w:line="276" w:lineRule="auto"/>
        <w:ind w:left="0"/>
      </w:pPr>
      <w:r>
        <w:rPr>
          <w:rFonts w:ascii="Arial" w:hAnsi="Arial"/>
          <w:b w:val="0"/>
          <w:color w:val="000000"/>
          <w:sz w:val="21"/>
        </w:rPr>
        <w:t>Реті ескерілетін жұптар 5 · 4 = 20, әр жұп екі рет саналды. Жауап 10.</w:t>
      </w:r>
    </w:p>
    <w:p>
      <w:pPr>
        <w:keepNext/>
        <w:widowControl/>
        <w:spacing w:before="0" w:after="80" w:line="276" w:lineRule="auto"/>
        <w:ind w:left="0"/>
      </w:pPr>
      <w:r>
        <w:rPr>
          <w:rFonts w:ascii="Arial" w:hAnsi="Arial"/>
          <w:b/>
          <w:color w:val="000000"/>
          <w:sz w:val="21"/>
        </w:rPr>
        <w:t>30.  Жауап A · 1/3</w:t>
      </w:r>
    </w:p>
    <w:p>
      <w:pPr>
        <w:widowControl/>
        <w:spacing w:before="0" w:after="320" w:line="276" w:lineRule="auto"/>
        <w:ind w:left="0"/>
      </w:pPr>
      <w:r>
        <w:rPr>
          <w:rFonts w:ascii="Arial" w:hAnsi="Arial"/>
          <w:b w:val="0"/>
          <w:color w:val="000000"/>
          <w:sz w:val="21"/>
        </w:rPr>
        <w:t>9 шардың 3-еуі ақ болып қалды, ықтималдық 3/9 = 1/3.</w:t>
      </w:r>
    </w:p>
    <w:p>
      <w:pPr>
        <w:pStyle w:val="Heading1"/>
        <w:pageBreakBefore/>
        <w:widowControl/>
        <w:spacing w:before="0" w:after="160" w:line="276" w:lineRule="auto"/>
        <w:ind w:left="0"/>
      </w:pPr>
      <w:r>
        <w:rPr>
          <w:rFonts w:ascii="Arial" w:hAnsi="Arial"/>
          <w:b/>
          <w:color w:val="000000"/>
          <w:sz w:val="42"/>
        </w:rPr>
        <w:t>Шешімдер</w:t>
      </w:r>
    </w:p>
    <w:p>
      <w:pPr>
        <w:widowControl/>
        <w:spacing w:before="0" w:after="420" w:line="276" w:lineRule="auto"/>
        <w:ind w:left="0"/>
      </w:pPr>
      <w:r>
        <w:rPr>
          <w:rFonts w:ascii="Arial" w:hAnsi="Arial"/>
          <w:b w:val="0"/>
          <w:color w:val="000000"/>
          <w:sz w:val="20"/>
        </w:rPr>
        <w:t>2-сынақ · Математика · 31–40</w:t>
      </w:r>
    </w:p>
    <w:p>
      <w:pPr>
        <w:keepNext/>
        <w:widowControl/>
        <w:spacing w:before="0" w:after="80" w:line="276" w:lineRule="auto"/>
        <w:ind w:left="0"/>
      </w:pPr>
      <w:r>
        <w:rPr>
          <w:rFonts w:ascii="Arial" w:hAnsi="Arial"/>
          <w:b/>
          <w:color w:val="000000"/>
          <w:sz w:val="21"/>
        </w:rPr>
        <w:t>31.  Жауап D · 30</w:t>
      </w:r>
    </w:p>
    <w:p>
      <w:pPr>
        <w:widowControl/>
        <w:spacing w:before="0" w:after="320" w:line="276" w:lineRule="auto"/>
        <w:ind w:left="0"/>
      </w:pPr>
      <w:r>
        <w:rPr>
          <w:rFonts w:ascii="Arial" w:hAnsi="Arial"/>
          <w:b w:val="0"/>
          <w:color w:val="000000"/>
          <w:sz w:val="21"/>
        </w:rPr>
        <w:t>3 көлденең сызықтан 2-еуін, 5 тік сызықтан 2-еуін таңдаймыз: 3 · 10 = 30.</w:t>
      </w:r>
    </w:p>
    <w:p>
      <w:pPr>
        <w:keepNext/>
        <w:widowControl/>
        <w:spacing w:before="0" w:after="80" w:line="276" w:lineRule="auto"/>
        <w:ind w:left="0"/>
      </w:pPr>
      <w:r>
        <w:rPr>
          <w:rFonts w:ascii="Arial" w:hAnsi="Arial"/>
          <w:b/>
          <w:color w:val="000000"/>
          <w:sz w:val="21"/>
        </w:rPr>
        <w:t>32.  Жауап C · 4</w:t>
      </w:r>
    </w:p>
    <w:p>
      <w:pPr>
        <w:widowControl/>
        <w:spacing w:before="0" w:after="320" w:line="276" w:lineRule="auto"/>
        <w:ind w:left="0"/>
      </w:pPr>
      <w:r>
        <w:rPr>
          <w:rFonts w:ascii="Arial" w:hAnsi="Arial"/>
          <w:b w:val="0"/>
          <w:color w:val="000000"/>
          <w:sz w:val="21"/>
        </w:rPr>
        <w:t>Ондықты 2 мен 5 құрайды; екіліктер көбірек. 5 көбейткішін 5, 10, 15, 20 сандары береді: барлығы төрт.</w:t>
      </w:r>
    </w:p>
    <w:p>
      <w:pPr>
        <w:keepNext/>
        <w:widowControl/>
        <w:spacing w:before="0" w:after="80" w:line="276" w:lineRule="auto"/>
        <w:ind w:left="0"/>
      </w:pPr>
      <w:r>
        <w:rPr>
          <w:rFonts w:ascii="Arial" w:hAnsi="Arial"/>
          <w:b/>
          <w:color w:val="000000"/>
          <w:sz w:val="21"/>
        </w:rPr>
        <w:t>33.  Жауап C · 8</w:t>
      </w:r>
    </w:p>
    <w:p>
      <w:pPr>
        <w:widowControl/>
        <w:spacing w:before="0" w:after="320" w:line="276" w:lineRule="auto"/>
        <w:ind w:left="0"/>
      </w:pPr>
      <w:r>
        <w:rPr>
          <w:rFonts w:ascii="Arial" w:hAnsi="Arial"/>
          <w:b w:val="0"/>
          <w:color w:val="000000"/>
          <w:sz w:val="21"/>
        </w:rPr>
        <w:t>n(n − 1)/2 = 28. n = 8 сәйкес келеді: 8 · 7/2 = 28.</w:t>
      </w:r>
    </w:p>
    <w:p>
      <w:pPr>
        <w:keepNext/>
        <w:widowControl/>
        <w:spacing w:before="0" w:after="80" w:line="276" w:lineRule="auto"/>
        <w:ind w:left="0"/>
      </w:pPr>
      <w:r>
        <w:rPr>
          <w:rFonts w:ascii="Arial" w:hAnsi="Arial"/>
          <w:b/>
          <w:color w:val="000000"/>
          <w:sz w:val="21"/>
        </w:rPr>
        <w:t>34.  Жауап A · 91</w:t>
      </w:r>
    </w:p>
    <w:p>
      <w:pPr>
        <w:widowControl/>
        <w:spacing w:before="0" w:after="320" w:line="276" w:lineRule="auto"/>
        <w:ind w:left="0"/>
      </w:pPr>
      <w:r>
        <w:rPr>
          <w:rFonts w:ascii="Arial" w:hAnsi="Arial"/>
          <w:b w:val="0"/>
          <w:color w:val="000000"/>
          <w:sz w:val="21"/>
        </w:rPr>
        <w:t>Тоғыз бір таңбалы сан 9 цифр, 41 екі таңбалы сан 82 цифр береді. Барлығы 91.</w:t>
      </w:r>
    </w:p>
    <w:p>
      <w:pPr>
        <w:keepNext/>
        <w:widowControl/>
        <w:spacing w:before="0" w:after="80" w:line="276" w:lineRule="auto"/>
        <w:ind w:left="0"/>
      </w:pPr>
      <w:r>
        <w:rPr>
          <w:rFonts w:ascii="Arial" w:hAnsi="Arial"/>
          <w:b/>
          <w:color w:val="000000"/>
          <w:sz w:val="21"/>
        </w:rPr>
        <w:t>35.  Жауап B · 4 кг</w:t>
      </w:r>
    </w:p>
    <w:p>
      <w:pPr>
        <w:widowControl/>
        <w:spacing w:before="0" w:after="320" w:line="276" w:lineRule="auto"/>
        <w:ind w:left="0"/>
      </w:pPr>
      <w:r>
        <w:rPr>
          <w:rFonts w:ascii="Arial" w:hAnsi="Arial"/>
          <w:b w:val="0"/>
          <w:color w:val="000000"/>
          <w:sz w:val="21"/>
        </w:rPr>
        <w:t>6 кг айырма 3 қаптамаға тиесілі, әрқайсысы 2 кг. Жәшік 14 − 10 = 4 кг.</w:t>
      </w:r>
    </w:p>
    <w:p>
      <w:pPr>
        <w:keepNext/>
        <w:widowControl/>
        <w:spacing w:before="0" w:after="80" w:line="276" w:lineRule="auto"/>
        <w:ind w:left="0"/>
      </w:pPr>
      <w:r>
        <w:rPr>
          <w:rFonts w:ascii="Arial" w:hAnsi="Arial"/>
          <w:b/>
          <w:color w:val="000000"/>
          <w:sz w:val="21"/>
        </w:rPr>
        <w:t>36.  Жауап A · 9</w:t>
      </w:r>
    </w:p>
    <w:p>
      <w:pPr>
        <w:widowControl/>
        <w:spacing w:before="0" w:after="320" w:line="276" w:lineRule="auto"/>
        <w:ind w:left="0"/>
      </w:pPr>
      <w:r>
        <w:rPr>
          <w:rFonts w:ascii="Arial" w:hAnsi="Arial"/>
          <w:b w:val="0"/>
          <w:color w:val="000000"/>
          <w:sz w:val="21"/>
        </w:rPr>
        <w:t>Әр балаға бір кәмпит артық беру үшін тағы 7 + 2 = 9 кәмпит керек. Демек 9 бала бар.</w:t>
      </w:r>
    </w:p>
    <w:p>
      <w:pPr>
        <w:keepNext/>
        <w:widowControl/>
        <w:spacing w:before="0" w:after="80" w:line="276" w:lineRule="auto"/>
        <w:ind w:left="0"/>
      </w:pPr>
      <w:r>
        <w:rPr>
          <w:rFonts w:ascii="Arial" w:hAnsi="Arial"/>
          <w:b/>
          <w:color w:val="000000"/>
          <w:sz w:val="21"/>
        </w:rPr>
        <w:t>37.  Жауап D · 495</w:t>
      </w:r>
    </w:p>
    <w:p>
      <w:pPr>
        <w:widowControl/>
        <w:spacing w:before="0" w:after="320" w:line="276" w:lineRule="auto"/>
        <w:ind w:left="0"/>
      </w:pPr>
      <w:r>
        <w:rPr>
          <w:rFonts w:ascii="Arial" w:hAnsi="Arial"/>
          <w:b w:val="0"/>
          <w:color w:val="000000"/>
          <w:sz w:val="21"/>
        </w:rPr>
        <w:t>Ол ЕКОЕ(5; 9) = 45 санына еселік. 400 бен 499 арасындағы 45-ке еселік ең үлкен сан 495.</w:t>
      </w:r>
    </w:p>
    <w:p>
      <w:pPr>
        <w:keepNext/>
        <w:widowControl/>
        <w:spacing w:before="0" w:after="80" w:line="276" w:lineRule="auto"/>
        <w:ind w:left="0"/>
      </w:pPr>
      <w:r>
        <w:rPr>
          <w:rFonts w:ascii="Arial" w:hAnsi="Arial"/>
          <w:b/>
          <w:color w:val="000000"/>
          <w:sz w:val="21"/>
        </w:rPr>
        <w:t>38.  Жауап B · 70</w:t>
      </w:r>
    </w:p>
    <w:p>
      <w:pPr>
        <w:widowControl/>
        <w:spacing w:before="0" w:after="320" w:line="276" w:lineRule="auto"/>
        <w:ind w:left="0"/>
      </w:pPr>
      <w:r>
        <w:rPr>
          <w:rFonts w:ascii="Arial" w:hAnsi="Arial"/>
          <w:b w:val="0"/>
          <w:color w:val="000000"/>
          <w:sz w:val="21"/>
        </w:rPr>
        <w:t>1,2x + 12 = 96; x = 84/1,2 = 70.</w:t>
      </w:r>
    </w:p>
    <w:p>
      <w:pPr>
        <w:keepNext/>
        <w:widowControl/>
        <w:spacing w:before="0" w:after="80" w:line="276" w:lineRule="auto"/>
        <w:ind w:left="0"/>
      </w:pPr>
      <w:r>
        <w:rPr>
          <w:rFonts w:ascii="Arial" w:hAnsi="Arial"/>
          <w:b/>
          <w:color w:val="000000"/>
          <w:sz w:val="21"/>
        </w:rPr>
        <w:t>39.  Жауап C · 19</w:t>
      </w:r>
    </w:p>
    <w:p>
      <w:pPr>
        <w:widowControl/>
        <w:spacing w:before="0" w:after="320" w:line="276" w:lineRule="auto"/>
        <w:ind w:left="0"/>
      </w:pPr>
      <w:r>
        <w:rPr>
          <w:rFonts w:ascii="Arial" w:hAnsi="Arial"/>
          <w:b w:val="0"/>
          <w:color w:val="000000"/>
          <w:sz w:val="21"/>
        </w:rPr>
        <w:t>Алдымен 10 көк пен 8 жасылдың бәрін алып, қызыл алмауға болады. Он тоғызыншы қарындаш барлық түске кепіл болады.</w:t>
      </w:r>
    </w:p>
    <w:p>
      <w:pPr>
        <w:keepNext/>
        <w:widowControl/>
        <w:spacing w:before="0" w:after="80" w:line="276" w:lineRule="auto"/>
        <w:ind w:left="0"/>
      </w:pPr>
      <w:r>
        <w:rPr>
          <w:rFonts w:ascii="Arial" w:hAnsi="Arial"/>
          <w:b/>
          <w:color w:val="000000"/>
          <w:sz w:val="21"/>
        </w:rPr>
        <w:t>40.  Жауап A · 33 1/3%</w:t>
      </w:r>
    </w:p>
    <w:p>
      <w:pPr>
        <w:widowControl/>
        <w:spacing w:before="0" w:after="320" w:line="276" w:lineRule="auto"/>
        <w:ind w:left="0"/>
      </w:pPr>
      <w:r>
        <w:rPr>
          <w:rFonts w:ascii="Arial" w:hAnsi="Arial"/>
          <w:b w:val="0"/>
          <w:color w:val="000000"/>
          <w:sz w:val="21"/>
        </w:rPr>
        <w:t>Кеміткеннен кейін сан 45 болады. 15 айырмасы 45-тің 1/3 бөлігі, яғни 33 1/3%.</w:t>
      </w:r>
    </w:p>
    <w:p>
      <w:pPr>
        <w:pStyle w:val="Heading1"/>
        <w:pageBreakBefore/>
        <w:widowControl/>
        <w:spacing w:before="0" w:after="160" w:line="276" w:lineRule="auto"/>
        <w:ind w:left="0"/>
      </w:pPr>
      <w:r>
        <w:rPr>
          <w:rFonts w:ascii="Arial" w:hAnsi="Arial"/>
          <w:b/>
          <w:color w:val="000000"/>
          <w:sz w:val="42"/>
        </w:rPr>
        <w:t>Шешімдер</w:t>
      </w:r>
    </w:p>
    <w:p>
      <w:pPr>
        <w:widowControl/>
        <w:spacing w:before="0" w:after="420" w:line="276" w:lineRule="auto"/>
        <w:ind w:left="0"/>
      </w:pPr>
      <w:r>
        <w:rPr>
          <w:rFonts w:ascii="Arial" w:hAnsi="Arial"/>
          <w:b w:val="0"/>
          <w:color w:val="000000"/>
          <w:sz w:val="20"/>
        </w:rPr>
        <w:t>2-сынақ · Салыстырулар · 1–10</w:t>
      </w:r>
    </w:p>
    <w:p>
      <w:pPr>
        <w:keepNext/>
        <w:widowControl/>
        <w:spacing w:before="0" w:after="80" w:line="276" w:lineRule="auto"/>
        <w:ind w:left="0"/>
      </w:pPr>
      <w:r>
        <w:rPr>
          <w:rFonts w:ascii="Arial" w:hAnsi="Arial"/>
          <w:b/>
          <w:color w:val="000000"/>
          <w:sz w:val="21"/>
        </w:rPr>
        <w:t>1.  Жауап D</w:t>
      </w:r>
    </w:p>
    <w:p>
      <w:pPr>
        <w:widowControl/>
        <w:spacing w:before="0" w:after="320" w:line="276" w:lineRule="auto"/>
        <w:ind w:left="0"/>
      </w:pPr>
      <w:r>
        <w:rPr>
          <w:rFonts w:ascii="Arial" w:hAnsi="Arial"/>
          <w:b w:val="0"/>
          <w:color w:val="000000"/>
          <w:sz w:val="21"/>
        </w:rPr>
        <w:t>a = b = 1 болса, теңдік; a = 2, b = 1 болса, A үлкен.</w:t>
      </w:r>
    </w:p>
    <w:p>
      <w:pPr>
        <w:keepNext/>
        <w:widowControl/>
        <w:spacing w:before="0" w:after="80" w:line="276" w:lineRule="auto"/>
        <w:ind w:left="0"/>
      </w:pPr>
      <w:r>
        <w:rPr>
          <w:rFonts w:ascii="Arial" w:hAnsi="Arial"/>
          <w:b/>
          <w:color w:val="000000"/>
          <w:sz w:val="21"/>
        </w:rPr>
        <w:t>2.  Жауап B</w:t>
      </w:r>
    </w:p>
    <w:p>
      <w:pPr>
        <w:widowControl/>
        <w:spacing w:before="0" w:after="320" w:line="276" w:lineRule="auto"/>
        <w:ind w:left="0"/>
      </w:pPr>
      <w:r>
        <w:rPr>
          <w:rFonts w:ascii="Arial" w:hAnsi="Arial"/>
          <w:b w:val="0"/>
          <w:color w:val="000000"/>
          <w:sz w:val="21"/>
        </w:rPr>
        <w:t>Кубы теріс, квадраты оң.</w:t>
      </w:r>
    </w:p>
    <w:p>
      <w:pPr>
        <w:keepNext/>
        <w:widowControl/>
        <w:spacing w:before="0" w:after="80" w:line="276" w:lineRule="auto"/>
        <w:ind w:left="0"/>
      </w:pPr>
      <w:r>
        <w:rPr>
          <w:rFonts w:ascii="Arial" w:hAnsi="Arial"/>
          <w:b/>
          <w:color w:val="000000"/>
          <w:sz w:val="21"/>
        </w:rPr>
        <w:t>3.  Жауап B</w:t>
      </w:r>
    </w:p>
    <w:p>
      <w:pPr>
        <w:widowControl/>
        <w:spacing w:before="0" w:after="320" w:line="276" w:lineRule="auto"/>
        <w:ind w:left="0"/>
      </w:pPr>
      <w:r>
        <w:rPr>
          <w:rFonts w:ascii="Arial" w:hAnsi="Arial"/>
          <w:b w:val="0"/>
          <w:color w:val="000000"/>
          <w:sz w:val="21"/>
        </w:rPr>
        <w:t>x &gt; 2 шартынан x² &gt; 4 шығады. Сондықтан B бағанындағы шама оң.</w:t>
      </w:r>
    </w:p>
    <w:p>
      <w:pPr>
        <w:keepNext/>
        <w:widowControl/>
        <w:spacing w:before="0" w:after="80" w:line="276" w:lineRule="auto"/>
        <w:ind w:left="0"/>
      </w:pPr>
      <w:r>
        <w:rPr>
          <w:rFonts w:ascii="Arial" w:hAnsi="Arial"/>
          <w:b/>
          <w:color w:val="000000"/>
          <w:sz w:val="21"/>
        </w:rPr>
        <w:t>4.  Жауап D</w:t>
      </w:r>
    </w:p>
    <w:p>
      <w:pPr>
        <w:widowControl/>
        <w:spacing w:before="0" w:after="320" w:line="276" w:lineRule="auto"/>
        <w:ind w:left="0"/>
      </w:pPr>
      <w:r>
        <w:rPr>
          <w:rFonts w:ascii="Arial" w:hAnsi="Arial"/>
          <w:b w:val="0"/>
          <w:color w:val="000000"/>
          <w:sz w:val="21"/>
        </w:rPr>
        <w:t>x = 1, y = 7 болса, көбейтінді 7; x = 4, y = 4 болса, 16.</w:t>
      </w:r>
    </w:p>
    <w:p>
      <w:pPr>
        <w:keepNext/>
        <w:widowControl/>
        <w:spacing w:before="0" w:after="80" w:line="276" w:lineRule="auto"/>
        <w:ind w:left="0"/>
      </w:pPr>
      <w:r>
        <w:rPr>
          <w:rFonts w:ascii="Arial" w:hAnsi="Arial"/>
          <w:b/>
          <w:color w:val="000000"/>
          <w:sz w:val="21"/>
        </w:rPr>
        <w:t>5.  Жауап D</w:t>
      </w:r>
    </w:p>
    <w:p>
      <w:pPr>
        <w:widowControl/>
        <w:spacing w:before="0" w:after="320" w:line="276" w:lineRule="auto"/>
        <w:ind w:left="0"/>
      </w:pPr>
      <w:r>
        <w:rPr>
          <w:rFonts w:ascii="Arial" w:hAnsi="Arial"/>
          <w:b w:val="0"/>
          <w:color w:val="000000"/>
          <w:sz w:val="21"/>
        </w:rPr>
        <w:t>a = 5, b = 1 болса, A үлкен; a = 1,5, b = 1 болса, B үлкен.</w:t>
      </w:r>
    </w:p>
    <w:p>
      <w:pPr>
        <w:keepNext/>
        <w:widowControl/>
        <w:spacing w:before="0" w:after="80" w:line="276" w:lineRule="auto"/>
        <w:ind w:left="0"/>
      </w:pPr>
      <w:r>
        <w:rPr>
          <w:rFonts w:ascii="Arial" w:hAnsi="Arial"/>
          <w:b/>
          <w:color w:val="000000"/>
          <w:sz w:val="21"/>
        </w:rPr>
        <w:t>6.  Жауап A</w:t>
      </w:r>
    </w:p>
    <w:p>
      <w:pPr>
        <w:widowControl/>
        <w:spacing w:before="0" w:after="320" w:line="276" w:lineRule="auto"/>
        <w:ind w:left="0"/>
      </w:pPr>
      <w:r>
        <w:rPr>
          <w:rFonts w:ascii="Arial" w:hAnsi="Arial"/>
          <w:b w:val="0"/>
          <w:color w:val="000000"/>
          <w:sz w:val="21"/>
        </w:rPr>
        <w:t>Айырмасы 2xy &gt; 0.</w:t>
      </w:r>
    </w:p>
    <w:p>
      <w:pPr>
        <w:keepNext/>
        <w:widowControl/>
        <w:spacing w:before="0" w:after="80" w:line="276" w:lineRule="auto"/>
        <w:ind w:left="0"/>
      </w:pPr>
      <w:r>
        <w:rPr>
          <w:rFonts w:ascii="Arial" w:hAnsi="Arial"/>
          <w:b/>
          <w:color w:val="000000"/>
          <w:sz w:val="21"/>
        </w:rPr>
        <w:t>7.  Жауап D</w:t>
      </w:r>
    </w:p>
    <w:p>
      <w:pPr>
        <w:widowControl/>
        <w:spacing w:before="0" w:after="320" w:line="276" w:lineRule="auto"/>
        <w:ind w:left="0"/>
      </w:pPr>
      <w:r>
        <w:rPr>
          <w:rFonts w:ascii="Arial" w:hAnsi="Arial"/>
          <w:b w:val="0"/>
          <w:color w:val="000000"/>
          <w:sz w:val="21"/>
        </w:rPr>
        <w:t>Бірінші шама x − 2-ге тең. x = y = 1 болса, теңдік; x = 2, y = 1 болса, A үлкен.</w:t>
      </w:r>
    </w:p>
    <w:p>
      <w:pPr>
        <w:keepNext/>
        <w:widowControl/>
        <w:spacing w:before="0" w:after="80" w:line="276" w:lineRule="auto"/>
        <w:ind w:left="0"/>
      </w:pPr>
      <w:r>
        <w:rPr>
          <w:rFonts w:ascii="Arial" w:hAnsi="Arial"/>
          <w:b/>
          <w:color w:val="000000"/>
          <w:sz w:val="21"/>
        </w:rPr>
        <w:t>8.  Жауап B</w:t>
      </w:r>
    </w:p>
    <w:p>
      <w:pPr>
        <w:widowControl/>
        <w:spacing w:before="0" w:after="320" w:line="276" w:lineRule="auto"/>
        <w:ind w:left="0"/>
      </w:pPr>
      <w:r>
        <w:rPr>
          <w:rFonts w:ascii="Arial" w:hAnsi="Arial"/>
          <w:b w:val="0"/>
          <w:color w:val="000000"/>
          <w:sz w:val="21"/>
        </w:rPr>
        <w:t>Сол жақта 1/4, оң жақта 1/2.</w:t>
      </w:r>
    </w:p>
    <w:p>
      <w:pPr>
        <w:keepNext/>
        <w:widowControl/>
        <w:spacing w:before="0" w:after="80" w:line="276" w:lineRule="auto"/>
        <w:ind w:left="0"/>
      </w:pPr>
      <w:r>
        <w:rPr>
          <w:rFonts w:ascii="Arial" w:hAnsi="Arial"/>
          <w:b/>
          <w:color w:val="000000"/>
          <w:sz w:val="21"/>
        </w:rPr>
        <w:t>9.  Жауап B</w:t>
      </w:r>
    </w:p>
    <w:p>
      <w:pPr>
        <w:widowControl/>
        <w:spacing w:before="0" w:after="320" w:line="276" w:lineRule="auto"/>
        <w:ind w:left="0"/>
      </w:pPr>
      <w:r>
        <w:rPr>
          <w:rFonts w:ascii="Arial" w:hAnsi="Arial"/>
          <w:b w:val="0"/>
          <w:color w:val="000000"/>
          <w:sz w:val="21"/>
        </w:rPr>
        <w:t>−2-ге көбейткенде белгі өзгереді: −2x &gt; 6.</w:t>
      </w:r>
    </w:p>
    <w:p>
      <w:pPr>
        <w:keepNext/>
        <w:widowControl/>
        <w:spacing w:before="0" w:after="80" w:line="276" w:lineRule="auto"/>
        <w:ind w:left="0"/>
      </w:pPr>
      <w:r>
        <w:rPr>
          <w:rFonts w:ascii="Arial" w:hAnsi="Arial"/>
          <w:b/>
          <w:color w:val="000000"/>
          <w:sz w:val="21"/>
        </w:rPr>
        <w:t>10.  Жауап D</w:t>
      </w:r>
    </w:p>
    <w:p>
      <w:pPr>
        <w:widowControl/>
        <w:spacing w:before="0" w:after="320" w:line="276" w:lineRule="auto"/>
        <w:ind w:left="0"/>
      </w:pPr>
      <w:r>
        <w:rPr>
          <w:rFonts w:ascii="Arial" w:hAnsi="Arial"/>
          <w:b w:val="0"/>
          <w:color w:val="000000"/>
          <w:sz w:val="21"/>
        </w:rPr>
        <w:t>a = b = 1 болса, C; a = 1 және b = −1 болса, A.</w:t>
      </w:r>
    </w:p>
    <w:p>
      <w:pPr>
        <w:pStyle w:val="Heading1"/>
        <w:pageBreakBefore/>
        <w:widowControl/>
        <w:spacing w:before="0" w:after="160" w:line="276" w:lineRule="auto"/>
        <w:ind w:left="0"/>
      </w:pPr>
      <w:r>
        <w:rPr>
          <w:rFonts w:ascii="Arial" w:hAnsi="Arial"/>
          <w:b/>
          <w:color w:val="000000"/>
          <w:sz w:val="42"/>
        </w:rPr>
        <w:t>Шешімдер</w:t>
      </w:r>
    </w:p>
    <w:p>
      <w:pPr>
        <w:widowControl/>
        <w:spacing w:before="0" w:after="420" w:line="276" w:lineRule="auto"/>
        <w:ind w:left="0"/>
      </w:pPr>
      <w:r>
        <w:rPr>
          <w:rFonts w:ascii="Arial" w:hAnsi="Arial"/>
          <w:b w:val="0"/>
          <w:color w:val="000000"/>
          <w:sz w:val="20"/>
        </w:rPr>
        <w:t>2-сынақ · Салыстырулар · 11–20</w:t>
      </w:r>
    </w:p>
    <w:p>
      <w:pPr>
        <w:keepNext/>
        <w:widowControl/>
        <w:spacing w:before="0" w:after="80" w:line="276" w:lineRule="auto"/>
        <w:ind w:left="0"/>
      </w:pPr>
      <w:r>
        <w:rPr>
          <w:rFonts w:ascii="Arial" w:hAnsi="Arial"/>
          <w:b/>
          <w:color w:val="000000"/>
          <w:sz w:val="21"/>
        </w:rPr>
        <w:t>11.  Жауап D</w:t>
      </w:r>
    </w:p>
    <w:p>
      <w:pPr>
        <w:widowControl/>
        <w:spacing w:before="0" w:after="320" w:line="276" w:lineRule="auto"/>
        <w:ind w:left="0"/>
      </w:pPr>
      <w:r>
        <w:rPr>
          <w:rFonts w:ascii="Arial" w:hAnsi="Arial"/>
          <w:b w:val="0"/>
          <w:color w:val="000000"/>
          <w:sz w:val="21"/>
        </w:rPr>
        <w:t>n = 1 болса, 0 қалдығы 2-ден кіші; n = 3 болса, 2 қалдығы оң жақтағы шамаға тең.</w:t>
      </w:r>
    </w:p>
    <w:p>
      <w:pPr>
        <w:keepNext/>
        <w:widowControl/>
        <w:spacing w:before="0" w:after="80" w:line="276" w:lineRule="auto"/>
        <w:ind w:left="0"/>
      </w:pPr>
      <w:r>
        <w:rPr>
          <w:rFonts w:ascii="Arial" w:hAnsi="Arial"/>
          <w:b/>
          <w:color w:val="000000"/>
          <w:sz w:val="21"/>
        </w:rPr>
        <w:t>12.  Жауап D</w:t>
      </w:r>
    </w:p>
    <w:p>
      <w:pPr>
        <w:widowControl/>
        <w:spacing w:before="0" w:after="320" w:line="276" w:lineRule="auto"/>
        <w:ind w:left="0"/>
      </w:pPr>
      <w:r>
        <w:rPr>
          <w:rFonts w:ascii="Arial" w:hAnsi="Arial"/>
          <w:b w:val="0"/>
          <w:color w:val="000000"/>
          <w:sz w:val="21"/>
        </w:rPr>
        <w:t>n = 2 болса, қалдық 0 және жауап C; n = 1 болса, қалдық 1 және жауап A.</w:t>
      </w:r>
    </w:p>
    <w:p>
      <w:pPr>
        <w:keepNext/>
        <w:widowControl/>
        <w:spacing w:before="0" w:after="80" w:line="276" w:lineRule="auto"/>
        <w:ind w:left="0"/>
      </w:pPr>
      <w:r>
        <w:rPr>
          <w:rFonts w:ascii="Arial" w:hAnsi="Arial"/>
          <w:b/>
          <w:color w:val="000000"/>
          <w:sz w:val="21"/>
        </w:rPr>
        <w:t>13.  Жауап D</w:t>
      </w:r>
    </w:p>
    <w:p>
      <w:pPr>
        <w:widowControl/>
        <w:spacing w:before="0" w:after="320" w:line="276" w:lineRule="auto"/>
        <w:ind w:left="0"/>
      </w:pPr>
      <w:r>
        <w:rPr>
          <w:rFonts w:ascii="Arial" w:hAnsi="Arial"/>
          <w:b w:val="0"/>
          <w:color w:val="000000"/>
          <w:sz w:val="21"/>
        </w:rPr>
        <w:t>p = 2 болса, 0 қалдығы 1-ден кіші; p = 3 болса, 1 қалдығы теңдік береді.</w:t>
      </w:r>
    </w:p>
    <w:p>
      <w:pPr>
        <w:keepNext/>
        <w:widowControl/>
        <w:spacing w:before="0" w:after="80" w:line="276" w:lineRule="auto"/>
        <w:ind w:left="0"/>
      </w:pPr>
      <w:r>
        <w:rPr>
          <w:rFonts w:ascii="Arial" w:hAnsi="Arial"/>
          <w:b/>
          <w:color w:val="000000"/>
          <w:sz w:val="21"/>
        </w:rPr>
        <w:t>14.  Жауап D</w:t>
      </w:r>
    </w:p>
    <w:p>
      <w:pPr>
        <w:widowControl/>
        <w:spacing w:before="0" w:after="320" w:line="276" w:lineRule="auto"/>
        <w:ind w:left="0"/>
      </w:pPr>
      <w:r>
        <w:rPr>
          <w:rFonts w:ascii="Arial" w:hAnsi="Arial"/>
          <w:b w:val="0"/>
          <w:color w:val="000000"/>
          <w:sz w:val="21"/>
        </w:rPr>
        <w:t>a = 3 болса, ЕҮОБ 3-ке тең; a = 6 болса, 6-ға тең. B және C жауаптары шығады.</w:t>
      </w:r>
    </w:p>
    <w:p>
      <w:pPr>
        <w:keepNext/>
        <w:widowControl/>
        <w:spacing w:before="0" w:after="80" w:line="276" w:lineRule="auto"/>
        <w:ind w:left="0"/>
      </w:pPr>
      <w:r>
        <w:rPr>
          <w:rFonts w:ascii="Arial" w:hAnsi="Arial"/>
          <w:b/>
          <w:color w:val="000000"/>
          <w:sz w:val="21"/>
        </w:rPr>
        <w:t>15.  Жауап A</w:t>
      </w:r>
    </w:p>
    <w:p>
      <w:pPr>
        <w:widowControl/>
        <w:spacing w:before="0" w:after="320" w:line="276" w:lineRule="auto"/>
        <w:ind w:left="0"/>
      </w:pPr>
      <w:r>
        <w:rPr>
          <w:rFonts w:ascii="Arial" w:hAnsi="Arial"/>
          <w:b w:val="0"/>
          <w:color w:val="000000"/>
          <w:sz w:val="21"/>
        </w:rPr>
        <w:t>8-ге еселіктер 16-дан 96-ға дейін — 11 сан, 9-ға еселіктер 18-ден 99-ға дейін — 10 сан. Сондықтан A үлкен.</w:t>
      </w:r>
    </w:p>
    <w:p>
      <w:pPr>
        <w:keepNext/>
        <w:widowControl/>
        <w:spacing w:before="0" w:after="80" w:line="276" w:lineRule="auto"/>
        <w:ind w:left="0"/>
      </w:pPr>
      <w:r>
        <w:rPr>
          <w:rFonts w:ascii="Arial" w:hAnsi="Arial"/>
          <w:b/>
          <w:color w:val="000000"/>
          <w:sz w:val="21"/>
        </w:rPr>
        <w:t>16.  Жауап B</w:t>
      </w:r>
    </w:p>
    <w:p>
      <w:pPr>
        <w:widowControl/>
        <w:spacing w:before="0" w:after="320" w:line="276" w:lineRule="auto"/>
        <w:ind w:left="0"/>
      </w:pPr>
      <w:r>
        <w:rPr>
          <w:rFonts w:ascii="Arial" w:hAnsi="Arial"/>
          <w:b w:val="0"/>
          <w:color w:val="000000"/>
          <w:sz w:val="21"/>
        </w:rPr>
        <w:t>Сол жақта 3/42 = 1/14. Оң алымдары бірдей болса, 1/13 бөлшегі үлкен.</w:t>
      </w:r>
    </w:p>
    <w:p>
      <w:pPr>
        <w:keepNext/>
        <w:widowControl/>
        <w:spacing w:before="0" w:after="80" w:line="276" w:lineRule="auto"/>
        <w:ind w:left="0"/>
      </w:pPr>
      <w:r>
        <w:rPr>
          <w:rFonts w:ascii="Arial" w:hAnsi="Arial"/>
          <w:b/>
          <w:color w:val="000000"/>
          <w:sz w:val="21"/>
        </w:rPr>
        <w:t>17.  Жауап A</w:t>
      </w:r>
    </w:p>
    <w:p>
      <w:pPr>
        <w:widowControl/>
        <w:spacing w:before="0" w:after="320" w:line="276" w:lineRule="auto"/>
        <w:ind w:left="0"/>
      </w:pPr>
      <w:r>
        <w:rPr>
          <w:rFonts w:ascii="Arial" w:hAnsi="Arial"/>
          <w:b w:val="0"/>
          <w:color w:val="000000"/>
          <w:sz w:val="21"/>
        </w:rPr>
        <w:t>Бөлінді 9/8 &gt; 1.</w:t>
      </w:r>
    </w:p>
    <w:p>
      <w:pPr>
        <w:keepNext/>
        <w:widowControl/>
        <w:spacing w:before="0" w:after="80" w:line="276" w:lineRule="auto"/>
        <w:ind w:left="0"/>
      </w:pPr>
      <w:r>
        <w:rPr>
          <w:rFonts w:ascii="Arial" w:hAnsi="Arial"/>
          <w:b/>
          <w:color w:val="000000"/>
          <w:sz w:val="21"/>
        </w:rPr>
        <w:t>18.  Жауап A</w:t>
      </w:r>
    </w:p>
    <w:p>
      <w:pPr>
        <w:widowControl/>
        <w:spacing w:before="0" w:after="320" w:line="276" w:lineRule="auto"/>
        <w:ind w:left="0"/>
      </w:pPr>
      <w:r>
        <w:rPr>
          <w:rFonts w:ascii="Arial" w:hAnsi="Arial"/>
          <w:b w:val="0"/>
          <w:color w:val="000000"/>
          <w:sz w:val="21"/>
        </w:rPr>
        <w:t>1/0,8 = 1,25 &gt; 1,2.</w:t>
      </w:r>
    </w:p>
    <w:p>
      <w:pPr>
        <w:keepNext/>
        <w:widowControl/>
        <w:spacing w:before="0" w:after="80" w:line="276" w:lineRule="auto"/>
        <w:ind w:left="0"/>
      </w:pPr>
      <w:r>
        <w:rPr>
          <w:rFonts w:ascii="Arial" w:hAnsi="Arial"/>
          <w:b/>
          <w:color w:val="000000"/>
          <w:sz w:val="21"/>
        </w:rPr>
        <w:t>19.  Жауап B</w:t>
      </w:r>
    </w:p>
    <w:p>
      <w:pPr>
        <w:widowControl/>
        <w:spacing w:before="0" w:after="320" w:line="276" w:lineRule="auto"/>
        <w:ind w:left="0"/>
      </w:pPr>
      <w:r>
        <w:rPr>
          <w:rFonts w:ascii="Arial" w:hAnsi="Arial"/>
          <w:b w:val="0"/>
          <w:color w:val="000000"/>
          <w:sz w:val="21"/>
        </w:rPr>
        <w:t>Оң жақта 0,9999, бұл 0,999-дан үлкен.</w:t>
      </w:r>
    </w:p>
    <w:p>
      <w:pPr>
        <w:keepNext/>
        <w:widowControl/>
        <w:spacing w:before="0" w:after="80" w:line="276" w:lineRule="auto"/>
        <w:ind w:left="0"/>
      </w:pPr>
      <w:r>
        <w:rPr>
          <w:rFonts w:ascii="Arial" w:hAnsi="Arial"/>
          <w:b/>
          <w:color w:val="000000"/>
          <w:sz w:val="21"/>
        </w:rPr>
        <w:t>20.  Жауап A</w:t>
      </w:r>
    </w:p>
    <w:p>
      <w:pPr>
        <w:widowControl/>
        <w:spacing w:before="0" w:after="320" w:line="276" w:lineRule="auto"/>
        <w:ind w:left="0"/>
      </w:pPr>
      <w:r>
        <w:rPr>
          <w:rFonts w:ascii="Arial" w:hAnsi="Arial"/>
          <w:b w:val="0"/>
          <w:color w:val="000000"/>
          <w:sz w:val="21"/>
        </w:rPr>
        <w:t>Сол жақта 1/6, оң жақта 1/12.</w:t>
      </w:r>
    </w:p>
    <w:p>
      <w:pPr>
        <w:pStyle w:val="Heading1"/>
        <w:pageBreakBefore/>
        <w:widowControl/>
        <w:spacing w:before="0" w:after="160" w:line="276" w:lineRule="auto"/>
        <w:ind w:left="0"/>
      </w:pPr>
      <w:r>
        <w:rPr>
          <w:rFonts w:ascii="Arial" w:hAnsi="Arial"/>
          <w:b/>
          <w:color w:val="000000"/>
          <w:sz w:val="42"/>
        </w:rPr>
        <w:t>Шешімдер</w:t>
      </w:r>
    </w:p>
    <w:p>
      <w:pPr>
        <w:widowControl/>
        <w:spacing w:before="0" w:after="420" w:line="276" w:lineRule="auto"/>
        <w:ind w:left="0"/>
      </w:pPr>
      <w:r>
        <w:rPr>
          <w:rFonts w:ascii="Arial" w:hAnsi="Arial"/>
          <w:b w:val="0"/>
          <w:color w:val="000000"/>
          <w:sz w:val="20"/>
        </w:rPr>
        <w:t>2-сынақ · Салыстырулар · 21–30</w:t>
      </w:r>
    </w:p>
    <w:p>
      <w:pPr>
        <w:keepNext/>
        <w:widowControl/>
        <w:spacing w:before="0" w:after="80" w:line="276" w:lineRule="auto"/>
        <w:ind w:left="0"/>
      </w:pPr>
      <w:r>
        <w:rPr>
          <w:rFonts w:ascii="Arial" w:hAnsi="Arial"/>
          <w:b/>
          <w:color w:val="000000"/>
          <w:sz w:val="21"/>
        </w:rPr>
        <w:t>21.  Жауап B</w:t>
      </w:r>
    </w:p>
    <w:p>
      <w:pPr>
        <w:widowControl/>
        <w:spacing w:before="0" w:after="320" w:line="276" w:lineRule="auto"/>
        <w:ind w:left="0"/>
      </w:pPr>
      <w:r>
        <w:rPr>
          <w:rFonts w:ascii="Arial" w:hAnsi="Arial"/>
          <w:b w:val="0"/>
          <w:color w:val="000000"/>
          <w:sz w:val="21"/>
        </w:rPr>
        <w:t>(18 + 27)/2 = 22,5 &lt; 36.</w:t>
      </w:r>
    </w:p>
    <w:p>
      <w:pPr>
        <w:keepNext/>
        <w:widowControl/>
        <w:spacing w:before="0" w:after="80" w:line="276" w:lineRule="auto"/>
        <w:ind w:left="0"/>
      </w:pPr>
      <w:r>
        <w:rPr>
          <w:rFonts w:ascii="Arial" w:hAnsi="Arial"/>
          <w:b/>
          <w:color w:val="000000"/>
          <w:sz w:val="21"/>
        </w:rPr>
        <w:t>22.  Жауап D</w:t>
      </w:r>
    </w:p>
    <w:p>
      <w:pPr>
        <w:widowControl/>
        <w:spacing w:before="0" w:after="320" w:line="276" w:lineRule="auto"/>
        <w:ind w:left="0"/>
      </w:pPr>
      <w:r>
        <w:rPr>
          <w:rFonts w:ascii="Arial" w:hAnsi="Arial"/>
          <w:b w:val="0"/>
          <w:color w:val="000000"/>
          <w:sz w:val="21"/>
        </w:rPr>
        <w:t>Бастапқы бағалар 100 және 100 болса, 125 &gt; 80. 100 және 1000 болса, 125 &lt; 800.</w:t>
      </w:r>
    </w:p>
    <w:p>
      <w:pPr>
        <w:keepNext/>
        <w:widowControl/>
        <w:spacing w:before="0" w:after="80" w:line="276" w:lineRule="auto"/>
        <w:ind w:left="0"/>
      </w:pPr>
      <w:r>
        <w:rPr>
          <w:rFonts w:ascii="Arial" w:hAnsi="Arial"/>
          <w:b/>
          <w:color w:val="000000"/>
          <w:sz w:val="21"/>
        </w:rPr>
        <w:t>23.  Жауап D</w:t>
      </w:r>
    </w:p>
    <w:p>
      <w:pPr>
        <w:widowControl/>
        <w:spacing w:before="0" w:after="320" w:line="276" w:lineRule="auto"/>
        <w:ind w:left="0"/>
      </w:pPr>
      <w:r>
        <w:rPr>
          <w:rFonts w:ascii="Arial" w:hAnsi="Arial"/>
          <w:b w:val="0"/>
          <w:color w:val="000000"/>
          <w:sz w:val="21"/>
        </w:rPr>
        <w:t>a = 1, b = 3 болса, сол жақтағы 4/3 саны 5/3-тен кіші. a = 3, b = 4 болса, 7/4 саны 5/3-тен үлкен.</w:t>
      </w:r>
    </w:p>
    <w:p>
      <w:pPr>
        <w:keepNext/>
        <w:widowControl/>
        <w:spacing w:before="0" w:after="80" w:line="276" w:lineRule="auto"/>
        <w:ind w:left="0"/>
      </w:pPr>
      <w:r>
        <w:rPr>
          <w:rFonts w:ascii="Arial" w:hAnsi="Arial"/>
          <w:b/>
          <w:color w:val="000000"/>
          <w:sz w:val="21"/>
        </w:rPr>
        <w:t>24.  Жауап A</w:t>
      </w:r>
    </w:p>
    <w:p>
      <w:pPr>
        <w:widowControl/>
        <w:spacing w:before="0" w:after="320" w:line="276" w:lineRule="auto"/>
        <w:ind w:left="0"/>
      </w:pPr>
      <w:r>
        <w:rPr>
          <w:rFonts w:ascii="Arial" w:hAnsi="Arial"/>
          <w:b w:val="0"/>
          <w:color w:val="000000"/>
          <w:sz w:val="21"/>
        </w:rPr>
        <w:t>25% &gt; 20%.</w:t>
      </w:r>
    </w:p>
    <w:p>
      <w:pPr>
        <w:keepNext/>
        <w:widowControl/>
        <w:spacing w:before="0" w:after="80" w:line="276" w:lineRule="auto"/>
        <w:ind w:left="0"/>
      </w:pPr>
      <w:r>
        <w:rPr>
          <w:rFonts w:ascii="Arial" w:hAnsi="Arial"/>
          <w:b/>
          <w:color w:val="000000"/>
          <w:sz w:val="21"/>
        </w:rPr>
        <w:t>25.  Жауап B</w:t>
      </w:r>
    </w:p>
    <w:p>
      <w:pPr>
        <w:widowControl/>
        <w:spacing w:before="0" w:after="320" w:line="276" w:lineRule="auto"/>
        <w:ind w:left="0"/>
      </w:pPr>
      <w:r>
        <w:rPr>
          <w:rFonts w:ascii="Arial" w:hAnsi="Arial"/>
          <w:b w:val="0"/>
          <w:color w:val="000000"/>
          <w:sz w:val="21"/>
        </w:rPr>
        <w:t>Алым — тұз массасы — өзгермеді, жалпы масса артты. Үлес азайды.</w:t>
      </w:r>
    </w:p>
    <w:p>
      <w:pPr>
        <w:keepNext/>
        <w:widowControl/>
        <w:spacing w:before="0" w:after="80" w:line="276" w:lineRule="auto"/>
        <w:ind w:left="0"/>
      </w:pPr>
      <w:r>
        <w:rPr>
          <w:rFonts w:ascii="Arial" w:hAnsi="Arial"/>
          <w:b/>
          <w:color w:val="000000"/>
          <w:sz w:val="21"/>
        </w:rPr>
        <w:t>26.  Жауап C</w:t>
      </w:r>
    </w:p>
    <w:p>
      <w:pPr>
        <w:widowControl/>
        <w:spacing w:before="0" w:after="320" w:line="276" w:lineRule="auto"/>
        <w:ind w:left="0"/>
      </w:pPr>
      <w:r>
        <w:rPr>
          <w:rFonts w:ascii="Arial" w:hAnsi="Arial"/>
          <w:b w:val="0"/>
          <w:color w:val="000000"/>
          <w:sz w:val="21"/>
        </w:rPr>
        <w:t>a = 0,8b; екі шама да 0,2b-ға тең.</w:t>
      </w:r>
    </w:p>
    <w:p>
      <w:pPr>
        <w:keepNext/>
        <w:widowControl/>
        <w:spacing w:before="0" w:after="80" w:line="276" w:lineRule="auto"/>
        <w:ind w:left="0"/>
      </w:pPr>
      <w:r>
        <w:rPr>
          <w:rFonts w:ascii="Arial" w:hAnsi="Arial"/>
          <w:b/>
          <w:color w:val="000000"/>
          <w:sz w:val="21"/>
        </w:rPr>
        <w:t>27.  Жауап B</w:t>
      </w:r>
    </w:p>
    <w:p>
      <w:pPr>
        <w:widowControl/>
        <w:spacing w:before="0" w:after="320" w:line="276" w:lineRule="auto"/>
        <w:ind w:left="0"/>
      </w:pPr>
      <w:r>
        <w:rPr>
          <w:rFonts w:ascii="Arial" w:hAnsi="Arial"/>
          <w:b w:val="0"/>
          <w:color w:val="000000"/>
          <w:sz w:val="21"/>
        </w:rPr>
        <w:t>Екі төмендетуден кейін 81% қалады, жеңілдік 20% емес, 19%.</w:t>
      </w:r>
    </w:p>
    <w:p>
      <w:pPr>
        <w:keepNext/>
        <w:widowControl/>
        <w:spacing w:before="0" w:after="80" w:line="276" w:lineRule="auto"/>
        <w:ind w:left="0"/>
      </w:pPr>
      <w:r>
        <w:rPr>
          <w:rFonts w:ascii="Arial" w:hAnsi="Arial"/>
          <w:b/>
          <w:color w:val="000000"/>
          <w:sz w:val="21"/>
        </w:rPr>
        <w:t>28.  Жауап C</w:t>
      </w:r>
    </w:p>
    <w:p>
      <w:pPr>
        <w:widowControl/>
        <w:spacing w:before="0" w:after="320" w:line="276" w:lineRule="auto"/>
        <w:ind w:left="0"/>
      </w:pPr>
      <w:r>
        <w:rPr>
          <w:rFonts w:ascii="Arial" w:hAnsi="Arial"/>
          <w:b w:val="0"/>
          <w:color w:val="000000"/>
          <w:sz w:val="21"/>
        </w:rPr>
        <w:t>15/12 · 100% = 125%.</w:t>
      </w:r>
    </w:p>
    <w:p>
      <w:pPr>
        <w:keepNext/>
        <w:widowControl/>
        <w:spacing w:before="0" w:after="80" w:line="276" w:lineRule="auto"/>
        <w:ind w:left="0"/>
      </w:pPr>
      <w:r>
        <w:rPr>
          <w:rFonts w:ascii="Arial" w:hAnsi="Arial"/>
          <w:b/>
          <w:color w:val="000000"/>
          <w:sz w:val="21"/>
        </w:rPr>
        <w:t>29.  Жауап C</w:t>
      </w:r>
    </w:p>
    <w:p>
      <w:pPr>
        <w:widowControl/>
        <w:spacing w:before="0" w:after="320" w:line="276" w:lineRule="auto"/>
        <w:ind w:left="0"/>
      </w:pPr>
      <w:r>
        <w:rPr>
          <w:rFonts w:ascii="Arial" w:hAnsi="Arial"/>
          <w:b w:val="0"/>
          <w:color w:val="000000"/>
          <w:sz w:val="21"/>
        </w:rPr>
        <w:t>Екі шама да 0,12a-ға тең.</w:t>
      </w:r>
    </w:p>
    <w:p>
      <w:pPr>
        <w:keepNext/>
        <w:widowControl/>
        <w:spacing w:before="0" w:after="80" w:line="276" w:lineRule="auto"/>
        <w:ind w:left="0"/>
      </w:pPr>
      <w:r>
        <w:rPr>
          <w:rFonts w:ascii="Arial" w:hAnsi="Arial"/>
          <w:b/>
          <w:color w:val="000000"/>
          <w:sz w:val="21"/>
        </w:rPr>
        <w:t>30.  Жауап A</w:t>
      </w:r>
    </w:p>
    <w:p>
      <w:pPr>
        <w:widowControl/>
        <w:spacing w:before="0" w:after="320" w:line="276" w:lineRule="auto"/>
        <w:ind w:left="0"/>
      </w:pPr>
      <w:r>
        <w:rPr>
          <w:rFonts w:ascii="Arial" w:hAnsi="Arial"/>
          <w:b w:val="0"/>
          <w:color w:val="000000"/>
          <w:sz w:val="21"/>
        </w:rPr>
        <w:t>Бірінші пайыз 50%, екіншісі b-ның 1/3 бөлігі, яғни 33 1/3%.</w:t>
      </w:r>
    </w:p>
    <w:p>
      <w:pPr>
        <w:pStyle w:val="Heading1"/>
        <w:pageBreakBefore/>
        <w:widowControl/>
        <w:spacing w:before="0" w:after="160" w:line="276" w:lineRule="auto"/>
        <w:ind w:left="0"/>
      </w:pPr>
      <w:r>
        <w:rPr>
          <w:rFonts w:ascii="Arial" w:hAnsi="Arial"/>
          <w:b/>
          <w:color w:val="000000"/>
          <w:sz w:val="42"/>
        </w:rPr>
        <w:t>Шешімдер</w:t>
      </w:r>
    </w:p>
    <w:p>
      <w:pPr>
        <w:widowControl/>
        <w:spacing w:before="0" w:after="420" w:line="276" w:lineRule="auto"/>
        <w:ind w:left="0"/>
      </w:pPr>
      <w:r>
        <w:rPr>
          <w:rFonts w:ascii="Arial" w:hAnsi="Arial"/>
          <w:b w:val="0"/>
          <w:color w:val="000000"/>
          <w:sz w:val="20"/>
        </w:rPr>
        <w:t>2-сынақ · Салыстырулар · 31–40</w:t>
      </w:r>
    </w:p>
    <w:p>
      <w:pPr>
        <w:keepNext/>
        <w:widowControl/>
        <w:spacing w:before="0" w:after="80" w:line="276" w:lineRule="auto"/>
        <w:ind w:left="0"/>
      </w:pPr>
      <w:r>
        <w:rPr>
          <w:rFonts w:ascii="Arial" w:hAnsi="Arial"/>
          <w:b/>
          <w:color w:val="000000"/>
          <w:sz w:val="21"/>
        </w:rPr>
        <w:t>31.  Жауап C</w:t>
      </w:r>
    </w:p>
    <w:p>
      <w:pPr>
        <w:widowControl/>
        <w:spacing w:before="0" w:after="320" w:line="276" w:lineRule="auto"/>
        <w:ind w:left="0"/>
      </w:pPr>
      <w:r>
        <w:rPr>
          <w:rFonts w:ascii="Arial" w:hAnsi="Arial"/>
          <w:b w:val="0"/>
          <w:color w:val="000000"/>
          <w:sz w:val="21"/>
        </w:rPr>
        <w:t>Уақыт жылдамдыққа кері пропорционал: бірінші уақыт екіншісінің 1/1,5 = 2/3 бөлігін құрайды.</w:t>
      </w:r>
    </w:p>
    <w:p>
      <w:pPr>
        <w:keepNext/>
        <w:widowControl/>
        <w:spacing w:before="0" w:after="80" w:line="276" w:lineRule="auto"/>
        <w:ind w:left="0"/>
      </w:pPr>
      <w:r>
        <w:rPr>
          <w:rFonts w:ascii="Arial" w:hAnsi="Arial"/>
          <w:b/>
          <w:color w:val="000000"/>
          <w:sz w:val="21"/>
        </w:rPr>
        <w:t>32.  Жауап A</w:t>
      </w:r>
    </w:p>
    <w:p>
      <w:pPr>
        <w:widowControl/>
        <w:spacing w:before="0" w:after="320" w:line="276" w:lineRule="auto"/>
        <w:ind w:left="0"/>
      </w:pPr>
      <w:r>
        <w:rPr>
          <w:rFonts w:ascii="Arial" w:hAnsi="Arial"/>
          <w:b w:val="0"/>
          <w:color w:val="000000"/>
          <w:sz w:val="21"/>
        </w:rPr>
        <w:t>Бірдей оң уақытта өнімдірек станок көбірек бөлшек жасайды.</w:t>
      </w:r>
    </w:p>
    <w:p>
      <w:pPr>
        <w:keepNext/>
        <w:widowControl/>
        <w:spacing w:before="0" w:after="80" w:line="276" w:lineRule="auto"/>
        <w:ind w:left="0"/>
      </w:pPr>
      <w:r>
        <w:rPr>
          <w:rFonts w:ascii="Arial" w:hAnsi="Arial"/>
          <w:b/>
          <w:color w:val="000000"/>
          <w:sz w:val="21"/>
        </w:rPr>
        <w:t>33.  Жауап A</w:t>
      </w:r>
    </w:p>
    <w:p>
      <w:pPr>
        <w:widowControl/>
        <w:spacing w:before="0" w:after="320" w:line="276" w:lineRule="auto"/>
        <w:ind w:left="0"/>
      </w:pPr>
      <w:r>
        <w:rPr>
          <w:rFonts w:ascii="Arial" w:hAnsi="Arial"/>
          <w:b w:val="0"/>
          <w:color w:val="000000"/>
          <w:sz w:val="21"/>
        </w:rPr>
        <w:t>Жүрген жол 6 км, соңындағы үйден қашықтық 0.</w:t>
      </w:r>
    </w:p>
    <w:p>
      <w:pPr>
        <w:keepNext/>
        <w:widowControl/>
        <w:spacing w:before="0" w:after="80" w:line="276" w:lineRule="auto"/>
        <w:ind w:left="0"/>
      </w:pPr>
      <w:r>
        <w:rPr>
          <w:rFonts w:ascii="Arial" w:hAnsi="Arial"/>
          <w:b/>
          <w:color w:val="000000"/>
          <w:sz w:val="21"/>
        </w:rPr>
        <w:t>34.  Жауап B</w:t>
      </w:r>
    </w:p>
    <w:p>
      <w:pPr>
        <w:widowControl/>
        <w:spacing w:before="0" w:after="320" w:line="276" w:lineRule="auto"/>
        <w:ind w:left="0"/>
      </w:pPr>
      <w:r>
        <w:rPr>
          <w:rFonts w:ascii="Arial" w:hAnsi="Arial"/>
          <w:b w:val="0"/>
          <w:color w:val="000000"/>
          <w:sz w:val="21"/>
        </w:rPr>
        <w:t>Орташа жылдамдық 2/(1/30 + 1/60) = 40 км/сағ.</w:t>
      </w:r>
    </w:p>
    <w:p>
      <w:pPr>
        <w:keepNext/>
        <w:widowControl/>
        <w:spacing w:before="0" w:after="80" w:line="276" w:lineRule="auto"/>
        <w:ind w:left="0"/>
      </w:pPr>
      <w:r>
        <w:rPr>
          <w:rFonts w:ascii="Arial" w:hAnsi="Arial"/>
          <w:b/>
          <w:color w:val="000000"/>
          <w:sz w:val="21"/>
        </w:rPr>
        <w:t>35.  Жауап B</w:t>
      </w:r>
    </w:p>
    <w:p>
      <w:pPr>
        <w:widowControl/>
        <w:spacing w:before="0" w:after="320" w:line="276" w:lineRule="auto"/>
        <w:ind w:left="0"/>
      </w:pPr>
      <w:r>
        <w:rPr>
          <w:rFonts w:ascii="Arial" w:hAnsi="Arial"/>
          <w:b w:val="0"/>
          <w:color w:val="000000"/>
          <w:sz w:val="21"/>
        </w:rPr>
        <w:t>Сол жақта 138 минут, оң жақта 144 минут.</w:t>
      </w:r>
    </w:p>
    <w:p>
      <w:pPr>
        <w:keepNext/>
        <w:widowControl/>
        <w:spacing w:before="0" w:after="80" w:line="276" w:lineRule="auto"/>
        <w:ind w:left="0"/>
      </w:pPr>
      <w:r>
        <w:rPr>
          <w:rFonts w:ascii="Arial" w:hAnsi="Arial"/>
          <w:b/>
          <w:color w:val="000000"/>
          <w:sz w:val="21"/>
        </w:rPr>
        <w:t>36.  Жауап C</w:t>
      </w:r>
    </w:p>
    <w:p>
      <w:pPr>
        <w:widowControl/>
        <w:spacing w:before="0" w:after="320" w:line="276" w:lineRule="auto"/>
        <w:ind w:left="0"/>
      </w:pPr>
      <w:r>
        <w:rPr>
          <w:rFonts w:ascii="Arial" w:hAnsi="Arial"/>
          <w:b w:val="0"/>
          <w:color w:val="000000"/>
          <w:sz w:val="21"/>
        </w:rPr>
        <w:t>1 м³ = 1000 л; 0,004 м³ = 4 л.</w:t>
      </w:r>
    </w:p>
    <w:p>
      <w:pPr>
        <w:keepNext/>
        <w:widowControl/>
        <w:spacing w:before="0" w:after="80" w:line="276" w:lineRule="auto"/>
        <w:ind w:left="0"/>
      </w:pPr>
      <w:r>
        <w:rPr>
          <w:rFonts w:ascii="Arial" w:hAnsi="Arial"/>
          <w:b/>
          <w:color w:val="000000"/>
          <w:sz w:val="21"/>
        </w:rPr>
        <w:t>37.  Жауап A</w:t>
      </w:r>
    </w:p>
    <w:p>
      <w:pPr>
        <w:widowControl/>
        <w:spacing w:before="0" w:after="320" w:line="276" w:lineRule="auto"/>
        <w:ind w:left="0"/>
      </w:pPr>
      <w:r>
        <w:rPr>
          <w:rFonts w:ascii="Arial" w:hAnsi="Arial"/>
          <w:b w:val="0"/>
          <w:color w:val="000000"/>
          <w:sz w:val="21"/>
        </w:rPr>
        <w:t>3 дм² = 300 см² &gt; 290 см².</w:t>
      </w:r>
    </w:p>
    <w:p>
      <w:pPr>
        <w:keepNext/>
        <w:widowControl/>
        <w:spacing w:before="0" w:after="80" w:line="276" w:lineRule="auto"/>
        <w:ind w:left="0"/>
      </w:pPr>
      <w:r>
        <w:rPr>
          <w:rFonts w:ascii="Arial" w:hAnsi="Arial"/>
          <w:b/>
          <w:color w:val="000000"/>
          <w:sz w:val="21"/>
        </w:rPr>
        <w:t>38.  Жауап C</w:t>
      </w:r>
    </w:p>
    <w:p>
      <w:pPr>
        <w:widowControl/>
        <w:spacing w:before="0" w:after="320" w:line="276" w:lineRule="auto"/>
        <w:ind w:left="0"/>
      </w:pPr>
      <w:r>
        <w:rPr>
          <w:rFonts w:ascii="Arial" w:hAnsi="Arial"/>
          <w:b w:val="0"/>
          <w:color w:val="000000"/>
          <w:sz w:val="21"/>
        </w:rPr>
        <w:t>Екі жағдайда да 12 адам-сағат.</w:t>
      </w:r>
    </w:p>
    <w:p>
      <w:pPr>
        <w:keepNext/>
        <w:widowControl/>
        <w:spacing w:before="0" w:after="80" w:line="276" w:lineRule="auto"/>
        <w:ind w:left="0"/>
      </w:pPr>
      <w:r>
        <w:rPr>
          <w:rFonts w:ascii="Arial" w:hAnsi="Arial"/>
          <w:b/>
          <w:color w:val="000000"/>
          <w:sz w:val="21"/>
        </w:rPr>
        <w:t>39.  Жауап C</w:t>
      </w:r>
    </w:p>
    <w:p>
      <w:pPr>
        <w:widowControl/>
        <w:spacing w:before="0" w:after="320" w:line="276" w:lineRule="auto"/>
        <w:ind w:left="0"/>
      </w:pPr>
      <w:r>
        <w:rPr>
          <w:rFonts w:ascii="Arial" w:hAnsi="Arial"/>
          <w:b w:val="0"/>
          <w:color w:val="000000"/>
          <w:sz w:val="21"/>
        </w:rPr>
        <w:t>Сағатына бактың 1/4 + 1/12 = 1/3 бөлігі толады.</w:t>
      </w:r>
    </w:p>
    <w:p>
      <w:pPr>
        <w:keepNext/>
        <w:widowControl/>
        <w:spacing w:before="0" w:after="80" w:line="276" w:lineRule="auto"/>
        <w:ind w:left="0"/>
      </w:pPr>
      <w:r>
        <w:rPr>
          <w:rFonts w:ascii="Arial" w:hAnsi="Arial"/>
          <w:b/>
          <w:color w:val="000000"/>
          <w:sz w:val="21"/>
        </w:rPr>
        <w:t>40.  Жауап A</w:t>
      </w:r>
    </w:p>
    <w:p>
      <w:pPr>
        <w:widowControl/>
        <w:spacing w:before="0" w:after="320" w:line="276" w:lineRule="auto"/>
        <w:ind w:left="0"/>
      </w:pPr>
      <w:r>
        <w:rPr>
          <w:rFonts w:ascii="Arial" w:hAnsi="Arial"/>
          <w:b w:val="0"/>
          <w:color w:val="000000"/>
          <w:sz w:val="21"/>
        </w:rPr>
        <w:t>40 км/сағ жылдамдықтағы уақыт 80 км/сағ жылдамдықтағы уақыттан екі есе көп.</w:t>
      </w:r>
    </w:p>
    <w:p>
      <w:pPr>
        <w:pStyle w:val="Heading1"/>
        <w:pageBreakBefore/>
        <w:widowControl/>
        <w:spacing w:before="0" w:after="160" w:line="276" w:lineRule="auto"/>
        <w:ind w:left="0"/>
      </w:pPr>
      <w:r>
        <w:rPr>
          <w:rFonts w:ascii="Arial" w:hAnsi="Arial"/>
          <w:b/>
          <w:color w:val="000000"/>
          <w:sz w:val="42"/>
        </w:rPr>
        <w:t>Шешімдер</w:t>
      </w:r>
    </w:p>
    <w:p>
      <w:pPr>
        <w:widowControl/>
        <w:spacing w:before="0" w:after="420" w:line="276" w:lineRule="auto"/>
        <w:ind w:left="0"/>
      </w:pPr>
      <w:r>
        <w:rPr>
          <w:rFonts w:ascii="Arial" w:hAnsi="Arial"/>
          <w:b w:val="0"/>
          <w:color w:val="000000"/>
          <w:sz w:val="20"/>
        </w:rPr>
        <w:t>2-сынақ · Салыстырулар · 41–50</w:t>
      </w:r>
    </w:p>
    <w:p>
      <w:pPr>
        <w:keepNext/>
        <w:widowControl/>
        <w:spacing w:before="0" w:after="80" w:line="276" w:lineRule="auto"/>
        <w:ind w:left="0"/>
      </w:pPr>
      <w:r>
        <w:rPr>
          <w:rFonts w:ascii="Arial" w:hAnsi="Arial"/>
          <w:b/>
          <w:color w:val="000000"/>
          <w:sz w:val="21"/>
        </w:rPr>
        <w:t>41.  Жауап D</w:t>
      </w:r>
    </w:p>
    <w:p>
      <w:pPr>
        <w:widowControl/>
        <w:spacing w:before="0" w:after="320" w:line="276" w:lineRule="auto"/>
        <w:ind w:left="0"/>
      </w:pPr>
      <w:r>
        <w:rPr>
          <w:rFonts w:ascii="Arial" w:hAnsi="Arial"/>
          <w:b w:val="0"/>
          <w:color w:val="000000"/>
          <w:sz w:val="21"/>
        </w:rPr>
        <w:t>5 және 5 болса, аудан 25, жауап C; 1 және 9 болса, аудан 9, жауап B.</w:t>
      </w:r>
    </w:p>
    <w:p>
      <w:pPr>
        <w:keepNext/>
        <w:widowControl/>
        <w:spacing w:before="0" w:after="80" w:line="276" w:lineRule="auto"/>
        <w:ind w:left="0"/>
      </w:pPr>
      <w:r>
        <w:rPr>
          <w:rFonts w:ascii="Arial" w:hAnsi="Arial"/>
          <w:b/>
          <w:color w:val="000000"/>
          <w:sz w:val="21"/>
        </w:rPr>
        <w:t>42.  Жауап B</w:t>
      </w:r>
    </w:p>
    <w:p>
      <w:pPr>
        <w:widowControl/>
        <w:spacing w:before="0" w:after="320" w:line="276" w:lineRule="auto"/>
        <w:ind w:left="0"/>
      </w:pPr>
      <w:r>
        <w:rPr>
          <w:rFonts w:ascii="Arial" w:hAnsi="Arial"/>
          <w:b w:val="0"/>
          <w:color w:val="000000"/>
          <w:sz w:val="21"/>
        </w:rPr>
        <w:t>Аудандар қатынасы 4/9 &lt; 2/3.</w:t>
      </w:r>
    </w:p>
    <w:p>
      <w:pPr>
        <w:keepNext/>
        <w:widowControl/>
        <w:spacing w:before="0" w:after="80" w:line="276" w:lineRule="auto"/>
        <w:ind w:left="0"/>
      </w:pPr>
      <w:r>
        <w:rPr>
          <w:rFonts w:ascii="Arial" w:hAnsi="Arial"/>
          <w:b/>
          <w:color w:val="000000"/>
          <w:sz w:val="21"/>
        </w:rPr>
        <w:t>43.  Жауап A</w:t>
      </w:r>
    </w:p>
    <w:p>
      <w:pPr>
        <w:widowControl/>
        <w:spacing w:before="0" w:after="320" w:line="276" w:lineRule="auto"/>
        <w:ind w:left="0"/>
      </w:pPr>
      <w:r>
        <w:rPr>
          <w:rFonts w:ascii="Arial" w:hAnsi="Arial"/>
          <w:b w:val="0"/>
          <w:color w:val="000000"/>
          <w:sz w:val="21"/>
        </w:rPr>
        <w:t>Көлем 27 есе, бет ауданы 9 есе өсті.</w:t>
      </w:r>
    </w:p>
    <w:p>
      <w:pPr>
        <w:keepNext/>
        <w:widowControl/>
        <w:spacing w:before="0" w:after="80" w:line="276" w:lineRule="auto"/>
        <w:ind w:left="0"/>
      </w:pPr>
      <w:r>
        <w:rPr>
          <w:rFonts w:ascii="Arial" w:hAnsi="Arial"/>
          <w:b/>
          <w:color w:val="000000"/>
          <w:sz w:val="21"/>
        </w:rPr>
        <w:t>44.  Жауап C</w:t>
      </w:r>
    </w:p>
    <w:p>
      <w:pPr>
        <w:widowControl/>
        <w:spacing w:before="0" w:after="320" w:line="276" w:lineRule="auto"/>
        <w:ind w:left="0"/>
      </w:pPr>
      <w:r>
        <w:rPr>
          <w:rFonts w:ascii="Arial" w:hAnsi="Arial"/>
          <w:b w:val="0"/>
          <w:color w:val="000000"/>
          <w:sz w:val="21"/>
        </w:rPr>
        <w:t>Екеуінің табаны мен биіктігі бірдей, әрқайсысы тіктөртбұрыштың жартысын алады.</w:t>
      </w:r>
    </w:p>
    <w:p>
      <w:pPr>
        <w:keepNext/>
        <w:widowControl/>
        <w:spacing w:before="0" w:after="80" w:line="276" w:lineRule="auto"/>
        <w:ind w:left="0"/>
      </w:pPr>
      <w:r>
        <w:rPr>
          <w:rFonts w:ascii="Arial" w:hAnsi="Arial"/>
          <w:b/>
          <w:color w:val="000000"/>
          <w:sz w:val="21"/>
        </w:rPr>
        <w:t>45.  Жауап C</w:t>
      </w:r>
    </w:p>
    <w:p>
      <w:pPr>
        <w:widowControl/>
        <w:spacing w:before="0" w:after="320" w:line="276" w:lineRule="auto"/>
        <w:ind w:left="0"/>
      </w:pPr>
      <w:r>
        <w:rPr>
          <w:rFonts w:ascii="Arial" w:hAnsi="Arial"/>
          <w:b w:val="0"/>
          <w:color w:val="000000"/>
          <w:sz w:val="21"/>
        </w:rPr>
        <w:t>180 − 35 − 55 = 90°.</w:t>
      </w:r>
    </w:p>
    <w:p>
      <w:pPr>
        <w:keepNext/>
        <w:widowControl/>
        <w:spacing w:before="0" w:after="80" w:line="276" w:lineRule="auto"/>
        <w:ind w:left="0"/>
      </w:pPr>
      <w:r>
        <w:rPr>
          <w:rFonts w:ascii="Arial" w:hAnsi="Arial"/>
          <w:b/>
          <w:color w:val="000000"/>
          <w:sz w:val="21"/>
        </w:rPr>
        <w:t>46.  Жауап C</w:t>
      </w:r>
    </w:p>
    <w:p>
      <w:pPr>
        <w:widowControl/>
        <w:spacing w:before="0" w:after="320" w:line="276" w:lineRule="auto"/>
        <w:ind w:left="0"/>
      </w:pPr>
      <w:r>
        <w:rPr>
          <w:rFonts w:ascii="Arial" w:hAnsi="Arial"/>
          <w:b w:val="0"/>
          <w:color w:val="000000"/>
          <w:sz w:val="21"/>
        </w:rPr>
        <w:t>Қабырғалар қатынасы 2 : 3; аудандар қатынасы 4 : 9.</w:t>
      </w:r>
    </w:p>
    <w:p>
      <w:pPr>
        <w:keepNext/>
        <w:widowControl/>
        <w:spacing w:before="0" w:after="80" w:line="276" w:lineRule="auto"/>
        <w:ind w:left="0"/>
      </w:pPr>
      <w:r>
        <w:rPr>
          <w:rFonts w:ascii="Arial" w:hAnsi="Arial"/>
          <w:b/>
          <w:color w:val="000000"/>
          <w:sz w:val="21"/>
        </w:rPr>
        <w:t>47.  Жауап A</w:t>
      </w:r>
    </w:p>
    <w:p>
      <w:pPr>
        <w:widowControl/>
        <w:spacing w:before="0" w:after="320" w:line="276" w:lineRule="auto"/>
        <w:ind w:left="0"/>
      </w:pPr>
      <w:r>
        <w:rPr>
          <w:rFonts w:ascii="Arial" w:hAnsi="Arial"/>
          <w:b w:val="0"/>
          <w:color w:val="000000"/>
          <w:sz w:val="21"/>
        </w:rPr>
        <w:t>А: 400 + 50 · 10 = 900; Б: 70 · 10 = 700.</w:t>
      </w:r>
    </w:p>
    <w:p>
      <w:pPr>
        <w:keepNext/>
        <w:widowControl/>
        <w:spacing w:before="0" w:after="80" w:line="276" w:lineRule="auto"/>
        <w:ind w:left="0"/>
      </w:pPr>
      <w:r>
        <w:rPr>
          <w:rFonts w:ascii="Arial" w:hAnsi="Arial"/>
          <w:b/>
          <w:color w:val="000000"/>
          <w:sz w:val="21"/>
        </w:rPr>
        <w:t>48.  Жауап B</w:t>
      </w:r>
    </w:p>
    <w:p>
      <w:pPr>
        <w:widowControl/>
        <w:spacing w:before="0" w:after="320" w:line="276" w:lineRule="auto"/>
        <w:ind w:left="0"/>
      </w:pPr>
      <w:r>
        <w:rPr>
          <w:rFonts w:ascii="Arial" w:hAnsi="Arial"/>
          <w:b w:val="0"/>
          <w:color w:val="000000"/>
          <w:sz w:val="21"/>
        </w:rPr>
        <w:t>Диагональ оны екі үшбұрышқа бөледі.</w:t>
      </w:r>
    </w:p>
    <w:p>
      <w:pPr>
        <w:keepNext/>
        <w:widowControl/>
        <w:spacing w:before="0" w:after="80" w:line="276" w:lineRule="auto"/>
        <w:ind w:left="0"/>
      </w:pPr>
      <w:r>
        <w:rPr>
          <w:rFonts w:ascii="Arial" w:hAnsi="Arial"/>
          <w:b/>
          <w:color w:val="000000"/>
          <w:sz w:val="21"/>
        </w:rPr>
        <w:t>49.  Жауап C</w:t>
      </w:r>
    </w:p>
    <w:p>
      <w:pPr>
        <w:widowControl/>
        <w:spacing w:before="0" w:after="320" w:line="276" w:lineRule="auto"/>
        <w:ind w:left="0"/>
      </w:pPr>
      <w:r>
        <w:rPr>
          <w:rFonts w:ascii="Arial" w:hAnsi="Arial"/>
          <w:b w:val="0"/>
          <w:color w:val="000000"/>
          <w:sz w:val="21"/>
        </w:rPr>
        <w:t>(8h + 12h)/2 = 20h/2.</w:t>
      </w:r>
    </w:p>
    <w:p>
      <w:pPr>
        <w:keepNext/>
        <w:widowControl/>
        <w:spacing w:before="0" w:after="80" w:line="276" w:lineRule="auto"/>
        <w:ind w:left="0"/>
      </w:pPr>
      <w:r>
        <w:rPr>
          <w:rFonts w:ascii="Arial" w:hAnsi="Arial"/>
          <w:b/>
          <w:color w:val="000000"/>
          <w:sz w:val="21"/>
        </w:rPr>
        <w:t>50.  Жауап C</w:t>
      </w:r>
    </w:p>
    <w:p>
      <w:pPr>
        <w:widowControl/>
        <w:spacing w:before="0" w:after="320" w:line="276" w:lineRule="auto"/>
        <w:ind w:left="0"/>
      </w:pPr>
      <w:r>
        <w:rPr>
          <w:rFonts w:ascii="Arial" w:hAnsi="Arial"/>
          <w:b w:val="0"/>
          <w:color w:val="000000"/>
          <w:sz w:val="21"/>
        </w:rPr>
        <w:t>(4a/4)² = a². Шамалар сәйкес аудан бірліктерімен салыстырылады.</w:t>
      </w:r>
    </w:p>
    <w:p>
      <w:pPr>
        <w:pStyle w:val="Heading1"/>
        <w:pageBreakBefore/>
        <w:widowControl/>
        <w:spacing w:before="0" w:after="160" w:line="276" w:lineRule="auto"/>
        <w:ind w:left="0"/>
      </w:pPr>
      <w:r>
        <w:rPr>
          <w:rFonts w:ascii="Arial" w:hAnsi="Arial"/>
          <w:b/>
          <w:color w:val="000000"/>
          <w:sz w:val="42"/>
        </w:rPr>
        <w:t>Шешімдер</w:t>
      </w:r>
    </w:p>
    <w:p>
      <w:pPr>
        <w:widowControl/>
        <w:spacing w:before="0" w:after="420" w:line="276" w:lineRule="auto"/>
        <w:ind w:left="0"/>
      </w:pPr>
      <w:r>
        <w:rPr>
          <w:rFonts w:ascii="Arial" w:hAnsi="Arial"/>
          <w:b w:val="0"/>
          <w:color w:val="000000"/>
          <w:sz w:val="20"/>
        </w:rPr>
        <w:t>2-сынақ · Салыстырулар · 51–60</w:t>
      </w:r>
    </w:p>
    <w:p>
      <w:pPr>
        <w:keepNext/>
        <w:widowControl/>
        <w:spacing w:before="0" w:after="80" w:line="276" w:lineRule="auto"/>
        <w:ind w:left="0"/>
      </w:pPr>
      <w:r>
        <w:rPr>
          <w:rFonts w:ascii="Arial" w:hAnsi="Arial"/>
          <w:b/>
          <w:color w:val="000000"/>
          <w:sz w:val="21"/>
        </w:rPr>
        <w:t>51.  Жауап C</w:t>
      </w:r>
    </w:p>
    <w:p>
      <w:pPr>
        <w:widowControl/>
        <w:spacing w:before="0" w:after="320" w:line="276" w:lineRule="auto"/>
        <w:ind w:left="0"/>
      </w:pPr>
      <w:r>
        <w:rPr>
          <w:rFonts w:ascii="Arial" w:hAnsi="Arial"/>
          <w:b w:val="0"/>
          <w:color w:val="000000"/>
          <w:sz w:val="21"/>
        </w:rPr>
        <w:t>(28 + 12)/5 = 8.</w:t>
      </w:r>
    </w:p>
    <w:p>
      <w:pPr>
        <w:keepNext/>
        <w:widowControl/>
        <w:spacing w:before="0" w:after="80" w:line="276" w:lineRule="auto"/>
        <w:ind w:left="0"/>
      </w:pPr>
      <w:r>
        <w:rPr>
          <w:rFonts w:ascii="Arial" w:hAnsi="Arial"/>
          <w:b/>
          <w:color w:val="000000"/>
          <w:sz w:val="21"/>
        </w:rPr>
        <w:t>52.  Жауап B</w:t>
      </w:r>
    </w:p>
    <w:p>
      <w:pPr>
        <w:widowControl/>
        <w:spacing w:before="0" w:after="320" w:line="276" w:lineRule="auto"/>
        <w:ind w:left="0"/>
      </w:pPr>
      <w:r>
        <w:rPr>
          <w:rFonts w:ascii="Arial" w:hAnsi="Arial"/>
          <w:b w:val="0"/>
          <w:color w:val="000000"/>
          <w:sz w:val="21"/>
        </w:rPr>
        <w:t>Жақтау ауданы 240 − 128 = 112 см²; ақ бөлік ауданы 128 см².</w:t>
      </w:r>
    </w:p>
    <w:p>
      <w:pPr>
        <w:keepNext/>
        <w:widowControl/>
        <w:spacing w:before="0" w:after="80" w:line="276" w:lineRule="auto"/>
        <w:ind w:left="0"/>
      </w:pPr>
      <w:r>
        <w:rPr>
          <w:rFonts w:ascii="Arial" w:hAnsi="Arial"/>
          <w:b/>
          <w:color w:val="000000"/>
          <w:sz w:val="21"/>
        </w:rPr>
        <w:t>53.  Жауап C</w:t>
      </w:r>
    </w:p>
    <w:p>
      <w:pPr>
        <w:widowControl/>
        <w:spacing w:before="0" w:after="320" w:line="276" w:lineRule="auto"/>
        <w:ind w:left="0"/>
      </w:pPr>
      <w:r>
        <w:rPr>
          <w:rFonts w:ascii="Arial" w:hAnsi="Arial"/>
          <w:b w:val="0"/>
          <w:color w:val="000000"/>
          <w:sz w:val="21"/>
        </w:rPr>
        <w:t>Орташа мән де солай өзгереді: 2 · 6 + 3 = 15.</w:t>
      </w:r>
    </w:p>
    <w:p>
      <w:pPr>
        <w:keepNext/>
        <w:widowControl/>
        <w:spacing w:before="0" w:after="80" w:line="276" w:lineRule="auto"/>
        <w:ind w:left="0"/>
      </w:pPr>
      <w:r>
        <w:rPr>
          <w:rFonts w:ascii="Arial" w:hAnsi="Arial"/>
          <w:b/>
          <w:color w:val="000000"/>
          <w:sz w:val="21"/>
        </w:rPr>
        <w:t>54.  Жауап D</w:t>
      </w:r>
    </w:p>
    <w:p>
      <w:pPr>
        <w:widowControl/>
        <w:spacing w:before="0" w:after="320" w:line="276" w:lineRule="auto"/>
        <w:ind w:left="0"/>
      </w:pPr>
      <w:r>
        <w:rPr>
          <w:rFonts w:ascii="Arial" w:hAnsi="Arial"/>
          <w:b w:val="0"/>
          <w:color w:val="000000"/>
          <w:sz w:val="21"/>
        </w:rPr>
        <w:t>x саны 6 не 8 бола алады; x медианасы 7-ден кіші де, үлкен де болады.</w:t>
      </w:r>
    </w:p>
    <w:p>
      <w:pPr>
        <w:keepNext/>
        <w:widowControl/>
        <w:spacing w:before="0" w:after="80" w:line="276" w:lineRule="auto"/>
        <w:ind w:left="0"/>
      </w:pPr>
      <w:r>
        <w:rPr>
          <w:rFonts w:ascii="Arial" w:hAnsi="Arial"/>
          <w:b/>
          <w:color w:val="000000"/>
          <w:sz w:val="21"/>
        </w:rPr>
        <w:t>55.  Жауап A</w:t>
      </w:r>
    </w:p>
    <w:p>
      <w:pPr>
        <w:widowControl/>
        <w:spacing w:before="0" w:after="320" w:line="276" w:lineRule="auto"/>
        <w:ind w:left="0"/>
      </w:pPr>
      <w:r>
        <w:rPr>
          <w:rFonts w:ascii="Arial" w:hAnsi="Arial"/>
          <w:b w:val="0"/>
          <w:color w:val="000000"/>
          <w:sz w:val="21"/>
        </w:rPr>
        <w:t>Бірігу 28-ден аспайды, сондықтан қиылысу кемінде 17 + 16 − 28 = 5.</w:t>
      </w:r>
    </w:p>
    <w:p>
      <w:pPr>
        <w:keepNext/>
        <w:widowControl/>
        <w:spacing w:before="0" w:after="80" w:line="276" w:lineRule="auto"/>
        <w:ind w:left="0"/>
      </w:pPr>
      <w:r>
        <w:rPr>
          <w:rFonts w:ascii="Arial" w:hAnsi="Arial"/>
          <w:b/>
          <w:color w:val="000000"/>
          <w:sz w:val="21"/>
        </w:rPr>
        <w:t>56.  Жауап C</w:t>
      </w:r>
    </w:p>
    <w:p>
      <w:pPr>
        <w:widowControl/>
        <w:spacing w:before="0" w:after="320" w:line="276" w:lineRule="auto"/>
        <w:ind w:left="0"/>
      </w:pPr>
      <w:r>
        <w:rPr>
          <w:rFonts w:ascii="Arial" w:hAnsi="Arial"/>
          <w:b w:val="0"/>
          <w:color w:val="000000"/>
          <w:sz w:val="21"/>
        </w:rPr>
        <w:t>Ойын да, таңдау да реті ескерілмейтін бір жұпқа сәйкес келеді.</w:t>
      </w:r>
    </w:p>
    <w:p>
      <w:pPr>
        <w:keepNext/>
        <w:widowControl/>
        <w:spacing w:before="0" w:after="80" w:line="276" w:lineRule="auto"/>
        <w:ind w:left="0"/>
      </w:pPr>
      <w:r>
        <w:rPr>
          <w:rFonts w:ascii="Arial" w:hAnsi="Arial"/>
          <w:b/>
          <w:color w:val="000000"/>
          <w:sz w:val="21"/>
        </w:rPr>
        <w:t>57.  Жауап A</w:t>
      </w:r>
    </w:p>
    <w:p>
      <w:pPr>
        <w:widowControl/>
        <w:spacing w:before="0" w:after="320" w:line="276" w:lineRule="auto"/>
        <w:ind w:left="0"/>
      </w:pPr>
      <w:r>
        <w:rPr>
          <w:rFonts w:ascii="Arial" w:hAnsi="Arial"/>
          <w:b w:val="0"/>
          <w:color w:val="000000"/>
          <w:sz w:val="21"/>
        </w:rPr>
        <w:t>3/7 &gt; 3/8.</w:t>
      </w:r>
    </w:p>
    <w:p>
      <w:pPr>
        <w:keepNext/>
        <w:widowControl/>
        <w:spacing w:before="0" w:after="80" w:line="276" w:lineRule="auto"/>
        <w:ind w:left="0"/>
      </w:pPr>
      <w:r>
        <w:rPr>
          <w:rFonts w:ascii="Arial" w:hAnsi="Arial"/>
          <w:b/>
          <w:color w:val="000000"/>
          <w:sz w:val="21"/>
        </w:rPr>
        <w:t>58.  Жауап D</w:t>
      </w:r>
    </w:p>
    <w:p>
      <w:pPr>
        <w:widowControl/>
        <w:spacing w:before="0" w:after="320" w:line="276" w:lineRule="auto"/>
        <w:ind w:left="0"/>
      </w:pPr>
      <w:r>
        <w:rPr>
          <w:rFonts w:ascii="Arial" w:hAnsi="Arial"/>
          <w:b w:val="0"/>
          <w:color w:val="000000"/>
          <w:sz w:val="21"/>
        </w:rPr>
        <w:t>0,0,0,0,0,0,7 тізімінде орташа мән медианадан үлкен; 0,7,7,7,7,7,7 тізімінде медиана орташа мәннен үлкен.</w:t>
      </w:r>
    </w:p>
    <w:p>
      <w:pPr>
        <w:keepNext/>
        <w:widowControl/>
        <w:spacing w:before="0" w:after="80" w:line="276" w:lineRule="auto"/>
        <w:ind w:left="0"/>
      </w:pPr>
      <w:r>
        <w:rPr>
          <w:rFonts w:ascii="Arial" w:hAnsi="Arial"/>
          <w:b/>
          <w:color w:val="000000"/>
          <w:sz w:val="21"/>
        </w:rPr>
        <w:t>59.  Жауап C</w:t>
      </w:r>
    </w:p>
    <w:p>
      <w:pPr>
        <w:widowControl/>
        <w:spacing w:before="0" w:after="320" w:line="276" w:lineRule="auto"/>
        <w:ind w:left="0"/>
      </w:pPr>
      <w:r>
        <w:rPr>
          <w:rFonts w:ascii="Arial" w:hAnsi="Arial"/>
          <w:b w:val="0"/>
          <w:color w:val="000000"/>
          <w:sz w:val="21"/>
        </w:rPr>
        <w:t>Көршілес b − 1 және b + 1 сандарының қосындысы 2b.</w:t>
      </w:r>
    </w:p>
    <w:p>
      <w:pPr>
        <w:keepNext/>
        <w:widowControl/>
        <w:spacing w:before="0" w:after="80" w:line="276" w:lineRule="auto"/>
        <w:ind w:left="0"/>
      </w:pPr>
      <w:r>
        <w:rPr>
          <w:rFonts w:ascii="Arial" w:hAnsi="Arial"/>
          <w:b/>
          <w:color w:val="000000"/>
          <w:sz w:val="21"/>
        </w:rPr>
        <w:t>60.  Жауап C</w:t>
      </w:r>
    </w:p>
    <w:p>
      <w:pPr>
        <w:widowControl/>
        <w:spacing w:before="0" w:after="320" w:line="276" w:lineRule="auto"/>
        <w:ind w:left="0"/>
      </w:pPr>
      <w:r>
        <w:rPr>
          <w:rFonts w:ascii="Arial" w:hAnsi="Arial"/>
          <w:b w:val="0"/>
          <w:color w:val="000000"/>
          <w:sz w:val="21"/>
        </w:rPr>
        <w:t>Ең жақын 7 және 8 жұбы 56 береді. Осы жұптан алыстаған сайын көбейтінді азаяды.</w:t>
      </w:r>
    </w:p>
    <w:p>
      <w:pPr>
        <w:pStyle w:val="Heading1"/>
        <w:pageBreakBefore/>
        <w:widowControl/>
        <w:spacing w:before="0" w:after="160" w:line="276" w:lineRule="auto"/>
        <w:ind w:left="0"/>
      </w:pPr>
      <w:r>
        <w:rPr>
          <w:rFonts w:ascii="Arial" w:hAnsi="Arial"/>
          <w:b/>
          <w:color w:val="000000"/>
          <w:sz w:val="42"/>
        </w:rPr>
        <w:t>Шешімдер</w:t>
      </w:r>
    </w:p>
    <w:p>
      <w:pPr>
        <w:widowControl/>
        <w:spacing w:before="0" w:after="420" w:line="276" w:lineRule="auto"/>
        <w:ind w:left="0"/>
      </w:pPr>
      <w:r>
        <w:rPr>
          <w:rFonts w:ascii="Arial" w:hAnsi="Arial"/>
          <w:b w:val="0"/>
          <w:color w:val="000000"/>
          <w:sz w:val="20"/>
        </w:rPr>
        <w:t>3-сынақ · Математика · 1–10</w:t>
      </w:r>
    </w:p>
    <w:p>
      <w:pPr>
        <w:keepNext/>
        <w:widowControl/>
        <w:spacing w:before="0" w:after="80" w:line="276" w:lineRule="auto"/>
        <w:ind w:left="0"/>
      </w:pPr>
      <w:r>
        <w:rPr>
          <w:rFonts w:ascii="Arial" w:hAnsi="Arial"/>
          <w:b/>
          <w:color w:val="000000"/>
          <w:sz w:val="21"/>
        </w:rPr>
        <w:t>1.  Жауап C · 109</w:t>
      </w:r>
    </w:p>
    <w:p>
      <w:pPr>
        <w:widowControl/>
        <w:spacing w:before="0" w:after="320" w:line="276" w:lineRule="auto"/>
        <w:ind w:left="0"/>
      </w:pPr>
      <w:r>
        <w:rPr>
          <w:rFonts w:ascii="Arial" w:hAnsi="Arial"/>
          <w:b w:val="0"/>
          <w:color w:val="000000"/>
          <w:sz w:val="21"/>
        </w:rPr>
        <w:t>Саннан 1-ді азайтқанда ЕКОЕ(4; 6; 9) = 36 санына еселік шығады. 37, 73, 109… сәйкес келеді. 100-ден үлкен алғашқысы 109.</w:t>
      </w:r>
    </w:p>
    <w:p>
      <w:pPr>
        <w:keepNext/>
        <w:widowControl/>
        <w:spacing w:before="0" w:after="80" w:line="276" w:lineRule="auto"/>
        <w:ind w:left="0"/>
      </w:pPr>
      <w:r>
        <w:rPr>
          <w:rFonts w:ascii="Arial" w:hAnsi="Arial"/>
          <w:b/>
          <w:color w:val="000000"/>
          <w:sz w:val="21"/>
        </w:rPr>
        <w:t>2.  Жауап D · 3</w:t>
      </w:r>
    </w:p>
    <w:p>
      <w:pPr>
        <w:widowControl/>
        <w:spacing w:before="0" w:after="320" w:line="276" w:lineRule="auto"/>
        <w:ind w:left="0"/>
      </w:pPr>
      <w:r>
        <w:rPr>
          <w:rFonts w:ascii="Arial" w:hAnsi="Arial"/>
          <w:b w:val="0"/>
          <w:color w:val="000000"/>
          <w:sz w:val="21"/>
        </w:rPr>
        <w:t>72 = 2³ · 3². Тақ бөлгіште 2 көбейткіші болмайды: олар 1, 3 және 9.</w:t>
      </w:r>
    </w:p>
    <w:p>
      <w:pPr>
        <w:keepNext/>
        <w:widowControl/>
        <w:spacing w:before="0" w:after="80" w:line="276" w:lineRule="auto"/>
        <w:ind w:left="0"/>
      </w:pPr>
      <w:r>
        <w:rPr>
          <w:rFonts w:ascii="Arial" w:hAnsi="Arial"/>
          <w:b/>
          <w:color w:val="000000"/>
          <w:sz w:val="21"/>
        </w:rPr>
        <w:t>3.  Жауап D · 3</w:t>
      </w:r>
    </w:p>
    <w:p>
      <w:pPr>
        <w:widowControl/>
        <w:spacing w:before="0" w:after="320" w:line="276" w:lineRule="auto"/>
        <w:ind w:left="0"/>
      </w:pPr>
      <w:r>
        <w:rPr>
          <w:rFonts w:ascii="Arial" w:hAnsi="Arial"/>
          <w:b w:val="0"/>
          <w:color w:val="000000"/>
          <w:sz w:val="21"/>
        </w:rPr>
        <w:t>3 дәрежелерінің соңғы цифрлары қайталанады: 3, 9, 7, 1. 25-ті 4-ке бөлгенде қалдық 1, жауап 3.</w:t>
      </w:r>
    </w:p>
    <w:p>
      <w:pPr>
        <w:keepNext/>
        <w:widowControl/>
        <w:spacing w:before="0" w:after="80" w:line="276" w:lineRule="auto"/>
        <w:ind w:left="0"/>
      </w:pPr>
      <w:r>
        <w:rPr>
          <w:rFonts w:ascii="Arial" w:hAnsi="Arial"/>
          <w:b/>
          <w:color w:val="000000"/>
          <w:sz w:val="21"/>
        </w:rPr>
        <w:t>4.  Жауап A · 2/5</w:t>
      </w:r>
    </w:p>
    <w:p>
      <w:pPr>
        <w:widowControl/>
        <w:spacing w:before="0" w:after="320" w:line="276" w:lineRule="auto"/>
        <w:ind w:left="0"/>
      </w:pPr>
      <w:r>
        <w:rPr>
          <w:rFonts w:ascii="Arial" w:hAnsi="Arial"/>
          <w:b w:val="0"/>
          <w:color w:val="000000"/>
          <w:sz w:val="21"/>
        </w:rPr>
        <w:t>Әр қосылғыш 1/n − 1/(n + 1). Қосынды 1/2 − 1/10 = 2/5.</w:t>
      </w:r>
    </w:p>
    <w:p>
      <w:pPr>
        <w:keepNext/>
        <w:widowControl/>
        <w:spacing w:before="0" w:after="80" w:line="276" w:lineRule="auto"/>
        <w:ind w:left="0"/>
      </w:pPr>
      <w:r>
        <w:rPr>
          <w:rFonts w:ascii="Arial" w:hAnsi="Arial"/>
          <w:b/>
          <w:color w:val="000000"/>
          <w:sz w:val="21"/>
        </w:rPr>
        <w:t>5.  Жауап B · 5/12</w:t>
      </w:r>
    </w:p>
    <w:p>
      <w:pPr>
        <w:widowControl/>
        <w:spacing w:before="0" w:after="320" w:line="276" w:lineRule="auto"/>
        <w:ind w:left="0"/>
      </w:pPr>
      <w:r>
        <w:rPr>
          <w:rFonts w:ascii="Arial" w:hAnsi="Arial"/>
          <w:b w:val="0"/>
          <w:color w:val="000000"/>
          <w:sz w:val="21"/>
        </w:rPr>
        <w:t>Кішісінің екі есесі 7/6 − 1/3 = 5/6. Кішісі 5/12.</w:t>
      </w:r>
    </w:p>
    <w:p>
      <w:pPr>
        <w:keepNext/>
        <w:widowControl/>
        <w:spacing w:before="0" w:after="80" w:line="276" w:lineRule="auto"/>
        <w:ind w:left="0"/>
      </w:pPr>
      <w:r>
        <w:rPr>
          <w:rFonts w:ascii="Arial" w:hAnsi="Arial"/>
          <w:b/>
          <w:color w:val="000000"/>
          <w:sz w:val="21"/>
        </w:rPr>
        <w:t>6.  Жауап A · 48 л</w:t>
      </w:r>
    </w:p>
    <w:p>
      <w:pPr>
        <w:widowControl/>
        <w:spacing w:before="0" w:after="320" w:line="276" w:lineRule="auto"/>
        <w:ind w:left="0"/>
      </w:pPr>
      <w:r>
        <w:rPr>
          <w:rFonts w:ascii="Arial" w:hAnsi="Arial"/>
          <w:b w:val="0"/>
          <w:color w:val="000000"/>
          <w:sz w:val="21"/>
        </w:rPr>
        <w:t>Қосылған үлес 3/4 − 3/8 = 3/8. Бүкіл көлем 18 : (3/8) = 48 л.</w:t>
      </w:r>
    </w:p>
    <w:p>
      <w:pPr>
        <w:keepNext/>
        <w:widowControl/>
        <w:spacing w:before="0" w:after="80" w:line="276" w:lineRule="auto"/>
        <w:ind w:left="0"/>
      </w:pPr>
      <w:r>
        <w:rPr>
          <w:rFonts w:ascii="Arial" w:hAnsi="Arial"/>
          <w:b/>
          <w:color w:val="000000"/>
          <w:sz w:val="21"/>
        </w:rPr>
        <w:t>7.  Жауап C · 80 г</w:t>
      </w:r>
    </w:p>
    <w:p>
      <w:pPr>
        <w:widowControl/>
        <w:spacing w:before="0" w:after="320" w:line="276" w:lineRule="auto"/>
        <w:ind w:left="0"/>
      </w:pPr>
      <w:r>
        <w:rPr>
          <w:rFonts w:ascii="Arial" w:hAnsi="Arial"/>
          <w:b w:val="0"/>
          <w:color w:val="000000"/>
          <w:sz w:val="21"/>
        </w:rPr>
        <w:t>Құрғақ зат 200 · 0,2 = 40 г. Кептірген соң бұл массаның жартысы, демек жалпы масса 80 г.</w:t>
      </w:r>
    </w:p>
    <w:p>
      <w:pPr>
        <w:keepNext/>
        <w:widowControl/>
        <w:spacing w:before="0" w:after="80" w:line="276" w:lineRule="auto"/>
        <w:ind w:left="0"/>
      </w:pPr>
      <w:r>
        <w:rPr>
          <w:rFonts w:ascii="Arial" w:hAnsi="Arial"/>
          <w:b/>
          <w:color w:val="000000"/>
          <w:sz w:val="21"/>
        </w:rPr>
        <w:t>8.  Жауап D · 60</w:t>
      </w:r>
    </w:p>
    <w:p>
      <w:pPr>
        <w:widowControl/>
        <w:spacing w:before="0" w:after="320" w:line="276" w:lineRule="auto"/>
        <w:ind w:left="0"/>
      </w:pPr>
      <w:r>
        <w:rPr>
          <w:rFonts w:ascii="Arial" w:hAnsi="Arial"/>
          <w:b w:val="0"/>
          <w:color w:val="000000"/>
          <w:sz w:val="21"/>
        </w:rPr>
        <w:t>Соңғы коэффициент 1,2 · 0,75 = 0,9. Бастапқыда 54 : 0,9 = 60.</w:t>
      </w:r>
    </w:p>
    <w:p>
      <w:pPr>
        <w:keepNext/>
        <w:widowControl/>
        <w:spacing w:before="0" w:after="80" w:line="276" w:lineRule="auto"/>
        <w:ind w:left="0"/>
      </w:pPr>
      <w:r>
        <w:rPr>
          <w:rFonts w:ascii="Arial" w:hAnsi="Arial"/>
          <w:b/>
          <w:color w:val="000000"/>
          <w:sz w:val="21"/>
        </w:rPr>
        <w:t>9.  Жауап D · 42</w:t>
      </w:r>
    </w:p>
    <w:p>
      <w:pPr>
        <w:widowControl/>
        <w:spacing w:before="0" w:after="320" w:line="276" w:lineRule="auto"/>
        <w:ind w:left="0"/>
      </w:pPr>
      <w:r>
        <w:rPr>
          <w:rFonts w:ascii="Arial" w:hAnsi="Arial"/>
          <w:b w:val="0"/>
          <w:color w:val="000000"/>
          <w:sz w:val="21"/>
        </w:rPr>
        <w:t>Сандар 2t және 5t болсын. 2(2t + 6) = 5t + 6, t = 6. Қосынды 7t = 42.</w:t>
      </w:r>
    </w:p>
    <w:p>
      <w:pPr>
        <w:keepNext/>
        <w:widowControl/>
        <w:spacing w:before="0" w:after="80" w:line="276" w:lineRule="auto"/>
        <w:ind w:left="0"/>
      </w:pPr>
      <w:r>
        <w:rPr>
          <w:rFonts w:ascii="Arial" w:hAnsi="Arial"/>
          <w:b/>
          <w:color w:val="000000"/>
          <w:sz w:val="21"/>
        </w:rPr>
        <w:t>10.  Жауап A · 14,4%</w:t>
      </w:r>
    </w:p>
    <w:p>
      <w:pPr>
        <w:widowControl/>
        <w:spacing w:before="0" w:after="320" w:line="276" w:lineRule="auto"/>
        <w:ind w:left="0"/>
      </w:pPr>
      <w:r>
        <w:rPr>
          <w:rFonts w:ascii="Arial" w:hAnsi="Arial"/>
          <w:b w:val="0"/>
          <w:color w:val="000000"/>
          <w:sz w:val="21"/>
        </w:rPr>
        <w:t>500 г қоспада 36 + 36 = 72 г тұз бар, яғни 14,4%.</w:t>
      </w:r>
    </w:p>
    <w:p>
      <w:pPr>
        <w:pStyle w:val="Heading1"/>
        <w:pageBreakBefore/>
        <w:widowControl/>
        <w:spacing w:before="0" w:after="160" w:line="276" w:lineRule="auto"/>
        <w:ind w:left="0"/>
      </w:pPr>
      <w:r>
        <w:rPr>
          <w:rFonts w:ascii="Arial" w:hAnsi="Arial"/>
          <w:b/>
          <w:color w:val="000000"/>
          <w:sz w:val="42"/>
        </w:rPr>
        <w:t>Шешімдер</w:t>
      </w:r>
    </w:p>
    <w:p>
      <w:pPr>
        <w:widowControl/>
        <w:spacing w:before="0" w:after="420" w:line="276" w:lineRule="auto"/>
        <w:ind w:left="0"/>
      </w:pPr>
      <w:r>
        <w:rPr>
          <w:rFonts w:ascii="Arial" w:hAnsi="Arial"/>
          <w:b w:val="0"/>
          <w:color w:val="000000"/>
          <w:sz w:val="20"/>
        </w:rPr>
        <w:t>3-сынақ · Математика · 11–20</w:t>
      </w:r>
    </w:p>
    <w:p>
      <w:pPr>
        <w:keepNext/>
        <w:widowControl/>
        <w:spacing w:before="0" w:after="80" w:line="276" w:lineRule="auto"/>
        <w:ind w:left="0"/>
      </w:pPr>
      <w:r>
        <w:rPr>
          <w:rFonts w:ascii="Arial" w:hAnsi="Arial"/>
          <w:b/>
          <w:color w:val="000000"/>
          <w:sz w:val="21"/>
        </w:rPr>
        <w:t>11.  Жауап D · 8</w:t>
      </w:r>
    </w:p>
    <w:p>
      <w:pPr>
        <w:widowControl/>
        <w:spacing w:before="0" w:after="320" w:line="276" w:lineRule="auto"/>
        <w:ind w:left="0"/>
      </w:pPr>
      <w:r>
        <w:rPr>
          <w:rFonts w:ascii="Arial" w:hAnsi="Arial"/>
          <w:b w:val="0"/>
          <w:color w:val="000000"/>
          <w:sz w:val="21"/>
        </w:rPr>
        <w:t>2x − 1,2 = 1,5x + 2,8. Сонда 0,5x = 4, x = 8.</w:t>
      </w:r>
    </w:p>
    <w:p>
      <w:pPr>
        <w:keepNext/>
        <w:widowControl/>
        <w:spacing w:before="0" w:after="80" w:line="276" w:lineRule="auto"/>
        <w:ind w:left="0"/>
      </w:pPr>
      <w:r>
        <w:rPr>
          <w:rFonts w:ascii="Arial" w:hAnsi="Arial"/>
          <w:b/>
          <w:color w:val="000000"/>
          <w:sz w:val="21"/>
        </w:rPr>
        <w:t>12.  Жауап A · 5</w:t>
      </w:r>
    </w:p>
    <w:p>
      <w:pPr>
        <w:widowControl/>
        <w:spacing w:before="0" w:after="320" w:line="276" w:lineRule="auto"/>
        <w:ind w:left="0"/>
      </w:pPr>
      <w:r>
        <w:rPr>
          <w:rFonts w:ascii="Arial" w:hAnsi="Arial"/>
          <w:b w:val="0"/>
          <w:color w:val="000000"/>
          <w:sz w:val="21"/>
        </w:rPr>
        <w:t>−1, 0, 1, 2, 3 рұқсат етіледі. Қосынды 5-ке тең.</w:t>
      </w:r>
    </w:p>
    <w:p>
      <w:pPr>
        <w:keepNext/>
        <w:widowControl/>
        <w:spacing w:before="0" w:after="80" w:line="276" w:lineRule="auto"/>
        <w:ind w:left="0"/>
      </w:pPr>
      <w:r>
        <w:rPr>
          <w:rFonts w:ascii="Arial" w:hAnsi="Arial"/>
          <w:b/>
          <w:color w:val="000000"/>
          <w:sz w:val="21"/>
        </w:rPr>
        <w:t>13.  Жауап D · 0</w:t>
      </w:r>
    </w:p>
    <w:p>
      <w:pPr>
        <w:widowControl/>
        <w:spacing w:before="0" w:after="320" w:line="276" w:lineRule="auto"/>
        <w:ind w:left="0"/>
      </w:pPr>
      <w:r>
        <w:rPr>
          <w:rFonts w:ascii="Arial" w:hAnsi="Arial"/>
          <w:b w:val="0"/>
          <w:color w:val="000000"/>
          <w:sz w:val="21"/>
        </w:rPr>
        <w:t>a &lt; 0 болса, түбір жоқ; a &gt; 0 болса, екеу; a = 0 болса, жалғыз түбір x = 5.</w:t>
      </w:r>
    </w:p>
    <w:p>
      <w:pPr>
        <w:keepNext/>
        <w:widowControl/>
        <w:spacing w:before="0" w:after="80" w:line="276" w:lineRule="auto"/>
        <w:ind w:left="0"/>
      </w:pPr>
      <w:r>
        <w:rPr>
          <w:rFonts w:ascii="Arial" w:hAnsi="Arial"/>
          <w:b/>
          <w:color w:val="000000"/>
          <w:sz w:val="21"/>
        </w:rPr>
        <w:t>14.  Жауап D · 28</w:t>
      </w:r>
    </w:p>
    <w:p>
      <w:pPr>
        <w:widowControl/>
        <w:spacing w:before="0" w:after="320" w:line="276" w:lineRule="auto"/>
        <w:ind w:left="0"/>
      </w:pPr>
      <w:r>
        <w:rPr>
          <w:rFonts w:ascii="Arial" w:hAnsi="Arial"/>
          <w:b w:val="0"/>
          <w:color w:val="000000"/>
          <w:sz w:val="21"/>
        </w:rPr>
        <w:t>Жақшаларды ашсақ, 4ab = 28 шығады.</w:t>
      </w:r>
    </w:p>
    <w:p>
      <w:pPr>
        <w:keepNext/>
        <w:widowControl/>
        <w:spacing w:before="0" w:after="80" w:line="276" w:lineRule="auto"/>
        <w:ind w:left="0"/>
      </w:pPr>
      <w:r>
        <w:rPr>
          <w:rFonts w:ascii="Arial" w:hAnsi="Arial"/>
          <w:b/>
          <w:color w:val="000000"/>
          <w:sz w:val="21"/>
        </w:rPr>
        <w:t>15.  Жауап C · 74</w:t>
      </w:r>
    </w:p>
    <w:p>
      <w:pPr>
        <w:widowControl/>
        <w:spacing w:before="0" w:after="320" w:line="276" w:lineRule="auto"/>
        <w:ind w:left="0"/>
      </w:pPr>
      <w:r>
        <w:rPr>
          <w:rFonts w:ascii="Arial" w:hAnsi="Arial"/>
          <w:b w:val="0"/>
          <w:color w:val="000000"/>
          <w:sz w:val="21"/>
        </w:rPr>
        <w:t>a² + b² = (a + b)² − 2ab = 144 − 70 = 74.</w:t>
      </w:r>
    </w:p>
    <w:p>
      <w:pPr>
        <w:keepNext/>
        <w:widowControl/>
        <w:spacing w:before="0" w:after="80" w:line="276" w:lineRule="auto"/>
        <w:ind w:left="0"/>
      </w:pPr>
      <w:r>
        <w:rPr>
          <w:rFonts w:ascii="Arial" w:hAnsi="Arial"/>
          <w:b/>
          <w:color w:val="000000"/>
          <w:sz w:val="21"/>
        </w:rPr>
        <w:t>16.  Жауап C · 2</w:t>
      </w:r>
    </w:p>
    <w:p>
      <w:pPr>
        <w:widowControl/>
        <w:spacing w:before="0" w:after="320" w:line="276" w:lineRule="auto"/>
        <w:ind w:left="0"/>
      </w:pPr>
      <w:r>
        <w:rPr>
          <w:rFonts w:ascii="Arial" w:hAnsi="Arial"/>
          <w:b w:val="0"/>
          <w:color w:val="000000"/>
          <w:sz w:val="21"/>
        </w:rPr>
        <w:t>Аялдауға дейін 10 минутта 1 км, жылдамдық 6 км/сағ. Одан кейін 20 минутта 4 км, жылдамдық 12 км/сағ. Қатынас 2.</w:t>
      </w:r>
    </w:p>
    <w:p>
      <w:pPr>
        <w:keepNext/>
        <w:widowControl/>
        <w:spacing w:before="0" w:after="80" w:line="276" w:lineRule="auto"/>
        <w:ind w:left="0"/>
      </w:pPr>
      <w:r>
        <w:rPr>
          <w:rFonts w:ascii="Arial" w:hAnsi="Arial"/>
          <w:b/>
          <w:color w:val="000000"/>
          <w:sz w:val="21"/>
        </w:rPr>
        <w:t>17.  Жауап D · 180 м</w:t>
      </w:r>
    </w:p>
    <w:p>
      <w:pPr>
        <w:widowControl/>
        <w:spacing w:before="0" w:after="320" w:line="276" w:lineRule="auto"/>
        <w:ind w:left="0"/>
      </w:pPr>
      <w:r>
        <w:rPr>
          <w:rFonts w:ascii="Arial" w:hAnsi="Arial"/>
          <w:b w:val="0"/>
          <w:color w:val="000000"/>
          <w:sz w:val="21"/>
        </w:rPr>
        <w:t>16 с уақыт айырмасында пойыз 240 м өтеді: жылдамдық 15 м/с. Ұзындығы 15 · 12 = 180 м.</w:t>
      </w:r>
    </w:p>
    <w:p>
      <w:pPr>
        <w:keepNext/>
        <w:widowControl/>
        <w:spacing w:before="0" w:after="80" w:line="276" w:lineRule="auto"/>
        <w:ind w:left="0"/>
      </w:pPr>
      <w:r>
        <w:rPr>
          <w:rFonts w:ascii="Arial" w:hAnsi="Arial"/>
          <w:b/>
          <w:color w:val="000000"/>
          <w:sz w:val="21"/>
        </w:rPr>
        <w:t>18.  Жауап D · 11 сағ</w:t>
      </w:r>
    </w:p>
    <w:p>
      <w:pPr>
        <w:widowControl/>
        <w:spacing w:before="0" w:after="320" w:line="276" w:lineRule="auto"/>
        <w:ind w:left="0"/>
      </w:pPr>
      <w:r>
        <w:rPr>
          <w:rFonts w:ascii="Arial" w:hAnsi="Arial"/>
          <w:b w:val="0"/>
          <w:color w:val="000000"/>
          <w:sz w:val="21"/>
        </w:rPr>
        <w:t>Жұмыс көлемі 24 сорғы-сағат. 6-уы орындалды, 18 қалды; екі сорғы тағы 9 сағат жұмыс істейді. Барлығы 11 сағ.</w:t>
      </w:r>
    </w:p>
    <w:p>
      <w:pPr>
        <w:keepNext/>
        <w:widowControl/>
        <w:spacing w:before="0" w:after="80" w:line="276" w:lineRule="auto"/>
        <w:ind w:left="0"/>
      </w:pPr>
      <w:r>
        <w:rPr>
          <w:rFonts w:ascii="Arial" w:hAnsi="Arial"/>
          <w:b/>
          <w:color w:val="000000"/>
          <w:sz w:val="21"/>
        </w:rPr>
        <w:t>19.  Жауап A · 18 сағ</w:t>
      </w:r>
    </w:p>
    <w:p>
      <w:pPr>
        <w:widowControl/>
        <w:spacing w:before="0" w:after="320" w:line="276" w:lineRule="auto"/>
        <w:ind w:left="0"/>
      </w:pPr>
      <w:r>
        <w:rPr>
          <w:rFonts w:ascii="Arial" w:hAnsi="Arial"/>
          <w:b w:val="0"/>
          <w:color w:val="000000"/>
          <w:sz w:val="21"/>
        </w:rPr>
        <w:t>r және 2r өнімділіктерінен 3r = 1/6, бұдан r = 1/18. Баяу жұмысшыға 18 сағ керек.</w:t>
      </w:r>
    </w:p>
    <w:p>
      <w:pPr>
        <w:keepNext/>
        <w:widowControl/>
        <w:spacing w:before="0" w:after="80" w:line="276" w:lineRule="auto"/>
        <w:ind w:left="0"/>
      </w:pPr>
      <w:r>
        <w:rPr>
          <w:rFonts w:ascii="Arial" w:hAnsi="Arial"/>
          <w:b/>
          <w:color w:val="000000"/>
          <w:sz w:val="21"/>
        </w:rPr>
        <w:t>20.  Жауап D · 2 км/сағ</w:t>
      </w:r>
    </w:p>
    <w:p>
      <w:pPr>
        <w:widowControl/>
        <w:spacing w:before="0" w:after="320" w:line="276" w:lineRule="auto"/>
        <w:ind w:left="0"/>
      </w:pPr>
      <w:r>
        <w:rPr>
          <w:rFonts w:ascii="Arial" w:hAnsi="Arial"/>
          <w:b w:val="0"/>
          <w:color w:val="000000"/>
          <w:sz w:val="21"/>
        </w:rPr>
        <w:t>24/(10 + v) + 16/(10 − v) = 4. Оң 100 − v² бөліміне көбейткенде 4v² − 8v = 0 шығады. v = 0 түбірі шартқа сай емес; v = 2 км/сағ қалады.</w:t>
      </w:r>
    </w:p>
    <w:p>
      <w:pPr>
        <w:pStyle w:val="Heading1"/>
        <w:pageBreakBefore/>
        <w:widowControl/>
        <w:spacing w:before="0" w:after="160" w:line="276" w:lineRule="auto"/>
        <w:ind w:left="0"/>
      </w:pPr>
      <w:r>
        <w:rPr>
          <w:rFonts w:ascii="Arial" w:hAnsi="Arial"/>
          <w:b/>
          <w:color w:val="000000"/>
          <w:sz w:val="42"/>
        </w:rPr>
        <w:t>Шешімдер</w:t>
      </w:r>
    </w:p>
    <w:p>
      <w:pPr>
        <w:widowControl/>
        <w:spacing w:before="0" w:after="420" w:line="276" w:lineRule="auto"/>
        <w:ind w:left="0"/>
      </w:pPr>
      <w:r>
        <w:rPr>
          <w:rFonts w:ascii="Arial" w:hAnsi="Arial"/>
          <w:b w:val="0"/>
          <w:color w:val="000000"/>
          <w:sz w:val="20"/>
        </w:rPr>
        <w:t>3-сынақ · Математика · 21–30</w:t>
      </w:r>
    </w:p>
    <w:p>
      <w:pPr>
        <w:keepNext/>
        <w:widowControl/>
        <w:spacing w:before="0" w:after="80" w:line="276" w:lineRule="auto"/>
        <w:ind w:left="0"/>
      </w:pPr>
      <w:r>
        <w:rPr>
          <w:rFonts w:ascii="Arial" w:hAnsi="Arial"/>
          <w:b/>
          <w:color w:val="000000"/>
          <w:sz w:val="21"/>
        </w:rPr>
        <w:t>21.  Жауап A · 21,5 см²</w:t>
      </w:r>
    </w:p>
    <w:p>
      <w:pPr>
        <w:widowControl/>
        <w:spacing w:before="0" w:after="320" w:line="276" w:lineRule="auto"/>
        <w:ind w:left="0"/>
      </w:pPr>
      <w:r>
        <w:rPr>
          <w:rFonts w:ascii="Arial" w:hAnsi="Arial"/>
          <w:b w:val="0"/>
          <w:color w:val="000000"/>
          <w:sz w:val="21"/>
        </w:rPr>
        <w:t>Радиус қабырғаның жартысына, яғни 5 см-ге тең. Боялған аудан 100 − 3,14 · 25 = 21,5 см².</w:t>
      </w:r>
    </w:p>
    <w:p>
      <w:pPr>
        <w:keepNext/>
        <w:widowControl/>
        <w:spacing w:before="0" w:after="80" w:line="276" w:lineRule="auto"/>
        <w:ind w:left="0"/>
      </w:pPr>
      <w:r>
        <w:rPr>
          <w:rFonts w:ascii="Arial" w:hAnsi="Arial"/>
          <w:b/>
          <w:color w:val="000000"/>
          <w:sz w:val="21"/>
        </w:rPr>
        <w:t>22.  Жауап D · Өзгермеді</w:t>
      </w:r>
    </w:p>
    <w:p>
      <w:pPr>
        <w:widowControl/>
        <w:spacing w:before="0" w:after="320" w:line="276" w:lineRule="auto"/>
        <w:ind w:left="0"/>
      </w:pPr>
      <w:r>
        <w:rPr>
          <w:rFonts w:ascii="Arial" w:hAnsi="Arial"/>
          <w:b w:val="0"/>
          <w:color w:val="000000"/>
          <w:sz w:val="21"/>
        </w:rPr>
        <w:t>Аудан коэффициенті 1,25 · 0,8 = 1. Аудан өзгермеді.</w:t>
      </w:r>
    </w:p>
    <w:p>
      <w:pPr>
        <w:keepNext/>
        <w:widowControl/>
        <w:spacing w:before="0" w:after="80" w:line="276" w:lineRule="auto"/>
        <w:ind w:left="0"/>
      </w:pPr>
      <w:r>
        <w:rPr>
          <w:rFonts w:ascii="Arial" w:hAnsi="Arial"/>
          <w:b/>
          <w:color w:val="000000"/>
          <w:sz w:val="21"/>
        </w:rPr>
        <w:t>23.  Жауап D · 216 см²</w:t>
      </w:r>
    </w:p>
    <w:p>
      <w:pPr>
        <w:widowControl/>
        <w:spacing w:before="0" w:after="320" w:line="276" w:lineRule="auto"/>
        <w:ind w:left="0"/>
      </w:pPr>
      <w:r>
        <w:rPr>
          <w:rFonts w:ascii="Arial" w:hAnsi="Arial"/>
          <w:b w:val="0"/>
          <w:color w:val="000000"/>
          <w:sz w:val="21"/>
        </w:rPr>
        <w:t>Өлшемдер 3-ке бөлінеді: әрқайсысы 9 см² болатын 6 · 4 = 24 шаршы. Бүкіл парақ пайдаланылады: 216 см².</w:t>
      </w:r>
    </w:p>
    <w:p>
      <w:pPr>
        <w:keepNext/>
        <w:widowControl/>
        <w:spacing w:before="0" w:after="80" w:line="276" w:lineRule="auto"/>
        <w:ind w:left="0"/>
      </w:pPr>
      <w:r>
        <w:rPr>
          <w:rFonts w:ascii="Arial" w:hAnsi="Arial"/>
          <w:b/>
          <w:color w:val="000000"/>
          <w:sz w:val="21"/>
        </w:rPr>
        <w:t>24.  Жауап A · 64 см³</w:t>
      </w:r>
    </w:p>
    <w:p>
      <w:pPr>
        <w:widowControl/>
        <w:spacing w:before="0" w:after="320" w:line="276" w:lineRule="auto"/>
        <w:ind w:left="0"/>
      </w:pPr>
      <w:r>
        <w:rPr>
          <w:rFonts w:ascii="Arial" w:hAnsi="Arial"/>
          <w:b w:val="0"/>
          <w:color w:val="000000"/>
          <w:sz w:val="21"/>
        </w:rPr>
        <w:t>Қыры 48 : 12 = 4 см, көлемі 4³ = 64 см³.</w:t>
      </w:r>
    </w:p>
    <w:p>
      <w:pPr>
        <w:keepNext/>
        <w:widowControl/>
        <w:spacing w:before="0" w:after="80" w:line="276" w:lineRule="auto"/>
        <w:ind w:left="0"/>
      </w:pPr>
      <w:r>
        <w:rPr>
          <w:rFonts w:ascii="Arial" w:hAnsi="Arial"/>
          <w:b/>
          <w:color w:val="000000"/>
          <w:sz w:val="21"/>
        </w:rPr>
        <w:t>25.  Жауап D · 15 см</w:t>
      </w:r>
    </w:p>
    <w:p>
      <w:pPr>
        <w:widowControl/>
        <w:spacing w:before="0" w:after="320" w:line="276" w:lineRule="auto"/>
        <w:ind w:left="0"/>
      </w:pPr>
      <w:r>
        <w:rPr>
          <w:rFonts w:ascii="Arial" w:hAnsi="Arial"/>
          <w:b w:val="0"/>
          <w:color w:val="000000"/>
          <w:sz w:val="21"/>
        </w:rPr>
        <w:t>Нақты жол 30 км. Жаңа масштабта 1 см — 2 км, сондықтан ұзындық 15 см.</w:t>
      </w:r>
    </w:p>
    <w:p>
      <w:pPr>
        <w:keepNext/>
        <w:widowControl/>
        <w:spacing w:before="0" w:after="80" w:line="276" w:lineRule="auto"/>
        <w:ind w:left="0"/>
      </w:pPr>
      <w:r>
        <w:rPr>
          <w:rFonts w:ascii="Arial" w:hAnsi="Arial"/>
          <w:b/>
          <w:color w:val="000000"/>
          <w:sz w:val="21"/>
        </w:rPr>
        <w:t>26.  Жауап A · 28</w:t>
      </w:r>
    </w:p>
    <w:p>
      <w:pPr>
        <w:widowControl/>
        <w:spacing w:before="0" w:after="320" w:line="276" w:lineRule="auto"/>
        <w:ind w:left="0"/>
      </w:pPr>
      <w:r>
        <w:rPr>
          <w:rFonts w:ascii="Arial" w:hAnsi="Arial"/>
          <w:b w:val="0"/>
          <w:color w:val="000000"/>
          <w:sz w:val="21"/>
        </w:rPr>
        <w:t>Жалпы қосынды 240, алғашқы төртеуінің қосындысы 72. Қалғандарының қосындысы 168, ортасы 168/6 = 28.</w:t>
      </w:r>
    </w:p>
    <w:p>
      <w:pPr>
        <w:keepNext/>
        <w:widowControl/>
        <w:spacing w:before="0" w:after="80" w:line="276" w:lineRule="auto"/>
        <w:ind w:left="0"/>
      </w:pPr>
      <w:r>
        <w:rPr>
          <w:rFonts w:ascii="Arial" w:hAnsi="Arial"/>
          <w:b/>
          <w:color w:val="000000"/>
          <w:sz w:val="21"/>
        </w:rPr>
        <w:t>27.  Жауап C · 20</w:t>
      </w:r>
    </w:p>
    <w:p>
      <w:pPr>
        <w:widowControl/>
        <w:spacing w:before="0" w:after="320" w:line="276" w:lineRule="auto"/>
        <w:ind w:left="0"/>
      </w:pPr>
      <w:r>
        <w:rPr>
          <w:rFonts w:ascii="Arial" w:hAnsi="Arial"/>
          <w:b w:val="0"/>
          <w:color w:val="000000"/>
          <w:sz w:val="21"/>
        </w:rPr>
        <w:t>Төрт күнде 20 + 30 + 25 + 45 = 120 кітап. Орташа мән 28 болуы үшін қосынды 140 керек. Жұмада 20 кітап қажет.</w:t>
      </w:r>
    </w:p>
    <w:p>
      <w:pPr>
        <w:keepNext/>
        <w:widowControl/>
        <w:spacing w:before="0" w:after="80" w:line="276" w:lineRule="auto"/>
        <w:ind w:left="0"/>
      </w:pPr>
      <w:r>
        <w:rPr>
          <w:rFonts w:ascii="Arial" w:hAnsi="Arial"/>
          <w:b/>
          <w:color w:val="000000"/>
          <w:sz w:val="21"/>
        </w:rPr>
        <w:t>28.  Жауап D · 28</w:t>
      </w:r>
    </w:p>
    <w:p>
      <w:pPr>
        <w:widowControl/>
        <w:spacing w:before="0" w:after="320" w:line="276" w:lineRule="auto"/>
        <w:ind w:left="0"/>
      </w:pPr>
      <w:r>
        <w:rPr>
          <w:rFonts w:ascii="Arial" w:hAnsi="Arial"/>
          <w:b w:val="0"/>
          <w:color w:val="000000"/>
          <w:sz w:val="21"/>
        </w:rPr>
        <w:t>Тек ағылшын тілін 18, тек француз тілін 10 адам оқиды. Барлығы 28.</w:t>
      </w:r>
    </w:p>
    <w:p>
      <w:pPr>
        <w:keepNext/>
        <w:widowControl/>
        <w:spacing w:before="0" w:after="80" w:line="276" w:lineRule="auto"/>
        <w:ind w:left="0"/>
      </w:pPr>
      <w:r>
        <w:rPr>
          <w:rFonts w:ascii="Arial" w:hAnsi="Arial"/>
          <w:b/>
          <w:color w:val="000000"/>
          <w:sz w:val="21"/>
        </w:rPr>
        <w:t>29.  Жауап D · 8</w:t>
      </w:r>
    </w:p>
    <w:p>
      <w:pPr>
        <w:widowControl/>
        <w:spacing w:before="0" w:after="320" w:line="276" w:lineRule="auto"/>
        <w:ind w:left="0"/>
      </w:pPr>
      <w:r>
        <w:rPr>
          <w:rFonts w:ascii="Arial" w:hAnsi="Arial"/>
          <w:b w:val="0"/>
          <w:color w:val="000000"/>
          <w:sz w:val="21"/>
        </w:rPr>
        <w:t>Әр оң a бөлгішіне бір b сәйкес келеді. 24 = 2³ · 3 санының сегіз бөлгіші бар.</w:t>
      </w:r>
    </w:p>
    <w:p>
      <w:pPr>
        <w:keepNext/>
        <w:widowControl/>
        <w:spacing w:before="0" w:after="80" w:line="276" w:lineRule="auto"/>
        <w:ind w:left="0"/>
      </w:pPr>
      <w:r>
        <w:rPr>
          <w:rFonts w:ascii="Arial" w:hAnsi="Arial"/>
          <w:b/>
          <w:color w:val="000000"/>
          <w:sz w:val="21"/>
        </w:rPr>
        <w:t>30.  Жауап C · 3/10</w:t>
      </w:r>
    </w:p>
    <w:p>
      <w:pPr>
        <w:widowControl/>
        <w:spacing w:before="0" w:after="320" w:line="276" w:lineRule="auto"/>
        <w:ind w:left="0"/>
      </w:pPr>
      <w:r>
        <w:rPr>
          <w:rFonts w:ascii="Arial" w:hAnsi="Arial"/>
          <w:b w:val="0"/>
          <w:color w:val="000000"/>
          <w:sz w:val="21"/>
        </w:rPr>
        <w:t>Ықтималдық (3/5)(2/4) = 3/10. Немесе барлық 10 жұптың ішінен 3 ақ жұпты таңдауға болады.</w:t>
      </w:r>
    </w:p>
    <w:p>
      <w:pPr>
        <w:pStyle w:val="Heading1"/>
        <w:pageBreakBefore/>
        <w:widowControl/>
        <w:spacing w:before="0" w:after="160" w:line="276" w:lineRule="auto"/>
        <w:ind w:left="0"/>
      </w:pPr>
      <w:r>
        <w:rPr>
          <w:rFonts w:ascii="Arial" w:hAnsi="Arial"/>
          <w:b/>
          <w:color w:val="000000"/>
          <w:sz w:val="42"/>
        </w:rPr>
        <w:t>Шешімдер</w:t>
      </w:r>
    </w:p>
    <w:p>
      <w:pPr>
        <w:widowControl/>
        <w:spacing w:before="0" w:after="420" w:line="276" w:lineRule="auto"/>
        <w:ind w:left="0"/>
      </w:pPr>
      <w:r>
        <w:rPr>
          <w:rFonts w:ascii="Arial" w:hAnsi="Arial"/>
          <w:b w:val="0"/>
          <w:color w:val="000000"/>
          <w:sz w:val="20"/>
        </w:rPr>
        <w:t>3-сынақ · Математика · 31–40</w:t>
      </w:r>
    </w:p>
    <w:p>
      <w:pPr>
        <w:keepNext/>
        <w:widowControl/>
        <w:spacing w:before="0" w:after="80" w:line="276" w:lineRule="auto"/>
        <w:ind w:left="0"/>
      </w:pPr>
      <w:r>
        <w:rPr>
          <w:rFonts w:ascii="Arial" w:hAnsi="Arial"/>
          <w:b/>
          <w:color w:val="000000"/>
          <w:sz w:val="21"/>
        </w:rPr>
        <w:t>31.  Жауап D · 20</w:t>
      </w:r>
    </w:p>
    <w:p>
      <w:pPr>
        <w:widowControl/>
        <w:spacing w:before="0" w:after="320" w:line="276" w:lineRule="auto"/>
        <w:ind w:left="0"/>
      </w:pPr>
      <w:r>
        <w:rPr>
          <w:rFonts w:ascii="Arial" w:hAnsi="Arial"/>
          <w:b w:val="0"/>
          <w:color w:val="000000"/>
          <w:sz w:val="21"/>
        </w:rPr>
        <w:t>Әр төбеден 8 − 3 = 5 диагональ жүргізіледі. Әрқайсысы екі рет саналғандықтан, барлығы 8 · 5/2 = 20.</w:t>
      </w:r>
    </w:p>
    <w:p>
      <w:pPr>
        <w:keepNext/>
        <w:widowControl/>
        <w:spacing w:before="0" w:after="80" w:line="276" w:lineRule="auto"/>
        <w:ind w:left="0"/>
      </w:pPr>
      <w:r>
        <w:rPr>
          <w:rFonts w:ascii="Arial" w:hAnsi="Arial"/>
          <w:b/>
          <w:color w:val="000000"/>
          <w:sz w:val="21"/>
        </w:rPr>
        <w:t>32.  Жауап B · 20</w:t>
      </w:r>
    </w:p>
    <w:p>
      <w:pPr>
        <w:widowControl/>
        <w:spacing w:before="0" w:after="320" w:line="276" w:lineRule="auto"/>
        <w:ind w:left="0"/>
      </w:pPr>
      <w:r>
        <w:rPr>
          <w:rFonts w:ascii="Arial" w:hAnsi="Arial"/>
          <w:b w:val="0"/>
          <w:color w:val="000000"/>
          <w:sz w:val="21"/>
        </w:rPr>
        <w:t>Бірліктер разрядында 7 цифры 10 рет, ондықтарда 10 рет кездеседі. 77-де екі кездесу де саналады. 100-де жеті жоқ.</w:t>
      </w:r>
    </w:p>
    <w:p>
      <w:pPr>
        <w:keepNext/>
        <w:widowControl/>
        <w:spacing w:before="0" w:after="80" w:line="276" w:lineRule="auto"/>
        <w:ind w:left="0"/>
      </w:pPr>
      <w:r>
        <w:rPr>
          <w:rFonts w:ascii="Arial" w:hAnsi="Arial"/>
          <w:b/>
          <w:color w:val="000000"/>
          <w:sz w:val="21"/>
        </w:rPr>
        <w:t>33.  Жауап D · 31</w:t>
      </w:r>
    </w:p>
    <w:p>
      <w:pPr>
        <w:widowControl/>
        <w:spacing w:before="0" w:after="320" w:line="276" w:lineRule="auto"/>
        <w:ind w:left="0"/>
      </w:pPr>
      <w:r>
        <w:rPr>
          <w:rFonts w:ascii="Arial" w:hAnsi="Arial"/>
          <w:b w:val="0"/>
          <w:color w:val="000000"/>
          <w:sz w:val="21"/>
        </w:rPr>
        <w:t>Өсімдер: 2, 4, 6, 8, 10. 1 + 2 + 4 + 6 + 8 + 10 = 31.</w:t>
      </w:r>
    </w:p>
    <w:p>
      <w:pPr>
        <w:keepNext/>
        <w:widowControl/>
        <w:spacing w:before="0" w:after="80" w:line="276" w:lineRule="auto"/>
        <w:ind w:left="0"/>
      </w:pPr>
      <w:r>
        <w:rPr>
          <w:rFonts w:ascii="Arial" w:hAnsi="Arial"/>
          <w:b/>
          <w:color w:val="000000"/>
          <w:sz w:val="21"/>
        </w:rPr>
        <w:t>34.  Жауап A · 105 с</w:t>
      </w:r>
    </w:p>
    <w:p>
      <w:pPr>
        <w:widowControl/>
        <w:spacing w:before="0" w:after="320" w:line="276" w:lineRule="auto"/>
        <w:ind w:left="0"/>
      </w:pPr>
      <w:r>
        <w:rPr>
          <w:rFonts w:ascii="Arial" w:hAnsi="Arial"/>
          <w:b w:val="0"/>
          <w:color w:val="000000"/>
          <w:sz w:val="21"/>
        </w:rPr>
        <w:t>Үш қабат аралығы 45 с, бір аралық 15 с. Сегізіншіге дейін жеті аралық: 105 с.</w:t>
      </w:r>
    </w:p>
    <w:p>
      <w:pPr>
        <w:keepNext/>
        <w:widowControl/>
        <w:spacing w:before="0" w:after="80" w:line="276" w:lineRule="auto"/>
        <w:ind w:left="0"/>
      </w:pPr>
      <w:r>
        <w:rPr>
          <w:rFonts w:ascii="Arial" w:hAnsi="Arial"/>
          <w:b/>
          <w:color w:val="000000"/>
          <w:sz w:val="21"/>
        </w:rPr>
        <w:t>35.  Жауап D · 3</w:t>
      </w:r>
    </w:p>
    <w:p>
      <w:pPr>
        <w:widowControl/>
        <w:spacing w:before="0" w:after="320" w:line="276" w:lineRule="auto"/>
        <w:ind w:left="0"/>
      </w:pPr>
      <w:r>
        <w:rPr>
          <w:rFonts w:ascii="Arial" w:hAnsi="Arial"/>
          <w:b w:val="0"/>
          <w:color w:val="000000"/>
          <w:sz w:val="21"/>
        </w:rPr>
        <w:t>Екі өлшеу ең көбі 9 нәтижені ажыратады, бұл 12 тиынға жетпейді. Үш ретте болады: екі төрттікті, керекті төрттіктің екі жұбын, соңында екі тиынды салыстыру.</w:t>
      </w:r>
    </w:p>
    <w:p>
      <w:pPr>
        <w:keepNext/>
        <w:widowControl/>
        <w:spacing w:before="0" w:after="80" w:line="276" w:lineRule="auto"/>
        <w:ind w:left="0"/>
      </w:pPr>
      <w:r>
        <w:rPr>
          <w:rFonts w:ascii="Arial" w:hAnsi="Arial"/>
          <w:b/>
          <w:color w:val="000000"/>
          <w:sz w:val="21"/>
        </w:rPr>
        <w:t>36.  Жауап B · 28</w:t>
      </w:r>
    </w:p>
    <w:p>
      <w:pPr>
        <w:widowControl/>
        <w:spacing w:before="0" w:after="320" w:line="276" w:lineRule="auto"/>
        <w:ind w:left="0"/>
      </w:pPr>
      <w:r>
        <w:rPr>
          <w:rFonts w:ascii="Arial" w:hAnsi="Arial"/>
          <w:b w:val="0"/>
          <w:color w:val="000000"/>
          <w:sz w:val="21"/>
        </w:rPr>
        <w:t>Бастапқыда 10 адам: 10 · 9/2 = 45. 8 адам қалды; жұптар саны 8 · 7/2 = 28.</w:t>
      </w:r>
    </w:p>
    <w:p>
      <w:pPr>
        <w:keepNext/>
        <w:widowControl/>
        <w:spacing w:before="0" w:after="80" w:line="276" w:lineRule="auto"/>
        <w:ind w:left="0"/>
      </w:pPr>
      <w:r>
        <w:rPr>
          <w:rFonts w:ascii="Arial" w:hAnsi="Arial"/>
          <w:b/>
          <w:color w:val="000000"/>
          <w:sz w:val="21"/>
        </w:rPr>
        <w:t>37.  Жауап D · 6</w:t>
      </w:r>
    </w:p>
    <w:p>
      <w:pPr>
        <w:widowControl/>
        <w:spacing w:before="0" w:after="320" w:line="276" w:lineRule="auto"/>
        <w:ind w:left="0"/>
      </w:pPr>
      <w:r>
        <w:rPr>
          <w:rFonts w:ascii="Arial" w:hAnsi="Arial"/>
          <w:b w:val="0"/>
          <w:color w:val="000000"/>
          <w:sz w:val="21"/>
        </w:rPr>
        <w:t>Бәрі 6 кг-нан болса, масса 66 кг. Айырма 18 кг; әр ауыр қорап 3 кг қосады. Олардың саны 6.</w:t>
      </w:r>
    </w:p>
    <w:p>
      <w:pPr>
        <w:keepNext/>
        <w:widowControl/>
        <w:spacing w:before="0" w:after="80" w:line="276" w:lineRule="auto"/>
        <w:ind w:left="0"/>
      </w:pPr>
      <w:r>
        <w:rPr>
          <w:rFonts w:ascii="Arial" w:hAnsi="Arial"/>
          <w:b/>
          <w:color w:val="000000"/>
          <w:sz w:val="21"/>
        </w:rPr>
        <w:t>38.  Жауап D · 7</w:t>
      </w:r>
    </w:p>
    <w:p>
      <w:pPr>
        <w:widowControl/>
        <w:spacing w:before="0" w:after="320" w:line="276" w:lineRule="auto"/>
        <w:ind w:left="0"/>
      </w:pPr>
      <w:r>
        <w:rPr>
          <w:rFonts w:ascii="Arial" w:hAnsi="Arial"/>
          <w:b w:val="0"/>
          <w:color w:val="000000"/>
          <w:sz w:val="21"/>
        </w:rPr>
        <w:t>3-тен 9-ға дейінгі барлық қосынды мүмкін: 3, 4, 5, 6, 7, 8, 9. Әртүрлі жұптар кейде бірдей қосынды береді.</w:t>
      </w:r>
    </w:p>
    <w:p>
      <w:pPr>
        <w:keepNext/>
        <w:widowControl/>
        <w:spacing w:before="0" w:after="80" w:line="276" w:lineRule="auto"/>
        <w:ind w:left="0"/>
      </w:pPr>
      <w:r>
        <w:rPr>
          <w:rFonts w:ascii="Arial" w:hAnsi="Arial"/>
          <w:b/>
          <w:color w:val="000000"/>
          <w:sz w:val="21"/>
        </w:rPr>
        <w:t>39.  Жауап D · 40</w:t>
      </w:r>
    </w:p>
    <w:p>
      <w:pPr>
        <w:widowControl/>
        <w:spacing w:before="0" w:after="320" w:line="276" w:lineRule="auto"/>
        <w:ind w:left="0"/>
      </w:pPr>
      <w:r>
        <w:rPr>
          <w:rFonts w:ascii="Arial" w:hAnsi="Arial"/>
          <w:b w:val="0"/>
          <w:color w:val="000000"/>
          <w:sz w:val="21"/>
        </w:rPr>
        <w:t>Айырма Б − А = 60x − (900 + 30x) = 30x − 900. 30x − 900 ≥ 300 болуы керек, яғни x ≥ 40.</w:t>
      </w:r>
    </w:p>
    <w:p>
      <w:pPr>
        <w:keepNext/>
        <w:widowControl/>
        <w:spacing w:before="0" w:after="80" w:line="276" w:lineRule="auto"/>
        <w:ind w:left="0"/>
      </w:pPr>
      <w:r>
        <w:rPr>
          <w:rFonts w:ascii="Arial" w:hAnsi="Arial"/>
          <w:b/>
          <w:color w:val="000000"/>
          <w:sz w:val="21"/>
        </w:rPr>
        <w:t>40.  Жауап A · 5</w:t>
      </w:r>
    </w:p>
    <w:p>
      <w:pPr>
        <w:widowControl/>
        <w:spacing w:before="0" w:after="320" w:line="276" w:lineRule="auto"/>
        <w:ind w:left="0"/>
      </w:pPr>
      <w:r>
        <w:rPr>
          <w:rFonts w:ascii="Arial" w:hAnsi="Arial"/>
          <w:b w:val="0"/>
          <w:color w:val="000000"/>
          <w:sz w:val="21"/>
        </w:rPr>
        <w:t>N = 7t + 5. Онда 3N + 4 = 21t + 19, ал 19-ды бөлгендегі қалдық 5.</w:t>
      </w:r>
    </w:p>
    <w:p>
      <w:pPr>
        <w:pStyle w:val="Heading1"/>
        <w:pageBreakBefore/>
        <w:widowControl/>
        <w:spacing w:before="0" w:after="160" w:line="276" w:lineRule="auto"/>
        <w:ind w:left="0"/>
      </w:pPr>
      <w:r>
        <w:rPr>
          <w:rFonts w:ascii="Arial" w:hAnsi="Arial"/>
          <w:b/>
          <w:color w:val="000000"/>
          <w:sz w:val="42"/>
        </w:rPr>
        <w:t>Шешімдер</w:t>
      </w:r>
    </w:p>
    <w:p>
      <w:pPr>
        <w:widowControl/>
        <w:spacing w:before="0" w:after="420" w:line="276" w:lineRule="auto"/>
        <w:ind w:left="0"/>
      </w:pPr>
      <w:r>
        <w:rPr>
          <w:rFonts w:ascii="Arial" w:hAnsi="Arial"/>
          <w:b w:val="0"/>
          <w:color w:val="000000"/>
          <w:sz w:val="20"/>
        </w:rPr>
        <w:t>3-сынақ · Салыстырулар · 1–10</w:t>
      </w:r>
    </w:p>
    <w:p>
      <w:pPr>
        <w:keepNext/>
        <w:widowControl/>
        <w:spacing w:before="0" w:after="80" w:line="276" w:lineRule="auto"/>
        <w:ind w:left="0"/>
      </w:pPr>
      <w:r>
        <w:rPr>
          <w:rFonts w:ascii="Arial" w:hAnsi="Arial"/>
          <w:b/>
          <w:color w:val="000000"/>
          <w:sz w:val="21"/>
        </w:rPr>
        <w:t>1.  Жауап A</w:t>
      </w:r>
    </w:p>
    <w:p>
      <w:pPr>
        <w:widowControl/>
        <w:spacing w:before="0" w:after="320" w:line="276" w:lineRule="auto"/>
        <w:ind w:left="0"/>
      </w:pPr>
      <w:r>
        <w:rPr>
          <w:rFonts w:ascii="Arial" w:hAnsi="Arial"/>
          <w:b w:val="0"/>
          <w:color w:val="000000"/>
          <w:sz w:val="21"/>
        </w:rPr>
        <w:t>2-ден айырмасы (x − y)²/(xy) &gt; 0.</w:t>
      </w:r>
    </w:p>
    <w:p>
      <w:pPr>
        <w:keepNext/>
        <w:widowControl/>
        <w:spacing w:before="0" w:after="80" w:line="276" w:lineRule="auto"/>
        <w:ind w:left="0"/>
      </w:pPr>
      <w:r>
        <w:rPr>
          <w:rFonts w:ascii="Arial" w:hAnsi="Arial"/>
          <w:b/>
          <w:color w:val="000000"/>
          <w:sz w:val="21"/>
        </w:rPr>
        <w:t>2.  Жауап A</w:t>
      </w:r>
    </w:p>
    <w:p>
      <w:pPr>
        <w:widowControl/>
        <w:spacing w:before="0" w:after="320" w:line="276" w:lineRule="auto"/>
        <w:ind w:left="0"/>
      </w:pPr>
      <w:r>
        <w:rPr>
          <w:rFonts w:ascii="Arial" w:hAnsi="Arial"/>
          <w:b w:val="0"/>
          <w:color w:val="000000"/>
          <w:sz w:val="21"/>
        </w:rPr>
        <w:t>Нөлден өзге нақты санның квадраты оң.</w:t>
      </w:r>
    </w:p>
    <w:p>
      <w:pPr>
        <w:keepNext/>
        <w:widowControl/>
        <w:spacing w:before="0" w:after="80" w:line="276" w:lineRule="auto"/>
        <w:ind w:left="0"/>
      </w:pPr>
      <w:r>
        <w:rPr>
          <w:rFonts w:ascii="Arial" w:hAnsi="Arial"/>
          <w:b/>
          <w:color w:val="000000"/>
          <w:sz w:val="21"/>
        </w:rPr>
        <w:t>3.  Жауап B</w:t>
      </w:r>
    </w:p>
    <w:p>
      <w:pPr>
        <w:widowControl/>
        <w:spacing w:before="0" w:after="320" w:line="276" w:lineRule="auto"/>
        <w:ind w:left="0"/>
      </w:pPr>
      <w:r>
        <w:rPr>
          <w:rFonts w:ascii="Arial" w:hAnsi="Arial"/>
          <w:b w:val="0"/>
          <w:color w:val="000000"/>
          <w:sz w:val="21"/>
        </w:rPr>
        <w:t>x(x − 1) &lt; 0 теңсіздігі 0 &lt; x &lt; 1 екенін білдіреді.</w:t>
      </w:r>
    </w:p>
    <w:p>
      <w:pPr>
        <w:keepNext/>
        <w:widowControl/>
        <w:spacing w:before="0" w:after="80" w:line="276" w:lineRule="auto"/>
        <w:ind w:left="0"/>
      </w:pPr>
      <w:r>
        <w:rPr>
          <w:rFonts w:ascii="Arial" w:hAnsi="Arial"/>
          <w:b/>
          <w:color w:val="000000"/>
          <w:sz w:val="21"/>
        </w:rPr>
        <w:t>4.  Жауап A</w:t>
      </w:r>
    </w:p>
    <w:p>
      <w:pPr>
        <w:widowControl/>
        <w:spacing w:before="0" w:after="320" w:line="276" w:lineRule="auto"/>
        <w:ind w:left="0"/>
      </w:pPr>
      <w:r>
        <w:rPr>
          <w:rFonts w:ascii="Arial" w:hAnsi="Arial"/>
          <w:b w:val="0"/>
          <w:color w:val="000000"/>
          <w:sz w:val="21"/>
        </w:rPr>
        <w:t>1/x саны −1 мен 0 арасында, ал x саны −1-ден кіші.</w:t>
      </w:r>
    </w:p>
    <w:p>
      <w:pPr>
        <w:keepNext/>
        <w:widowControl/>
        <w:spacing w:before="0" w:after="80" w:line="276" w:lineRule="auto"/>
        <w:ind w:left="0"/>
      </w:pPr>
      <w:r>
        <w:rPr>
          <w:rFonts w:ascii="Arial" w:hAnsi="Arial"/>
          <w:b/>
          <w:color w:val="000000"/>
          <w:sz w:val="21"/>
        </w:rPr>
        <w:t>5.  Жауап D</w:t>
      </w:r>
    </w:p>
    <w:p>
      <w:pPr>
        <w:widowControl/>
        <w:spacing w:before="0" w:after="320" w:line="276" w:lineRule="auto"/>
        <w:ind w:left="0"/>
      </w:pPr>
      <w:r>
        <w:rPr>
          <w:rFonts w:ascii="Arial" w:hAnsi="Arial"/>
          <w:b w:val="0"/>
          <w:color w:val="000000"/>
          <w:sz w:val="21"/>
        </w:rPr>
        <w:t>x = y = 1 болса, теңдік; x = 2, y = 1/2 болса, 2,5 қосындысы 2-ден үлкен.</w:t>
      </w:r>
    </w:p>
    <w:p>
      <w:pPr>
        <w:keepNext/>
        <w:widowControl/>
        <w:spacing w:before="0" w:after="80" w:line="276" w:lineRule="auto"/>
        <w:ind w:left="0"/>
      </w:pPr>
      <w:r>
        <w:rPr>
          <w:rFonts w:ascii="Arial" w:hAnsi="Arial"/>
          <w:b/>
          <w:color w:val="000000"/>
          <w:sz w:val="21"/>
        </w:rPr>
        <w:t>6.  Жауап C</w:t>
      </w:r>
    </w:p>
    <w:p>
      <w:pPr>
        <w:widowControl/>
        <w:spacing w:before="0" w:after="320" w:line="276" w:lineRule="auto"/>
        <w:ind w:left="0"/>
      </w:pPr>
      <w:r>
        <w:rPr>
          <w:rFonts w:ascii="Arial" w:hAnsi="Arial"/>
          <w:b w:val="0"/>
          <w:color w:val="000000"/>
          <w:sz w:val="21"/>
        </w:rPr>
        <w:t>b = −a, кубтары өзара жойылады.</w:t>
      </w:r>
    </w:p>
    <w:p>
      <w:pPr>
        <w:keepNext/>
        <w:widowControl/>
        <w:spacing w:before="0" w:after="80" w:line="276" w:lineRule="auto"/>
        <w:ind w:left="0"/>
      </w:pPr>
      <w:r>
        <w:rPr>
          <w:rFonts w:ascii="Arial" w:hAnsi="Arial"/>
          <w:b/>
          <w:color w:val="000000"/>
          <w:sz w:val="21"/>
        </w:rPr>
        <w:t>7.  Жауап D</w:t>
      </w:r>
    </w:p>
    <w:p>
      <w:pPr>
        <w:widowControl/>
        <w:spacing w:before="0" w:after="320" w:line="276" w:lineRule="auto"/>
        <w:ind w:left="0"/>
      </w:pPr>
      <w:r>
        <w:rPr>
          <w:rFonts w:ascii="Arial" w:hAnsi="Arial"/>
          <w:b w:val="0"/>
          <w:color w:val="000000"/>
          <w:sz w:val="21"/>
        </w:rPr>
        <w:t>Бөлшек x² + x + 1-ге тең. x = 2 болса, 7; x = 3 болса, 13. C және A жауаптары шығады.</w:t>
      </w:r>
    </w:p>
    <w:p>
      <w:pPr>
        <w:keepNext/>
        <w:widowControl/>
        <w:spacing w:before="0" w:after="80" w:line="276" w:lineRule="auto"/>
        <w:ind w:left="0"/>
      </w:pPr>
      <w:r>
        <w:rPr>
          <w:rFonts w:ascii="Arial" w:hAnsi="Arial"/>
          <w:b/>
          <w:color w:val="000000"/>
          <w:sz w:val="21"/>
        </w:rPr>
        <w:t>8.  Жауап D</w:t>
      </w:r>
    </w:p>
    <w:p>
      <w:pPr>
        <w:widowControl/>
        <w:spacing w:before="0" w:after="320" w:line="276" w:lineRule="auto"/>
        <w:ind w:left="0"/>
      </w:pPr>
      <w:r>
        <w:rPr>
          <w:rFonts w:ascii="Arial" w:hAnsi="Arial"/>
          <w:b w:val="0"/>
          <w:color w:val="000000"/>
          <w:sz w:val="21"/>
        </w:rPr>
        <w:t>x = y = 3 болса, квадраттар қосындысы 18; x = 1, y = 5 болса, 26. B және A шығады.</w:t>
      </w:r>
    </w:p>
    <w:p>
      <w:pPr>
        <w:keepNext/>
        <w:widowControl/>
        <w:spacing w:before="0" w:after="80" w:line="276" w:lineRule="auto"/>
        <w:ind w:left="0"/>
      </w:pPr>
      <w:r>
        <w:rPr>
          <w:rFonts w:ascii="Arial" w:hAnsi="Arial"/>
          <w:b/>
          <w:color w:val="000000"/>
          <w:sz w:val="21"/>
        </w:rPr>
        <w:t>9.  Жауап B</w:t>
      </w:r>
    </w:p>
    <w:p>
      <w:pPr>
        <w:widowControl/>
        <w:spacing w:before="0" w:after="320" w:line="276" w:lineRule="auto"/>
        <w:ind w:left="0"/>
      </w:pPr>
      <w:r>
        <w:rPr>
          <w:rFonts w:ascii="Arial" w:hAnsi="Arial"/>
          <w:b w:val="0"/>
          <w:color w:val="000000"/>
          <w:sz w:val="21"/>
        </w:rPr>
        <w:t>Теріс санға көбейткенде теңсіздік бағыты өзгереді.</w:t>
      </w:r>
    </w:p>
    <w:p>
      <w:pPr>
        <w:keepNext/>
        <w:widowControl/>
        <w:spacing w:before="0" w:after="80" w:line="276" w:lineRule="auto"/>
        <w:ind w:left="0"/>
      </w:pPr>
      <w:r>
        <w:rPr>
          <w:rFonts w:ascii="Arial" w:hAnsi="Arial"/>
          <w:b/>
          <w:color w:val="000000"/>
          <w:sz w:val="21"/>
        </w:rPr>
        <w:t>10.  Жауап D</w:t>
      </w:r>
    </w:p>
    <w:p>
      <w:pPr>
        <w:widowControl/>
        <w:spacing w:before="0" w:after="320" w:line="276" w:lineRule="auto"/>
        <w:ind w:left="0"/>
      </w:pPr>
      <w:r>
        <w:rPr>
          <w:rFonts w:ascii="Arial" w:hAnsi="Arial"/>
          <w:b w:val="0"/>
          <w:color w:val="000000"/>
          <w:sz w:val="21"/>
        </w:rPr>
        <w:t>a² = b². a = b болса, C; a = 1, b = −1 болса, A.</w:t>
      </w:r>
    </w:p>
    <w:p>
      <w:pPr>
        <w:pStyle w:val="Heading1"/>
        <w:pageBreakBefore/>
        <w:widowControl/>
        <w:spacing w:before="0" w:after="160" w:line="276" w:lineRule="auto"/>
        <w:ind w:left="0"/>
      </w:pPr>
      <w:r>
        <w:rPr>
          <w:rFonts w:ascii="Arial" w:hAnsi="Arial"/>
          <w:b/>
          <w:color w:val="000000"/>
          <w:sz w:val="42"/>
        </w:rPr>
        <w:t>Шешімдер</w:t>
      </w:r>
    </w:p>
    <w:p>
      <w:pPr>
        <w:widowControl/>
        <w:spacing w:before="0" w:after="420" w:line="276" w:lineRule="auto"/>
        <w:ind w:left="0"/>
      </w:pPr>
      <w:r>
        <w:rPr>
          <w:rFonts w:ascii="Arial" w:hAnsi="Arial"/>
          <w:b w:val="0"/>
          <w:color w:val="000000"/>
          <w:sz w:val="20"/>
        </w:rPr>
        <w:t>3-сынақ · Салыстырулар · 11–20</w:t>
      </w:r>
    </w:p>
    <w:p>
      <w:pPr>
        <w:keepNext/>
        <w:widowControl/>
        <w:spacing w:before="0" w:after="80" w:line="276" w:lineRule="auto"/>
        <w:ind w:left="0"/>
      </w:pPr>
      <w:r>
        <w:rPr>
          <w:rFonts w:ascii="Arial" w:hAnsi="Arial"/>
          <w:b/>
          <w:color w:val="000000"/>
          <w:sz w:val="21"/>
        </w:rPr>
        <w:t>11.  Жауап C</w:t>
      </w:r>
    </w:p>
    <w:p>
      <w:pPr>
        <w:widowControl/>
        <w:spacing w:before="0" w:after="320" w:line="276" w:lineRule="auto"/>
        <w:ind w:left="0"/>
      </w:pPr>
      <w:r>
        <w:rPr>
          <w:rFonts w:ascii="Arial" w:hAnsi="Arial"/>
          <w:b w:val="0"/>
          <w:color w:val="000000"/>
          <w:sz w:val="21"/>
        </w:rPr>
        <w:t>n = 2t + 1. Квадраты 4t(t + 1) + 1; t(t + 1) көбейтіндісі жұп.</w:t>
      </w:r>
    </w:p>
    <w:p>
      <w:pPr>
        <w:keepNext/>
        <w:widowControl/>
        <w:spacing w:before="0" w:after="80" w:line="276" w:lineRule="auto"/>
        <w:ind w:left="0"/>
      </w:pPr>
      <w:r>
        <w:rPr>
          <w:rFonts w:ascii="Arial" w:hAnsi="Arial"/>
          <w:b/>
          <w:color w:val="000000"/>
          <w:sz w:val="21"/>
        </w:rPr>
        <w:t>12.  Жауап D</w:t>
      </w:r>
    </w:p>
    <w:p>
      <w:pPr>
        <w:widowControl/>
        <w:spacing w:before="0" w:after="320" w:line="276" w:lineRule="auto"/>
        <w:ind w:left="0"/>
      </w:pPr>
      <w:r>
        <w:rPr>
          <w:rFonts w:ascii="Arial" w:hAnsi="Arial"/>
          <w:b w:val="0"/>
          <w:color w:val="000000"/>
          <w:sz w:val="21"/>
        </w:rPr>
        <w:t>n = 1 болса, ЕҮОБ 1; n = 2 болса, ЕҮОБ 2. C және A шығады.</w:t>
      </w:r>
    </w:p>
    <w:p>
      <w:pPr>
        <w:keepNext/>
        <w:widowControl/>
        <w:spacing w:before="0" w:after="80" w:line="276" w:lineRule="auto"/>
        <w:ind w:left="0"/>
      </w:pPr>
      <w:r>
        <w:rPr>
          <w:rFonts w:ascii="Arial" w:hAnsi="Arial"/>
          <w:b/>
          <w:color w:val="000000"/>
          <w:sz w:val="21"/>
        </w:rPr>
        <w:t>13.  Жауап D</w:t>
      </w:r>
    </w:p>
    <w:p>
      <w:pPr>
        <w:widowControl/>
        <w:spacing w:before="0" w:after="320" w:line="276" w:lineRule="auto"/>
        <w:ind w:left="0"/>
      </w:pPr>
      <w:r>
        <w:rPr>
          <w:rFonts w:ascii="Arial" w:hAnsi="Arial"/>
          <w:b w:val="0"/>
          <w:color w:val="000000"/>
          <w:sz w:val="21"/>
        </w:rPr>
        <w:t>n = 2 болса, ЕКОЕ 6; n = 5 болса, ЕКОЕ 30. B және A шығады.</w:t>
      </w:r>
    </w:p>
    <w:p>
      <w:pPr>
        <w:keepNext/>
        <w:widowControl/>
        <w:spacing w:before="0" w:after="80" w:line="276" w:lineRule="auto"/>
        <w:ind w:left="0"/>
      </w:pPr>
      <w:r>
        <w:rPr>
          <w:rFonts w:ascii="Arial" w:hAnsi="Arial"/>
          <w:b/>
          <w:color w:val="000000"/>
          <w:sz w:val="21"/>
        </w:rPr>
        <w:t>14.  Жауап D</w:t>
      </w:r>
    </w:p>
    <w:p>
      <w:pPr>
        <w:widowControl/>
        <w:spacing w:before="0" w:after="320" w:line="276" w:lineRule="auto"/>
        <w:ind w:left="0"/>
      </w:pPr>
      <w:r>
        <w:rPr>
          <w:rFonts w:ascii="Arial" w:hAnsi="Arial"/>
          <w:b w:val="0"/>
          <w:color w:val="000000"/>
          <w:sz w:val="21"/>
        </w:rPr>
        <w:t>p = 7 қалдық 1 береді; p = 5 қалдық 2 береді.</w:t>
      </w:r>
    </w:p>
    <w:p>
      <w:pPr>
        <w:keepNext/>
        <w:widowControl/>
        <w:spacing w:before="0" w:after="80" w:line="276" w:lineRule="auto"/>
        <w:ind w:left="0"/>
      </w:pPr>
      <w:r>
        <w:rPr>
          <w:rFonts w:ascii="Arial" w:hAnsi="Arial"/>
          <w:b/>
          <w:color w:val="000000"/>
          <w:sz w:val="21"/>
        </w:rPr>
        <w:t>15.  Жауап D</w:t>
      </w:r>
    </w:p>
    <w:p>
      <w:pPr>
        <w:widowControl/>
        <w:spacing w:before="0" w:after="320" w:line="276" w:lineRule="auto"/>
        <w:ind w:left="0"/>
      </w:pPr>
      <w:r>
        <w:rPr>
          <w:rFonts w:ascii="Arial" w:hAnsi="Arial"/>
          <w:b w:val="0"/>
          <w:color w:val="000000"/>
          <w:sz w:val="21"/>
        </w:rPr>
        <w:t>n = 1 болса, бір бөлгіш бар; n = 2 болса, 4 санының үш бөлгіші бар.</w:t>
      </w:r>
    </w:p>
    <w:p>
      <w:pPr>
        <w:keepNext/>
        <w:widowControl/>
        <w:spacing w:before="0" w:after="80" w:line="276" w:lineRule="auto"/>
        <w:ind w:left="0"/>
      </w:pPr>
      <w:r>
        <w:rPr>
          <w:rFonts w:ascii="Arial" w:hAnsi="Arial"/>
          <w:b/>
          <w:color w:val="000000"/>
          <w:sz w:val="21"/>
        </w:rPr>
        <w:t>16.  Жауап A</w:t>
      </w:r>
    </w:p>
    <w:p>
      <w:pPr>
        <w:widowControl/>
        <w:spacing w:before="0" w:after="320" w:line="276" w:lineRule="auto"/>
        <w:ind w:left="0"/>
      </w:pPr>
      <w:r>
        <w:rPr>
          <w:rFonts w:ascii="Arial" w:hAnsi="Arial"/>
          <w:b w:val="0"/>
          <w:color w:val="000000"/>
          <w:sz w:val="21"/>
        </w:rPr>
        <w:t>Сол жақта 2/35. Айқыш көбейтінділер 2 · 20 = 40 және 35 бірінші бөлшектің үлкен екенін көрсетеді.</w:t>
      </w:r>
    </w:p>
    <w:p>
      <w:pPr>
        <w:keepNext/>
        <w:widowControl/>
        <w:spacing w:before="0" w:after="80" w:line="276" w:lineRule="auto"/>
        <w:ind w:left="0"/>
      </w:pPr>
      <w:r>
        <w:rPr>
          <w:rFonts w:ascii="Arial" w:hAnsi="Arial"/>
          <w:b/>
          <w:color w:val="000000"/>
          <w:sz w:val="21"/>
        </w:rPr>
        <w:t>17.  Жауап B</w:t>
      </w:r>
    </w:p>
    <w:p>
      <w:pPr>
        <w:widowControl/>
        <w:spacing w:before="0" w:after="320" w:line="276" w:lineRule="auto"/>
        <w:ind w:left="0"/>
      </w:pPr>
      <w:r>
        <w:rPr>
          <w:rFonts w:ascii="Arial" w:hAnsi="Arial"/>
          <w:b w:val="0"/>
          <w:color w:val="000000"/>
          <w:sz w:val="21"/>
        </w:rPr>
        <w:t>Оң бөлімдерге айқыш көбейткенде a(a + 2) және (a + 1)² салыстырылады; екіншісі 1-ге артық.</w:t>
      </w:r>
    </w:p>
    <w:p>
      <w:pPr>
        <w:keepNext/>
        <w:widowControl/>
        <w:spacing w:before="0" w:after="80" w:line="276" w:lineRule="auto"/>
        <w:ind w:left="0"/>
      </w:pPr>
      <w:r>
        <w:rPr>
          <w:rFonts w:ascii="Arial" w:hAnsi="Arial"/>
          <w:b/>
          <w:color w:val="000000"/>
          <w:sz w:val="21"/>
        </w:rPr>
        <w:t>18.  Жауап A</w:t>
      </w:r>
    </w:p>
    <w:p>
      <w:pPr>
        <w:widowControl/>
        <w:spacing w:before="0" w:after="320" w:line="276" w:lineRule="auto"/>
        <w:ind w:left="0"/>
      </w:pPr>
      <w:r>
        <w:rPr>
          <w:rFonts w:ascii="Arial" w:hAnsi="Arial"/>
          <w:b w:val="0"/>
          <w:color w:val="000000"/>
          <w:sz w:val="21"/>
        </w:rPr>
        <w:t>Оң дұрыс бөлшектің алымы мен бөліміне бірдей оң сан қосса, бөлшек өседі: айырманың алымы 3(b − a)-ға тең.</w:t>
      </w:r>
    </w:p>
    <w:p>
      <w:pPr>
        <w:keepNext/>
        <w:widowControl/>
        <w:spacing w:before="0" w:after="80" w:line="276" w:lineRule="auto"/>
        <w:ind w:left="0"/>
      </w:pPr>
      <w:r>
        <w:rPr>
          <w:rFonts w:ascii="Arial" w:hAnsi="Arial"/>
          <w:b/>
          <w:color w:val="000000"/>
          <w:sz w:val="21"/>
        </w:rPr>
        <w:t>19.  Жауап A</w:t>
      </w:r>
    </w:p>
    <w:p>
      <w:pPr>
        <w:widowControl/>
        <w:spacing w:before="0" w:after="320" w:line="276" w:lineRule="auto"/>
        <w:ind w:left="0"/>
      </w:pPr>
      <w:r>
        <w:rPr>
          <w:rFonts w:ascii="Arial" w:hAnsi="Arial"/>
          <w:b w:val="0"/>
          <w:color w:val="000000"/>
          <w:sz w:val="21"/>
        </w:rPr>
        <w:t>a &gt; 1 &gt; 1/a.</w:t>
      </w:r>
    </w:p>
    <w:p>
      <w:pPr>
        <w:keepNext/>
        <w:widowControl/>
        <w:spacing w:before="0" w:after="80" w:line="276" w:lineRule="auto"/>
        <w:ind w:left="0"/>
      </w:pPr>
      <w:r>
        <w:rPr>
          <w:rFonts w:ascii="Arial" w:hAnsi="Arial"/>
          <w:b/>
          <w:color w:val="000000"/>
          <w:sz w:val="21"/>
        </w:rPr>
        <w:t>20.  Жауап B</w:t>
      </w:r>
    </w:p>
    <w:p>
      <w:pPr>
        <w:widowControl/>
        <w:spacing w:before="0" w:after="320" w:line="276" w:lineRule="auto"/>
        <w:ind w:left="0"/>
      </w:pPr>
      <w:r>
        <w:rPr>
          <w:rFonts w:ascii="Arial" w:hAnsi="Arial"/>
          <w:b w:val="0"/>
          <w:color w:val="000000"/>
          <w:sz w:val="21"/>
        </w:rPr>
        <w:t>Қосынды 15/16 &lt; 1.</w:t>
      </w:r>
    </w:p>
    <w:p>
      <w:pPr>
        <w:pStyle w:val="Heading1"/>
        <w:pageBreakBefore/>
        <w:widowControl/>
        <w:spacing w:before="0" w:after="160" w:line="276" w:lineRule="auto"/>
        <w:ind w:left="0"/>
      </w:pPr>
      <w:r>
        <w:rPr>
          <w:rFonts w:ascii="Arial" w:hAnsi="Arial"/>
          <w:b/>
          <w:color w:val="000000"/>
          <w:sz w:val="42"/>
        </w:rPr>
        <w:t>Шешімдер</w:t>
      </w:r>
    </w:p>
    <w:p>
      <w:pPr>
        <w:widowControl/>
        <w:spacing w:before="0" w:after="420" w:line="276" w:lineRule="auto"/>
        <w:ind w:left="0"/>
      </w:pPr>
      <w:r>
        <w:rPr>
          <w:rFonts w:ascii="Arial" w:hAnsi="Arial"/>
          <w:b w:val="0"/>
          <w:color w:val="000000"/>
          <w:sz w:val="20"/>
        </w:rPr>
        <w:t>3-сынақ · Салыстырулар · 21–30</w:t>
      </w:r>
    </w:p>
    <w:p>
      <w:pPr>
        <w:keepNext/>
        <w:widowControl/>
        <w:spacing w:before="0" w:after="80" w:line="276" w:lineRule="auto"/>
        <w:ind w:left="0"/>
      </w:pPr>
      <w:r>
        <w:rPr>
          <w:rFonts w:ascii="Arial" w:hAnsi="Arial"/>
          <w:b/>
          <w:color w:val="000000"/>
          <w:sz w:val="21"/>
        </w:rPr>
        <w:t>21.  Жауап D</w:t>
      </w:r>
    </w:p>
    <w:p>
      <w:pPr>
        <w:widowControl/>
        <w:spacing w:before="0" w:after="320" w:line="276" w:lineRule="auto"/>
        <w:ind w:left="0"/>
      </w:pPr>
      <w:r>
        <w:rPr>
          <w:rFonts w:ascii="Arial" w:hAnsi="Arial"/>
          <w:b w:val="0"/>
          <w:color w:val="000000"/>
          <w:sz w:val="21"/>
        </w:rPr>
        <w:t>a = 110, b = 100 болса, 22 &lt; 25. a = 200, b = 100 болса, 40 &gt; 25.</w:t>
      </w:r>
    </w:p>
    <w:p>
      <w:pPr>
        <w:keepNext/>
        <w:widowControl/>
        <w:spacing w:before="0" w:after="80" w:line="276" w:lineRule="auto"/>
        <w:ind w:left="0"/>
      </w:pPr>
      <w:r>
        <w:rPr>
          <w:rFonts w:ascii="Arial" w:hAnsi="Arial"/>
          <w:b/>
          <w:color w:val="000000"/>
          <w:sz w:val="21"/>
        </w:rPr>
        <w:t>22.  Жауап D</w:t>
      </w:r>
    </w:p>
    <w:p>
      <w:pPr>
        <w:widowControl/>
        <w:spacing w:before="0" w:after="320" w:line="276" w:lineRule="auto"/>
        <w:ind w:left="0"/>
      </w:pPr>
      <w:r>
        <w:rPr>
          <w:rFonts w:ascii="Arial" w:hAnsi="Arial"/>
          <w:b w:val="0"/>
          <w:color w:val="000000"/>
          <w:sz w:val="21"/>
        </w:rPr>
        <w:t>Массалар тең болса, үлес 20%. Массалары 3 г және 1 г болса, үлес (0,3 + 0,3)/4 = 15%. C және B шығады.</w:t>
      </w:r>
    </w:p>
    <w:p>
      <w:pPr>
        <w:keepNext/>
        <w:widowControl/>
        <w:spacing w:before="0" w:after="80" w:line="276" w:lineRule="auto"/>
        <w:ind w:left="0"/>
      </w:pPr>
      <w:r>
        <w:rPr>
          <w:rFonts w:ascii="Arial" w:hAnsi="Arial"/>
          <w:b/>
          <w:color w:val="000000"/>
          <w:sz w:val="21"/>
        </w:rPr>
        <w:t>23.  Жауап D</w:t>
      </w:r>
    </w:p>
    <w:p>
      <w:pPr>
        <w:widowControl/>
        <w:spacing w:before="0" w:after="320" w:line="276" w:lineRule="auto"/>
        <w:ind w:left="0"/>
      </w:pPr>
      <w:r>
        <w:rPr>
          <w:rFonts w:ascii="Arial" w:hAnsi="Arial"/>
          <w:b w:val="0"/>
          <w:color w:val="000000"/>
          <w:sz w:val="21"/>
        </w:rPr>
        <w:t>Бірінші ерітінді басым болса, үлес 20%-дан төмен; екіншісі басым болса, 20%-дан жоғары.</w:t>
      </w:r>
    </w:p>
    <w:p>
      <w:pPr>
        <w:keepNext/>
        <w:widowControl/>
        <w:spacing w:before="0" w:after="80" w:line="276" w:lineRule="auto"/>
        <w:ind w:left="0"/>
      </w:pPr>
      <w:r>
        <w:rPr>
          <w:rFonts w:ascii="Arial" w:hAnsi="Arial"/>
          <w:b/>
          <w:color w:val="000000"/>
          <w:sz w:val="21"/>
        </w:rPr>
        <w:t>24.  Жауап A</w:t>
      </w:r>
    </w:p>
    <w:p>
      <w:pPr>
        <w:widowControl/>
        <w:spacing w:before="0" w:after="320" w:line="276" w:lineRule="auto"/>
        <w:ind w:left="0"/>
      </w:pPr>
      <w:r>
        <w:rPr>
          <w:rFonts w:ascii="Arial" w:hAnsi="Arial"/>
          <w:b w:val="0"/>
          <w:color w:val="000000"/>
          <w:sz w:val="21"/>
        </w:rPr>
        <w:t>Нәтиже 1,5 · 0,6a = 0,9a, бұл 0,89a-дан үлкен.</w:t>
      </w:r>
    </w:p>
    <w:p>
      <w:pPr>
        <w:keepNext/>
        <w:widowControl/>
        <w:spacing w:before="0" w:after="80" w:line="276" w:lineRule="auto"/>
        <w:ind w:left="0"/>
      </w:pPr>
      <w:r>
        <w:rPr>
          <w:rFonts w:ascii="Arial" w:hAnsi="Arial"/>
          <w:b/>
          <w:color w:val="000000"/>
          <w:sz w:val="21"/>
        </w:rPr>
        <w:t>25.  Жауап A</w:t>
      </w:r>
    </w:p>
    <w:p>
      <w:pPr>
        <w:widowControl/>
        <w:spacing w:before="0" w:after="320" w:line="276" w:lineRule="auto"/>
        <w:ind w:left="0"/>
      </w:pPr>
      <w:r>
        <w:rPr>
          <w:rFonts w:ascii="Arial" w:hAnsi="Arial"/>
          <w:b w:val="0"/>
          <w:color w:val="000000"/>
          <w:sz w:val="21"/>
        </w:rPr>
        <w:t>Боялған аудан 21,5 см², шаршының бестен бір бөлігі 20 см².</w:t>
      </w:r>
    </w:p>
    <w:p>
      <w:pPr>
        <w:keepNext/>
        <w:widowControl/>
        <w:spacing w:before="0" w:after="80" w:line="276" w:lineRule="auto"/>
        <w:ind w:left="0"/>
      </w:pPr>
      <w:r>
        <w:rPr>
          <w:rFonts w:ascii="Arial" w:hAnsi="Arial"/>
          <w:b/>
          <w:color w:val="000000"/>
          <w:sz w:val="21"/>
        </w:rPr>
        <w:t>26.  Жауап D</w:t>
      </w:r>
    </w:p>
    <w:p>
      <w:pPr>
        <w:widowControl/>
        <w:spacing w:before="0" w:after="320" w:line="276" w:lineRule="auto"/>
        <w:ind w:left="0"/>
      </w:pPr>
      <w:r>
        <w:rPr>
          <w:rFonts w:ascii="Arial" w:hAnsi="Arial"/>
          <w:b w:val="0"/>
          <w:color w:val="000000"/>
          <w:sz w:val="21"/>
        </w:rPr>
        <w:t>p = 0 болса, өнім 1,25 есе өсті; p = 20 болса, коэффициент 1,25 · 0,8 = 1. A және C шығады.</w:t>
      </w:r>
    </w:p>
    <w:p>
      <w:pPr>
        <w:keepNext/>
        <w:widowControl/>
        <w:spacing w:before="0" w:after="80" w:line="276" w:lineRule="auto"/>
        <w:ind w:left="0"/>
      </w:pPr>
      <w:r>
        <w:rPr>
          <w:rFonts w:ascii="Arial" w:hAnsi="Arial"/>
          <w:b/>
          <w:color w:val="000000"/>
          <w:sz w:val="21"/>
        </w:rPr>
        <w:t>27.  Жауап A</w:t>
      </w:r>
    </w:p>
    <w:p>
      <w:pPr>
        <w:widowControl/>
        <w:spacing w:before="0" w:after="320" w:line="276" w:lineRule="auto"/>
        <w:ind w:left="0"/>
      </w:pPr>
      <w:r>
        <w:rPr>
          <w:rFonts w:ascii="Arial" w:hAnsi="Arial"/>
          <w:b w:val="0"/>
          <w:color w:val="000000"/>
          <w:sz w:val="21"/>
        </w:rPr>
        <w:t>x = 0,8y, 0,2y айырмасы x-тің 25%-ын құрайды.</w:t>
      </w:r>
    </w:p>
    <w:p>
      <w:pPr>
        <w:keepNext/>
        <w:widowControl/>
        <w:spacing w:before="0" w:after="80" w:line="276" w:lineRule="auto"/>
        <w:ind w:left="0"/>
      </w:pPr>
      <w:r>
        <w:rPr>
          <w:rFonts w:ascii="Arial" w:hAnsi="Arial"/>
          <w:b/>
          <w:color w:val="000000"/>
          <w:sz w:val="21"/>
        </w:rPr>
        <w:t>28.  Жауап A</w:t>
      </w:r>
    </w:p>
    <w:p>
      <w:pPr>
        <w:widowControl/>
        <w:spacing w:before="0" w:after="320" w:line="276" w:lineRule="auto"/>
        <w:ind w:left="0"/>
      </w:pPr>
      <w:r>
        <w:rPr>
          <w:rFonts w:ascii="Arial" w:hAnsi="Arial"/>
          <w:b w:val="0"/>
          <w:color w:val="000000"/>
          <w:sz w:val="21"/>
        </w:rPr>
        <w:t>a : b : c = 6 : 4 : 5, демек a/c = 6/5 &gt; 1.</w:t>
      </w:r>
    </w:p>
    <w:p>
      <w:pPr>
        <w:keepNext/>
        <w:widowControl/>
        <w:spacing w:before="0" w:after="80" w:line="276" w:lineRule="auto"/>
        <w:ind w:left="0"/>
      </w:pPr>
      <w:r>
        <w:rPr>
          <w:rFonts w:ascii="Arial" w:hAnsi="Arial"/>
          <w:b/>
          <w:color w:val="000000"/>
          <w:sz w:val="21"/>
        </w:rPr>
        <w:t>29.  Жауап B</w:t>
      </w:r>
    </w:p>
    <w:p>
      <w:pPr>
        <w:widowControl/>
        <w:spacing w:before="0" w:after="320" w:line="276" w:lineRule="auto"/>
        <w:ind w:left="0"/>
      </w:pPr>
      <w:r>
        <w:rPr>
          <w:rFonts w:ascii="Arial" w:hAnsi="Arial"/>
          <w:b w:val="0"/>
          <w:color w:val="000000"/>
          <w:sz w:val="21"/>
        </w:rPr>
        <w:t>Әрқайсысының бағасының 80%-ы қалады, жалпы жеңілдік те 20%.</w:t>
      </w:r>
    </w:p>
    <w:p>
      <w:pPr>
        <w:keepNext/>
        <w:widowControl/>
        <w:spacing w:before="0" w:after="80" w:line="276" w:lineRule="auto"/>
        <w:ind w:left="0"/>
      </w:pPr>
      <w:r>
        <w:rPr>
          <w:rFonts w:ascii="Arial" w:hAnsi="Arial"/>
          <w:b/>
          <w:color w:val="000000"/>
          <w:sz w:val="21"/>
        </w:rPr>
        <w:t>30.  Жауап B</w:t>
      </w:r>
    </w:p>
    <w:p>
      <w:pPr>
        <w:widowControl/>
        <w:spacing w:before="0" w:after="320" w:line="276" w:lineRule="auto"/>
        <w:ind w:left="0"/>
      </w:pPr>
      <w:r>
        <w:rPr>
          <w:rFonts w:ascii="Arial" w:hAnsi="Arial"/>
          <w:b w:val="0"/>
          <w:color w:val="000000"/>
          <w:sz w:val="21"/>
        </w:rPr>
        <w:t>800-ге 200 қосу керек, бұл 25%, яғни 30%-дан аз.</w:t>
      </w:r>
    </w:p>
    <w:p>
      <w:pPr>
        <w:pStyle w:val="Heading1"/>
        <w:pageBreakBefore/>
        <w:widowControl/>
        <w:spacing w:before="0" w:after="160" w:line="276" w:lineRule="auto"/>
        <w:ind w:left="0"/>
      </w:pPr>
      <w:r>
        <w:rPr>
          <w:rFonts w:ascii="Arial" w:hAnsi="Arial"/>
          <w:b/>
          <w:color w:val="000000"/>
          <w:sz w:val="42"/>
        </w:rPr>
        <w:t>Шешімдер</w:t>
      </w:r>
    </w:p>
    <w:p>
      <w:pPr>
        <w:widowControl/>
        <w:spacing w:before="0" w:after="420" w:line="276" w:lineRule="auto"/>
        <w:ind w:left="0"/>
      </w:pPr>
      <w:r>
        <w:rPr>
          <w:rFonts w:ascii="Arial" w:hAnsi="Arial"/>
          <w:b w:val="0"/>
          <w:color w:val="000000"/>
          <w:sz w:val="20"/>
        </w:rPr>
        <w:t>3-сынақ · Салыстырулар · 31–40</w:t>
      </w:r>
    </w:p>
    <w:p>
      <w:pPr>
        <w:keepNext/>
        <w:widowControl/>
        <w:spacing w:before="0" w:after="80" w:line="276" w:lineRule="auto"/>
        <w:ind w:left="0"/>
      </w:pPr>
      <w:r>
        <w:rPr>
          <w:rFonts w:ascii="Arial" w:hAnsi="Arial"/>
          <w:b/>
          <w:color w:val="000000"/>
          <w:sz w:val="21"/>
        </w:rPr>
        <w:t>31.  Жауап C</w:t>
      </w:r>
    </w:p>
    <w:p>
      <w:pPr>
        <w:widowControl/>
        <w:spacing w:before="0" w:after="320" w:line="276" w:lineRule="auto"/>
        <w:ind w:left="0"/>
      </w:pPr>
      <w:r>
        <w:rPr>
          <w:rFonts w:ascii="Arial" w:hAnsi="Arial"/>
          <w:b w:val="0"/>
          <w:color w:val="000000"/>
          <w:sz w:val="21"/>
        </w:rPr>
        <w:t>2/(1/20 + 1/60) = 30 км/сағ.</w:t>
      </w:r>
    </w:p>
    <w:p>
      <w:pPr>
        <w:keepNext/>
        <w:widowControl/>
        <w:spacing w:before="0" w:after="80" w:line="276" w:lineRule="auto"/>
        <w:ind w:left="0"/>
      </w:pPr>
      <w:r>
        <w:rPr>
          <w:rFonts w:ascii="Arial" w:hAnsi="Arial"/>
          <w:b/>
          <w:color w:val="000000"/>
          <w:sz w:val="21"/>
        </w:rPr>
        <w:t>32.  Жауап B</w:t>
      </w:r>
    </w:p>
    <w:p>
      <w:pPr>
        <w:widowControl/>
        <w:spacing w:before="0" w:after="320" w:line="276" w:lineRule="auto"/>
        <w:ind w:left="0"/>
      </w:pPr>
      <w:r>
        <w:rPr>
          <w:rFonts w:ascii="Arial" w:hAnsi="Arial"/>
          <w:b w:val="0"/>
          <w:color w:val="000000"/>
          <w:sz w:val="21"/>
        </w:rPr>
        <w:t>Аялдауға дейін 6 км/сағ, кейін 12 км/сағ.</w:t>
      </w:r>
    </w:p>
    <w:p>
      <w:pPr>
        <w:keepNext/>
        <w:widowControl/>
        <w:spacing w:before="0" w:after="80" w:line="276" w:lineRule="auto"/>
        <w:ind w:left="0"/>
      </w:pPr>
      <w:r>
        <w:rPr>
          <w:rFonts w:ascii="Arial" w:hAnsi="Arial"/>
          <w:b/>
          <w:color w:val="000000"/>
          <w:sz w:val="21"/>
        </w:rPr>
        <w:t>33.  Жауап B</w:t>
      </w:r>
    </w:p>
    <w:p>
      <w:pPr>
        <w:widowControl/>
        <w:spacing w:before="0" w:after="320" w:line="276" w:lineRule="auto"/>
        <w:ind w:left="0"/>
      </w:pPr>
      <w:r>
        <w:rPr>
          <w:rFonts w:ascii="Arial" w:hAnsi="Arial"/>
          <w:b w:val="0"/>
          <w:color w:val="000000"/>
          <w:sz w:val="21"/>
        </w:rPr>
        <w:t>Екі сағатта 2(1/6 + 1/12) = 1/2 бөлігі толады, бұл 3/5-тен аз.</w:t>
      </w:r>
    </w:p>
    <w:p>
      <w:pPr>
        <w:keepNext/>
        <w:widowControl/>
        <w:spacing w:before="0" w:after="80" w:line="276" w:lineRule="auto"/>
        <w:ind w:left="0"/>
      </w:pPr>
      <w:r>
        <w:rPr>
          <w:rFonts w:ascii="Arial" w:hAnsi="Arial"/>
          <w:b/>
          <w:color w:val="000000"/>
          <w:sz w:val="21"/>
        </w:rPr>
        <w:t>34.  Жауап A</w:t>
      </w:r>
    </w:p>
    <w:p>
      <w:pPr>
        <w:widowControl/>
        <w:spacing w:before="0" w:after="320" w:line="276" w:lineRule="auto"/>
        <w:ind w:left="0"/>
      </w:pPr>
      <w:r>
        <w:rPr>
          <w:rFonts w:ascii="Arial" w:hAnsi="Arial"/>
          <w:b w:val="0"/>
          <w:color w:val="000000"/>
          <w:sz w:val="21"/>
        </w:rPr>
        <w:t>Бірлескен уақыт 1/(1/5 + 1/10) = 10/3 сағ &gt; 3 сағ.</w:t>
      </w:r>
    </w:p>
    <w:p>
      <w:pPr>
        <w:keepNext/>
        <w:widowControl/>
        <w:spacing w:before="0" w:after="80" w:line="276" w:lineRule="auto"/>
        <w:ind w:left="0"/>
      </w:pPr>
      <w:r>
        <w:rPr>
          <w:rFonts w:ascii="Arial" w:hAnsi="Arial"/>
          <w:b/>
          <w:color w:val="000000"/>
          <w:sz w:val="21"/>
        </w:rPr>
        <w:t>35.  Жауап C</w:t>
      </w:r>
    </w:p>
    <w:p>
      <w:pPr>
        <w:widowControl/>
        <w:spacing w:before="0" w:after="320" w:line="276" w:lineRule="auto"/>
        <w:ind w:left="0"/>
      </w:pPr>
      <w:r>
        <w:rPr>
          <w:rFonts w:ascii="Arial" w:hAnsi="Arial"/>
          <w:b w:val="0"/>
          <w:color w:val="000000"/>
          <w:sz w:val="21"/>
        </w:rPr>
        <w:t>Таза келу минутына 3 л, 20 минутта 60 л.</w:t>
      </w:r>
    </w:p>
    <w:p>
      <w:pPr>
        <w:keepNext/>
        <w:widowControl/>
        <w:spacing w:before="0" w:after="80" w:line="276" w:lineRule="auto"/>
        <w:ind w:left="0"/>
      </w:pPr>
      <w:r>
        <w:rPr>
          <w:rFonts w:ascii="Arial" w:hAnsi="Arial"/>
          <w:b/>
          <w:color w:val="000000"/>
          <w:sz w:val="21"/>
        </w:rPr>
        <w:t>36.  Жауап A</w:t>
      </w:r>
    </w:p>
    <w:p>
      <w:pPr>
        <w:widowControl/>
        <w:spacing w:before="0" w:after="320" w:line="276" w:lineRule="auto"/>
        <w:ind w:left="0"/>
      </w:pPr>
      <w:r>
        <w:rPr>
          <w:rFonts w:ascii="Arial" w:hAnsi="Arial"/>
          <w:b w:val="0"/>
          <w:color w:val="000000"/>
          <w:sz w:val="21"/>
        </w:rPr>
        <w:t>Жолдар қатынасы 1,25 = 5/4, ал 6/5 = 1,2.</w:t>
      </w:r>
    </w:p>
    <w:p>
      <w:pPr>
        <w:keepNext/>
        <w:widowControl/>
        <w:spacing w:before="0" w:after="80" w:line="276" w:lineRule="auto"/>
        <w:ind w:left="0"/>
      </w:pPr>
      <w:r>
        <w:rPr>
          <w:rFonts w:ascii="Arial" w:hAnsi="Arial"/>
          <w:b/>
          <w:color w:val="000000"/>
          <w:sz w:val="21"/>
        </w:rPr>
        <w:t>37.  Жауап B</w:t>
      </w:r>
    </w:p>
    <w:p>
      <w:pPr>
        <w:widowControl/>
        <w:spacing w:before="0" w:after="320" w:line="276" w:lineRule="auto"/>
        <w:ind w:left="0"/>
      </w:pPr>
      <w:r>
        <w:rPr>
          <w:rFonts w:ascii="Arial" w:hAnsi="Arial"/>
          <w:b w:val="0"/>
          <w:color w:val="000000"/>
          <w:sz w:val="21"/>
        </w:rPr>
        <w:t>Ағыс бойымен жылдамдық үлкен, уақыт аз.</w:t>
      </w:r>
    </w:p>
    <w:p>
      <w:pPr>
        <w:keepNext/>
        <w:widowControl/>
        <w:spacing w:before="0" w:after="80" w:line="276" w:lineRule="auto"/>
        <w:ind w:left="0"/>
      </w:pPr>
      <w:r>
        <w:rPr>
          <w:rFonts w:ascii="Arial" w:hAnsi="Arial"/>
          <w:b/>
          <w:color w:val="000000"/>
          <w:sz w:val="21"/>
        </w:rPr>
        <w:t>38.  Жауап D</w:t>
      </w:r>
    </w:p>
    <w:p>
      <w:pPr>
        <w:widowControl/>
        <w:spacing w:before="0" w:after="320" w:line="276" w:lineRule="auto"/>
        <w:ind w:left="0"/>
      </w:pPr>
      <w:r>
        <w:rPr>
          <w:rFonts w:ascii="Arial" w:hAnsi="Arial"/>
          <w:b w:val="0"/>
          <w:color w:val="000000"/>
          <w:sz w:val="21"/>
        </w:rPr>
        <w:t>Уақыттар қатынасы 6/n. n = 7 болса, ол 3/4-тен үлкен; n = 12 болса, 3/4-тен кіші.</w:t>
      </w:r>
    </w:p>
    <w:p>
      <w:pPr>
        <w:keepNext/>
        <w:widowControl/>
        <w:spacing w:before="0" w:after="80" w:line="276" w:lineRule="auto"/>
        <w:ind w:left="0"/>
      </w:pPr>
      <w:r>
        <w:rPr>
          <w:rFonts w:ascii="Arial" w:hAnsi="Arial"/>
          <w:b/>
          <w:color w:val="000000"/>
          <w:sz w:val="21"/>
        </w:rPr>
        <w:t>39.  Жауап A</w:t>
      </w:r>
    </w:p>
    <w:p>
      <w:pPr>
        <w:widowControl/>
        <w:spacing w:before="0" w:after="320" w:line="276" w:lineRule="auto"/>
        <w:ind w:left="0"/>
      </w:pPr>
      <w:r>
        <w:rPr>
          <w:rFonts w:ascii="Arial" w:hAnsi="Arial"/>
          <w:b w:val="0"/>
          <w:color w:val="000000"/>
          <w:sz w:val="21"/>
        </w:rPr>
        <w:t>1,2 м³ = 1 200 000 см³, бұл 10 есе үлкен.</w:t>
      </w:r>
    </w:p>
    <w:p>
      <w:pPr>
        <w:keepNext/>
        <w:widowControl/>
        <w:spacing w:before="0" w:after="80" w:line="276" w:lineRule="auto"/>
        <w:ind w:left="0"/>
      </w:pPr>
      <w:r>
        <w:rPr>
          <w:rFonts w:ascii="Arial" w:hAnsi="Arial"/>
          <w:b/>
          <w:color w:val="000000"/>
          <w:sz w:val="21"/>
        </w:rPr>
        <w:t>40.  Жауап B</w:t>
      </w:r>
    </w:p>
    <w:p>
      <w:pPr>
        <w:widowControl/>
        <w:spacing w:before="0" w:after="320" w:line="276" w:lineRule="auto"/>
        <w:ind w:left="0"/>
      </w:pPr>
      <w:r>
        <w:rPr>
          <w:rFonts w:ascii="Arial" w:hAnsi="Arial"/>
          <w:b w:val="0"/>
          <w:color w:val="000000"/>
          <w:sz w:val="21"/>
        </w:rPr>
        <w:t>5 м/с = 18 км/сағ, бұл 19 км/сағ-тан кіші.</w:t>
      </w:r>
    </w:p>
    <w:p>
      <w:pPr>
        <w:pStyle w:val="Heading1"/>
        <w:pageBreakBefore/>
        <w:widowControl/>
        <w:spacing w:before="0" w:after="160" w:line="276" w:lineRule="auto"/>
        <w:ind w:left="0"/>
      </w:pPr>
      <w:r>
        <w:rPr>
          <w:rFonts w:ascii="Arial" w:hAnsi="Arial"/>
          <w:b/>
          <w:color w:val="000000"/>
          <w:sz w:val="42"/>
        </w:rPr>
        <w:t>Шешімдер</w:t>
      </w:r>
    </w:p>
    <w:p>
      <w:pPr>
        <w:widowControl/>
        <w:spacing w:before="0" w:after="420" w:line="276" w:lineRule="auto"/>
        <w:ind w:left="0"/>
      </w:pPr>
      <w:r>
        <w:rPr>
          <w:rFonts w:ascii="Arial" w:hAnsi="Arial"/>
          <w:b w:val="0"/>
          <w:color w:val="000000"/>
          <w:sz w:val="20"/>
        </w:rPr>
        <w:t>3-сынақ · Салыстырулар · 41–50</w:t>
      </w:r>
    </w:p>
    <w:p>
      <w:pPr>
        <w:keepNext/>
        <w:widowControl/>
        <w:spacing w:before="0" w:after="80" w:line="276" w:lineRule="auto"/>
        <w:ind w:left="0"/>
      </w:pPr>
      <w:r>
        <w:rPr>
          <w:rFonts w:ascii="Arial" w:hAnsi="Arial"/>
          <w:b/>
          <w:color w:val="000000"/>
          <w:sz w:val="21"/>
        </w:rPr>
        <w:t>41.  Жауап B</w:t>
      </w:r>
    </w:p>
    <w:p>
      <w:pPr>
        <w:widowControl/>
        <w:spacing w:before="0" w:after="320" w:line="276" w:lineRule="auto"/>
        <w:ind w:left="0"/>
      </w:pPr>
      <w:r>
        <w:rPr>
          <w:rFonts w:ascii="Arial" w:hAnsi="Arial"/>
          <w:b w:val="0"/>
          <w:color w:val="000000"/>
          <w:sz w:val="21"/>
        </w:rPr>
        <w:t>a + b = 10 болса, ab = 25 − (a − 5)². Шаршы емес тіктөртбұрыш үшін бұл квадрат оң.</w:t>
      </w:r>
    </w:p>
    <w:p>
      <w:pPr>
        <w:keepNext/>
        <w:widowControl/>
        <w:spacing w:before="0" w:after="80" w:line="276" w:lineRule="auto"/>
        <w:ind w:left="0"/>
      </w:pPr>
      <w:r>
        <w:rPr>
          <w:rFonts w:ascii="Arial" w:hAnsi="Arial"/>
          <w:b/>
          <w:color w:val="000000"/>
          <w:sz w:val="21"/>
        </w:rPr>
        <w:t>42.  Жауап C</w:t>
      </w:r>
    </w:p>
    <w:p>
      <w:pPr>
        <w:widowControl/>
        <w:spacing w:before="0" w:after="320" w:line="276" w:lineRule="auto"/>
        <w:ind w:left="0"/>
      </w:pPr>
      <w:r>
        <w:rPr>
          <w:rFonts w:ascii="Arial" w:hAnsi="Arial"/>
          <w:b w:val="0"/>
          <w:color w:val="000000"/>
          <w:sz w:val="21"/>
        </w:rPr>
        <w:t>Шеңбер ұзындығы радиусқа тура пропорционал.</w:t>
      </w:r>
    </w:p>
    <w:p>
      <w:pPr>
        <w:keepNext/>
        <w:widowControl/>
        <w:spacing w:before="0" w:after="80" w:line="276" w:lineRule="auto"/>
        <w:ind w:left="0"/>
      </w:pPr>
      <w:r>
        <w:rPr>
          <w:rFonts w:ascii="Arial" w:hAnsi="Arial"/>
          <w:b/>
          <w:color w:val="000000"/>
          <w:sz w:val="21"/>
        </w:rPr>
        <w:t>43.  Жауап B</w:t>
      </w:r>
    </w:p>
    <w:p>
      <w:pPr>
        <w:widowControl/>
        <w:spacing w:before="0" w:after="320" w:line="276" w:lineRule="auto"/>
        <w:ind w:left="0"/>
      </w:pPr>
      <w:r>
        <w:rPr>
          <w:rFonts w:ascii="Arial" w:hAnsi="Arial"/>
          <w:b w:val="0"/>
          <w:color w:val="000000"/>
          <w:sz w:val="21"/>
        </w:rPr>
        <w:t>Реттелген мәндер: 20, 25, 30, 45. Медиана 27,5, арифметикалық орта 30.</w:t>
      </w:r>
    </w:p>
    <w:p>
      <w:pPr>
        <w:keepNext/>
        <w:widowControl/>
        <w:spacing w:before="0" w:after="80" w:line="276" w:lineRule="auto"/>
        <w:ind w:left="0"/>
      </w:pPr>
      <w:r>
        <w:rPr>
          <w:rFonts w:ascii="Arial" w:hAnsi="Arial"/>
          <w:b/>
          <w:color w:val="000000"/>
          <w:sz w:val="21"/>
        </w:rPr>
        <w:t>44.  Жауап A</w:t>
      </w:r>
    </w:p>
    <w:p>
      <w:pPr>
        <w:widowControl/>
        <w:spacing w:before="0" w:after="320" w:line="276" w:lineRule="auto"/>
        <w:ind w:left="0"/>
      </w:pPr>
      <w:r>
        <w:rPr>
          <w:rFonts w:ascii="Arial" w:hAnsi="Arial"/>
          <w:b w:val="0"/>
          <w:color w:val="000000"/>
          <w:sz w:val="21"/>
        </w:rPr>
        <w:t>Жаңа қыр екі есе кіші; жалпы бет ауданы 8 · (1/2)² = 2 бастапқы бет ауданына тең.</w:t>
      </w:r>
    </w:p>
    <w:p>
      <w:pPr>
        <w:keepNext/>
        <w:widowControl/>
        <w:spacing w:before="0" w:after="80" w:line="276" w:lineRule="auto"/>
        <w:ind w:left="0"/>
      </w:pPr>
      <w:r>
        <w:rPr>
          <w:rFonts w:ascii="Arial" w:hAnsi="Arial"/>
          <w:b/>
          <w:color w:val="000000"/>
          <w:sz w:val="21"/>
        </w:rPr>
        <w:t>45.  Жауап C</w:t>
      </w:r>
    </w:p>
    <w:p>
      <w:pPr>
        <w:widowControl/>
        <w:spacing w:before="0" w:after="320" w:line="276" w:lineRule="auto"/>
        <w:ind w:left="0"/>
      </w:pPr>
      <w:r>
        <w:rPr>
          <w:rFonts w:ascii="Arial" w:hAnsi="Arial"/>
          <w:b w:val="0"/>
          <w:color w:val="000000"/>
          <w:sz w:val="21"/>
        </w:rPr>
        <w:t>Аудан бірдей болса, табан биіктікке кері пропорционал.</w:t>
      </w:r>
    </w:p>
    <w:p>
      <w:pPr>
        <w:keepNext/>
        <w:widowControl/>
        <w:spacing w:before="0" w:after="80" w:line="276" w:lineRule="auto"/>
        <w:ind w:left="0"/>
      </w:pPr>
      <w:r>
        <w:rPr>
          <w:rFonts w:ascii="Arial" w:hAnsi="Arial"/>
          <w:b/>
          <w:color w:val="000000"/>
          <w:sz w:val="21"/>
        </w:rPr>
        <w:t>46.  Жауап C</w:t>
      </w:r>
    </w:p>
    <w:p>
      <w:pPr>
        <w:widowControl/>
        <w:spacing w:before="0" w:after="320" w:line="276" w:lineRule="auto"/>
        <w:ind w:left="0"/>
      </w:pPr>
      <w:r>
        <w:rPr>
          <w:rFonts w:ascii="Arial" w:hAnsi="Arial"/>
          <w:b w:val="0"/>
          <w:color w:val="000000"/>
          <w:sz w:val="21"/>
        </w:rPr>
        <w:t>Үшбұрыш теңсіздігі: 3 &lt; c &lt; 11. Ең үлкен бүтін мән 10.</w:t>
      </w:r>
    </w:p>
    <w:p>
      <w:pPr>
        <w:keepNext/>
        <w:widowControl/>
        <w:spacing w:before="0" w:after="80" w:line="276" w:lineRule="auto"/>
        <w:ind w:left="0"/>
      </w:pPr>
      <w:r>
        <w:rPr>
          <w:rFonts w:ascii="Arial" w:hAnsi="Arial"/>
          <w:b/>
          <w:color w:val="000000"/>
          <w:sz w:val="21"/>
        </w:rPr>
        <w:t>47.  Жауап D</w:t>
      </w:r>
    </w:p>
    <w:p>
      <w:pPr>
        <w:widowControl/>
        <w:spacing w:before="0" w:after="320" w:line="276" w:lineRule="auto"/>
        <w:ind w:left="0"/>
      </w:pPr>
      <w:r>
        <w:rPr>
          <w:rFonts w:ascii="Arial" w:hAnsi="Arial"/>
          <w:b w:val="0"/>
          <w:color w:val="000000"/>
          <w:sz w:val="21"/>
        </w:rPr>
        <w:t>Үшіншісі 4 болса, периметр 15; 10 болса, 21. Екі үшбұрыш та мүмкін.</w:t>
      </w:r>
    </w:p>
    <w:p>
      <w:pPr>
        <w:keepNext/>
        <w:widowControl/>
        <w:spacing w:before="0" w:after="80" w:line="276" w:lineRule="auto"/>
        <w:ind w:left="0"/>
      </w:pPr>
      <w:r>
        <w:rPr>
          <w:rFonts w:ascii="Arial" w:hAnsi="Arial"/>
          <w:b/>
          <w:color w:val="000000"/>
          <w:sz w:val="21"/>
        </w:rPr>
        <w:t>48.  Жауап C</w:t>
      </w:r>
    </w:p>
    <w:p>
      <w:pPr>
        <w:widowControl/>
        <w:spacing w:before="0" w:after="320" w:line="276" w:lineRule="auto"/>
        <w:ind w:left="0"/>
      </w:pPr>
      <w:r>
        <w:rPr>
          <w:rFonts w:ascii="Arial" w:hAnsi="Arial"/>
          <w:b w:val="0"/>
          <w:color w:val="000000"/>
          <w:sz w:val="21"/>
        </w:rPr>
        <w:t>Көлем табан ауданы мен биіктіктің көбейтіндісіне тең.</w:t>
      </w:r>
    </w:p>
    <w:p>
      <w:pPr>
        <w:keepNext/>
        <w:widowControl/>
        <w:spacing w:before="0" w:after="80" w:line="276" w:lineRule="auto"/>
        <w:ind w:left="0"/>
      </w:pPr>
      <w:r>
        <w:rPr>
          <w:rFonts w:ascii="Arial" w:hAnsi="Arial"/>
          <w:b/>
          <w:color w:val="000000"/>
          <w:sz w:val="21"/>
        </w:rPr>
        <w:t>49.  Жауап A</w:t>
      </w:r>
    </w:p>
    <w:p>
      <w:pPr>
        <w:widowControl/>
        <w:spacing w:before="0" w:after="320" w:line="276" w:lineRule="auto"/>
        <w:ind w:left="0"/>
      </w:pPr>
      <w:r>
        <w:rPr>
          <w:rFonts w:ascii="Arial" w:hAnsi="Arial"/>
          <w:b w:val="0"/>
          <w:color w:val="000000"/>
          <w:sz w:val="21"/>
        </w:rPr>
        <w:t>Біріншіде сызықтық өлшем екі есе үлкен, аудан төрт есе үлкен; 4 &gt; 2.</w:t>
      </w:r>
    </w:p>
    <w:p>
      <w:pPr>
        <w:keepNext/>
        <w:widowControl/>
        <w:spacing w:before="0" w:after="80" w:line="276" w:lineRule="auto"/>
        <w:ind w:left="0"/>
      </w:pPr>
      <w:r>
        <w:rPr>
          <w:rFonts w:ascii="Arial" w:hAnsi="Arial"/>
          <w:b/>
          <w:color w:val="000000"/>
          <w:sz w:val="21"/>
        </w:rPr>
        <w:t>50.  Жауап C</w:t>
      </w:r>
    </w:p>
    <w:p>
      <w:pPr>
        <w:widowControl/>
        <w:spacing w:before="0" w:after="320" w:line="276" w:lineRule="auto"/>
        <w:ind w:left="0"/>
      </w:pPr>
      <w:r>
        <w:rPr>
          <w:rFonts w:ascii="Arial" w:hAnsi="Arial"/>
          <w:b w:val="0"/>
          <w:color w:val="000000"/>
          <w:sz w:val="21"/>
        </w:rPr>
        <w:t>Екі аудан да 4a²-қа тең.</w:t>
      </w:r>
    </w:p>
    <w:p>
      <w:pPr>
        <w:pStyle w:val="Heading1"/>
        <w:pageBreakBefore/>
        <w:widowControl/>
        <w:spacing w:before="0" w:after="160" w:line="276" w:lineRule="auto"/>
        <w:ind w:left="0"/>
      </w:pPr>
      <w:r>
        <w:rPr>
          <w:rFonts w:ascii="Arial" w:hAnsi="Arial"/>
          <w:b/>
          <w:color w:val="000000"/>
          <w:sz w:val="42"/>
        </w:rPr>
        <w:t>Шешімдер</w:t>
      </w:r>
    </w:p>
    <w:p>
      <w:pPr>
        <w:widowControl/>
        <w:spacing w:before="0" w:after="420" w:line="276" w:lineRule="auto"/>
        <w:ind w:left="0"/>
      </w:pPr>
      <w:r>
        <w:rPr>
          <w:rFonts w:ascii="Arial" w:hAnsi="Arial"/>
          <w:b w:val="0"/>
          <w:color w:val="000000"/>
          <w:sz w:val="20"/>
        </w:rPr>
        <w:t>3-сынақ · Салыстырулар · 51–60</w:t>
      </w:r>
    </w:p>
    <w:p>
      <w:pPr>
        <w:keepNext/>
        <w:widowControl/>
        <w:spacing w:before="0" w:after="80" w:line="276" w:lineRule="auto"/>
        <w:ind w:left="0"/>
      </w:pPr>
      <w:r>
        <w:rPr>
          <w:rFonts w:ascii="Arial" w:hAnsi="Arial"/>
          <w:b/>
          <w:color w:val="000000"/>
          <w:sz w:val="21"/>
        </w:rPr>
        <w:t>51.  Жауап C</w:t>
      </w:r>
    </w:p>
    <w:p>
      <w:pPr>
        <w:widowControl/>
        <w:spacing w:before="0" w:after="320" w:line="276" w:lineRule="auto"/>
        <w:ind w:left="0"/>
      </w:pPr>
      <w:r>
        <w:rPr>
          <w:rFonts w:ascii="Arial" w:hAnsi="Arial"/>
          <w:b w:val="0"/>
          <w:color w:val="000000"/>
          <w:sz w:val="21"/>
        </w:rPr>
        <w:t>900 + 30 · 30 = 1800, ал 60 · 30 = 1800.</w:t>
      </w:r>
    </w:p>
    <w:p>
      <w:pPr>
        <w:keepNext/>
        <w:widowControl/>
        <w:spacing w:before="0" w:after="80" w:line="276" w:lineRule="auto"/>
        <w:ind w:left="0"/>
      </w:pPr>
      <w:r>
        <w:rPr>
          <w:rFonts w:ascii="Arial" w:hAnsi="Arial"/>
          <w:b/>
          <w:color w:val="000000"/>
          <w:sz w:val="21"/>
        </w:rPr>
        <w:t>52.  Жауап B</w:t>
      </w:r>
    </w:p>
    <w:p>
      <w:pPr>
        <w:widowControl/>
        <w:spacing w:before="0" w:after="320" w:line="276" w:lineRule="auto"/>
        <w:ind w:left="0"/>
      </w:pPr>
      <w:r>
        <w:rPr>
          <w:rFonts w:ascii="Arial" w:hAnsi="Arial"/>
          <w:b w:val="0"/>
          <w:color w:val="000000"/>
          <w:sz w:val="21"/>
        </w:rPr>
        <w:t>Сол оң қосынды көбірек санға бөлінеді.</w:t>
      </w:r>
    </w:p>
    <w:p>
      <w:pPr>
        <w:keepNext/>
        <w:widowControl/>
        <w:spacing w:before="0" w:after="80" w:line="276" w:lineRule="auto"/>
        <w:ind w:left="0"/>
      </w:pPr>
      <w:r>
        <w:rPr>
          <w:rFonts w:ascii="Arial" w:hAnsi="Arial"/>
          <w:b/>
          <w:color w:val="000000"/>
          <w:sz w:val="21"/>
        </w:rPr>
        <w:t>53.  Жауап C</w:t>
      </w:r>
    </w:p>
    <w:p>
      <w:pPr>
        <w:widowControl/>
        <w:spacing w:before="0" w:after="320" w:line="276" w:lineRule="auto"/>
        <w:ind w:left="0"/>
      </w:pPr>
      <w:r>
        <w:rPr>
          <w:rFonts w:ascii="Arial" w:hAnsi="Arial"/>
          <w:b w:val="0"/>
          <w:color w:val="000000"/>
          <w:sz w:val="21"/>
        </w:rPr>
        <w:t>Реті өзгермейді, медиана мен арифметикалық орта 7-ге артады.</w:t>
      </w:r>
    </w:p>
    <w:p>
      <w:pPr>
        <w:keepNext/>
        <w:widowControl/>
        <w:spacing w:before="0" w:after="80" w:line="276" w:lineRule="auto"/>
        <w:ind w:left="0"/>
      </w:pPr>
      <w:r>
        <w:rPr>
          <w:rFonts w:ascii="Arial" w:hAnsi="Arial"/>
          <w:b/>
          <w:color w:val="000000"/>
          <w:sz w:val="21"/>
        </w:rPr>
        <w:t>54.  Жауап C</w:t>
      </w:r>
    </w:p>
    <w:p>
      <w:pPr>
        <w:widowControl/>
        <w:spacing w:before="0" w:after="320" w:line="276" w:lineRule="auto"/>
        <w:ind w:left="0"/>
      </w:pPr>
      <w:r>
        <w:rPr>
          <w:rFonts w:ascii="Arial" w:hAnsi="Arial"/>
          <w:b w:val="0"/>
          <w:color w:val="000000"/>
          <w:sz w:val="21"/>
        </w:rPr>
        <w:t>Қиылысу кемінде 18 + 16 − 25 = 9. Бірігу бүкіл сыныпқа тең болса, бұл мәнге жетеді.</w:t>
      </w:r>
    </w:p>
    <w:p>
      <w:pPr>
        <w:keepNext/>
        <w:widowControl/>
        <w:spacing w:before="0" w:after="80" w:line="276" w:lineRule="auto"/>
        <w:ind w:left="0"/>
      </w:pPr>
      <w:r>
        <w:rPr>
          <w:rFonts w:ascii="Arial" w:hAnsi="Arial"/>
          <w:b/>
          <w:color w:val="000000"/>
          <w:sz w:val="21"/>
        </w:rPr>
        <w:t>55.  Жауап C</w:t>
      </w:r>
    </w:p>
    <w:p>
      <w:pPr>
        <w:widowControl/>
        <w:spacing w:before="0" w:after="320" w:line="276" w:lineRule="auto"/>
        <w:ind w:left="0"/>
      </w:pPr>
      <w:r>
        <w:rPr>
          <w:rFonts w:ascii="Arial" w:hAnsi="Arial"/>
          <w:b w:val="0"/>
          <w:color w:val="000000"/>
          <w:sz w:val="21"/>
        </w:rPr>
        <w:t>Қара шар t болса, барлығы 3t, ақ шар 2t. Ықтималдық 2/3.</w:t>
      </w:r>
    </w:p>
    <w:p>
      <w:pPr>
        <w:keepNext/>
        <w:widowControl/>
        <w:spacing w:before="0" w:after="80" w:line="276" w:lineRule="auto"/>
        <w:ind w:left="0"/>
      </w:pPr>
      <w:r>
        <w:rPr>
          <w:rFonts w:ascii="Arial" w:hAnsi="Arial"/>
          <w:b/>
          <w:color w:val="000000"/>
          <w:sz w:val="21"/>
        </w:rPr>
        <w:t>56.  Жауап C</w:t>
      </w:r>
    </w:p>
    <w:p>
      <w:pPr>
        <w:widowControl/>
        <w:spacing w:before="0" w:after="320" w:line="276" w:lineRule="auto"/>
        <w:ind w:left="0"/>
      </w:pPr>
      <w:r>
        <w:rPr>
          <w:rFonts w:ascii="Arial" w:hAnsi="Arial"/>
          <w:b w:val="0"/>
          <w:color w:val="000000"/>
          <w:sz w:val="21"/>
        </w:rPr>
        <w:t>Әр жұпқа екі рет сәйкес келеді.</w:t>
      </w:r>
    </w:p>
    <w:p>
      <w:pPr>
        <w:keepNext/>
        <w:widowControl/>
        <w:spacing w:before="0" w:after="80" w:line="276" w:lineRule="auto"/>
        <w:ind w:left="0"/>
      </w:pPr>
      <w:r>
        <w:rPr>
          <w:rFonts w:ascii="Arial" w:hAnsi="Arial"/>
          <w:b/>
          <w:color w:val="000000"/>
          <w:sz w:val="21"/>
        </w:rPr>
        <w:t>57.  Жауап D</w:t>
      </w:r>
    </w:p>
    <w:p>
      <w:pPr>
        <w:widowControl/>
        <w:spacing w:before="0" w:after="320" w:line="276" w:lineRule="auto"/>
        <w:ind w:left="0"/>
      </w:pPr>
      <w:r>
        <w:rPr>
          <w:rFonts w:ascii="Arial" w:hAnsi="Arial"/>
          <w:b w:val="0"/>
          <w:color w:val="000000"/>
          <w:sz w:val="21"/>
        </w:rPr>
        <w:t>Айырмасы n − 1. n = 1 болса, теңдік; n = 2 болса, A үлкен.</w:t>
      </w:r>
    </w:p>
    <w:p>
      <w:pPr>
        <w:keepNext/>
        <w:widowControl/>
        <w:spacing w:before="0" w:after="80" w:line="276" w:lineRule="auto"/>
        <w:ind w:left="0"/>
      </w:pPr>
      <w:r>
        <w:rPr>
          <w:rFonts w:ascii="Arial" w:hAnsi="Arial"/>
          <w:b/>
          <w:color w:val="000000"/>
          <w:sz w:val="21"/>
        </w:rPr>
        <w:t>58.  Жауап B</w:t>
      </w:r>
    </w:p>
    <w:p>
      <w:pPr>
        <w:widowControl/>
        <w:spacing w:before="0" w:after="320" w:line="276" w:lineRule="auto"/>
        <w:ind w:left="0"/>
      </w:pPr>
      <w:r>
        <w:rPr>
          <w:rFonts w:ascii="Arial" w:hAnsi="Arial"/>
          <w:b w:val="0"/>
          <w:color w:val="000000"/>
          <w:sz w:val="21"/>
        </w:rPr>
        <w:t>Ең кішісі кемінде 4 болса, ең аз қосынды 4 + 5 + 6 = 15. Демек ол 4-тен кіші.</w:t>
      </w:r>
    </w:p>
    <w:p>
      <w:pPr>
        <w:keepNext/>
        <w:widowControl/>
        <w:spacing w:before="0" w:after="80" w:line="276" w:lineRule="auto"/>
        <w:ind w:left="0"/>
      </w:pPr>
      <w:r>
        <w:rPr>
          <w:rFonts w:ascii="Arial" w:hAnsi="Arial"/>
          <w:b/>
          <w:color w:val="000000"/>
          <w:sz w:val="21"/>
        </w:rPr>
        <w:t>59.  Жауап C</w:t>
      </w:r>
    </w:p>
    <w:p>
      <w:pPr>
        <w:widowControl/>
        <w:spacing w:before="0" w:after="320" w:line="276" w:lineRule="auto"/>
        <w:ind w:left="0"/>
      </w:pPr>
      <w:r>
        <w:rPr>
          <w:rFonts w:ascii="Arial" w:hAnsi="Arial"/>
          <w:b w:val="0"/>
          <w:color w:val="000000"/>
          <w:sz w:val="21"/>
        </w:rPr>
        <w:t>Қосынды 10-ға өсті, саны 5, орташа мәннің өсімі 2.</w:t>
      </w:r>
    </w:p>
    <w:p>
      <w:pPr>
        <w:keepNext/>
        <w:widowControl/>
        <w:spacing w:before="0" w:after="80" w:line="276" w:lineRule="auto"/>
        <w:ind w:left="0"/>
      </w:pPr>
      <w:r>
        <w:rPr>
          <w:rFonts w:ascii="Arial" w:hAnsi="Arial"/>
          <w:b/>
          <w:color w:val="000000"/>
          <w:sz w:val="21"/>
        </w:rPr>
        <w:t>60.  Жауап C</w:t>
      </w:r>
    </w:p>
    <w:p>
      <w:pPr>
        <w:widowControl/>
        <w:spacing w:before="0" w:after="320" w:line="276" w:lineRule="auto"/>
        <w:ind w:left="0"/>
      </w:pPr>
      <w:r>
        <w:rPr>
          <w:rFonts w:ascii="Arial" w:hAnsi="Arial"/>
          <w:b w:val="0"/>
          <w:color w:val="000000"/>
          <w:sz w:val="21"/>
        </w:rPr>
        <w:t>Бір сан жұп, екіншісі тақ. Көбейтінді жұп, қалдық 0.</w:t>
      </w:r>
    </w:p>
    <w:p>
      <w:pPr>
        <w:pStyle w:val="Heading1"/>
        <w:pageBreakBefore/>
        <w:widowControl/>
        <w:spacing w:before="0" w:after="160" w:line="276" w:lineRule="auto"/>
        <w:ind w:left="0"/>
      </w:pPr>
      <w:r>
        <w:rPr>
          <w:rFonts w:ascii="Arial" w:hAnsi="Arial"/>
          <w:b/>
          <w:color w:val="000000"/>
          <w:sz w:val="42"/>
        </w:rPr>
        <w:t>Қателер журналы</w:t>
      </w:r>
    </w:p>
    <w:p>
      <w:pPr>
        <w:widowControl/>
        <w:spacing w:before="0" w:after="420" w:line="276" w:lineRule="auto"/>
        <w:ind w:left="0"/>
      </w:pPr>
      <w:r>
        <w:rPr>
          <w:rFonts w:ascii="Arial" w:hAnsi="Arial"/>
          <w:b w:val="0"/>
          <w:color w:val="000000"/>
          <w:sz w:val="20"/>
        </w:rPr>
        <w:t>Қате себебі мен қайталау нәтижесін жазыңыз</w:t>
      </w:r>
    </w:p>
    <w:p>
      <w:pPr>
        <w:widowControl/>
        <w:spacing w:before="0" w:after="180" w:line="276" w:lineRule="auto"/>
        <w:ind w:left="0"/>
      </w:pPr>
      <w:r>
        <w:rPr>
          <w:rFonts w:ascii="Arial" w:hAnsi="Arial"/>
          <w:b w:val="0"/>
          <w:color w:val="000000"/>
          <w:sz w:val="21"/>
        </w:rPr>
        <w:t>Қате жауаппен бірге қате кеткен қадамды жазыңыз. Графикада шкаланы оқу, керек бөлікті таңдау және есептеуді ажыратыңыз. 2–3 күннен кейін жауапқа қарамай қайта орындаңыз.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392"/>
        <w:gridCol w:w="2884"/>
        <w:gridCol w:w="3879"/>
        <w:gridCol w:w="1790"/>
      </w:tblGrid>
      <w:tr>
        <w:trPr>
          <w:cantSplit/>
        </w:trPr>
        <w:tc>
          <w:tcPr>
            <w:tcW w:type="dxa" w:w="1392"/>
            <w:vAlign w:val="center"/>
            <w:tcMar>
              <w:left w:w="110" w:type="dxa"/>
              <w:right w:w="110" w:type="dxa"/>
              <w:top w:w="80" w:type="dxa"/>
              <w:bottom w:w="80" w:type="dxa"/>
            </w:tcMar>
            <w:shd w:fill="233B4B"/>
          </w:tcPr>
          <w:p>
            <w:pPr>
              <w:spacing w:after="0" w:line="254" w:lineRule="auto"/>
            </w:pPr>
            <w:r>
              <w:rPr>
                <w:rFonts w:ascii="Arial" w:hAnsi="Arial"/>
                <w:b/>
                <w:color w:val="FFFFFF"/>
                <w:sz w:val="18"/>
              </w:rPr>
              <w:t>Тапсырма</w:t>
            </w:r>
          </w:p>
        </w:tc>
        <w:tc>
          <w:tcPr>
            <w:tcW w:type="dxa" w:w="2884"/>
            <w:vAlign w:val="center"/>
            <w:tcMar>
              <w:left w:w="110" w:type="dxa"/>
              <w:right w:w="110" w:type="dxa"/>
              <w:top w:w="80" w:type="dxa"/>
              <w:bottom w:w="80" w:type="dxa"/>
            </w:tcMar>
            <w:shd w:fill="233B4B"/>
          </w:tcPr>
          <w:p>
            <w:pPr>
              <w:spacing w:after="0" w:line="254" w:lineRule="auto"/>
            </w:pPr>
            <w:r>
              <w:rPr>
                <w:rFonts w:ascii="Arial" w:hAnsi="Arial"/>
                <w:b/>
                <w:color w:val="FFFFFF"/>
                <w:sz w:val="18"/>
              </w:rPr>
              <w:t>Себеп</w:t>
            </w:r>
          </w:p>
        </w:tc>
        <w:tc>
          <w:tcPr>
            <w:tcW w:type="dxa" w:w="3879"/>
            <w:vAlign w:val="center"/>
            <w:tcMar>
              <w:left w:w="110" w:type="dxa"/>
              <w:right w:w="110" w:type="dxa"/>
              <w:top w:w="80" w:type="dxa"/>
              <w:bottom w:w="80" w:type="dxa"/>
            </w:tcMar>
            <w:shd w:fill="233B4B"/>
          </w:tcPr>
          <w:p>
            <w:pPr>
              <w:spacing w:after="0" w:line="254" w:lineRule="auto"/>
            </w:pPr>
            <w:r>
              <w:rPr>
                <w:rFonts w:ascii="Arial" w:hAnsi="Arial"/>
                <w:b/>
                <w:color w:val="FFFFFF"/>
                <w:sz w:val="18"/>
              </w:rPr>
              <w:t>Жаңа тексеру тәсілі</w:t>
            </w:r>
          </w:p>
        </w:tc>
        <w:tc>
          <w:tcPr>
            <w:tcW w:type="dxa" w:w="1790"/>
            <w:vAlign w:val="center"/>
            <w:tcMar>
              <w:left w:w="110" w:type="dxa"/>
              <w:right w:w="110" w:type="dxa"/>
              <w:top w:w="80" w:type="dxa"/>
              <w:bottom w:w="80" w:type="dxa"/>
            </w:tcMar>
            <w:shd w:fill="233B4B"/>
          </w:tcPr>
          <w:p>
            <w:pPr>
              <w:spacing w:after="0" w:line="254" w:lineRule="auto"/>
            </w:pPr>
            <w:r>
              <w:rPr>
                <w:rFonts w:ascii="Arial" w:hAnsi="Arial"/>
                <w:b/>
                <w:color w:val="FFFFFF"/>
                <w:sz w:val="18"/>
              </w:rPr>
              <w:t>Қайталау</w:t>
            </w:r>
          </w:p>
        </w:tc>
      </w:tr>
      <w:tr>
        <w:trPr>
          <w:cantSplit/>
        </w:trPr>
        <w:tc>
          <w:tcPr>
            <w:tcW w:type="dxa" w:w="1392"/>
            <w:vAlign w:val="center"/>
            <w:tcMar>
              <w:left w:w="110" w:type="dxa"/>
              <w:right w:w="110" w:type="dxa"/>
              <w:top w:w="80" w:type="dxa"/>
              <w:bottom w:w="80" w:type="dxa"/>
            </w:tcMar>
          </w:tcPr>
          <w:p>
            <w:pPr>
              <w:spacing w:after="0" w:line="254" w:lineRule="auto"/>
            </w:pPr>
            <w:r>
              <w:rPr>
                <w:rFonts w:ascii="Arial" w:hAnsi="Arial"/>
                <w:b w:val="0"/>
                <w:color w:val="000000"/>
                <w:sz w:val="18"/>
              </w:rPr>
              <w:t>________</w:t>
            </w:r>
          </w:p>
        </w:tc>
        <w:tc>
          <w:tcPr>
            <w:tcW w:type="dxa" w:w="2884"/>
            <w:vAlign w:val="center"/>
            <w:tcMar>
              <w:left w:w="110" w:type="dxa"/>
              <w:right w:w="110" w:type="dxa"/>
              <w:top w:w="80" w:type="dxa"/>
              <w:bottom w:w="80" w:type="dxa"/>
            </w:tcMar>
          </w:tcPr>
          <w:p>
            <w:pPr>
              <w:spacing w:after="0" w:line="254" w:lineRule="auto"/>
            </w:pPr>
            <w:r>
              <w:rPr>
                <w:rFonts w:ascii="Arial" w:hAnsi="Arial"/>
                <w:b w:val="0"/>
                <w:color w:val="000000"/>
                <w:sz w:val="18"/>
              </w:rPr>
              <w:t>________________</w:t>
              <w:br/>
              <w:t>________________</w:t>
              <w:br/>
              <w:t>________________</w:t>
            </w:r>
          </w:p>
        </w:tc>
        <w:tc>
          <w:tcPr>
            <w:tcW w:type="dxa" w:w="3879"/>
            <w:vAlign w:val="center"/>
            <w:tcMar>
              <w:left w:w="110" w:type="dxa"/>
              <w:right w:w="110" w:type="dxa"/>
              <w:top w:w="80" w:type="dxa"/>
              <w:bottom w:w="80" w:type="dxa"/>
            </w:tcMar>
          </w:tcPr>
          <w:p>
            <w:pPr>
              <w:spacing w:after="0" w:line="254" w:lineRule="auto"/>
            </w:pPr>
            <w:r>
              <w:rPr>
                <w:rFonts w:ascii="Arial" w:hAnsi="Arial"/>
                <w:b w:val="0"/>
                <w:color w:val="000000"/>
                <w:sz w:val="18"/>
              </w:rPr>
              <w:t>________________</w:t>
              <w:br/>
              <w:t>________________</w:t>
              <w:br/>
              <w:t>________________</w:t>
            </w:r>
          </w:p>
        </w:tc>
        <w:tc>
          <w:tcPr>
            <w:tcW w:type="dxa" w:w="1790"/>
            <w:vAlign w:val="center"/>
            <w:tcMar>
              <w:left w:w="110" w:type="dxa"/>
              <w:right w:w="110" w:type="dxa"/>
              <w:top w:w="80" w:type="dxa"/>
              <w:bottom w:w="80" w:type="dxa"/>
            </w:tcMar>
          </w:tcPr>
          <w:p>
            <w:pPr>
              <w:spacing w:after="0" w:line="254" w:lineRule="auto"/>
            </w:pPr>
            <w:r>
              <w:rPr>
                <w:rFonts w:ascii="Arial" w:hAnsi="Arial"/>
                <w:b w:val="0"/>
                <w:color w:val="000000"/>
                <w:sz w:val="18"/>
              </w:rPr>
              <w:t>________</w:t>
              <w:br/>
              <w:t>________</w:t>
            </w:r>
          </w:p>
        </w:tc>
      </w:tr>
      <w:tr>
        <w:trPr>
          <w:cantSplit/>
        </w:trPr>
        <w:tc>
          <w:tcPr>
            <w:tcW w:type="dxa" w:w="1392"/>
            <w:vAlign w:val="center"/>
            <w:tcMar>
              <w:left w:w="110" w:type="dxa"/>
              <w:right w:w="110" w:type="dxa"/>
              <w:top w:w="80" w:type="dxa"/>
              <w:bottom w:w="80" w:type="dxa"/>
            </w:tcMar>
            <w:shd w:fill="F3F6F7"/>
          </w:tcPr>
          <w:p>
            <w:pPr>
              <w:spacing w:after="0" w:line="254" w:lineRule="auto"/>
            </w:pPr>
            <w:r>
              <w:rPr>
                <w:rFonts w:ascii="Arial" w:hAnsi="Arial"/>
                <w:b w:val="0"/>
                <w:color w:val="000000"/>
                <w:sz w:val="18"/>
              </w:rPr>
              <w:t>________</w:t>
            </w:r>
          </w:p>
        </w:tc>
        <w:tc>
          <w:tcPr>
            <w:tcW w:type="dxa" w:w="2884"/>
            <w:vAlign w:val="center"/>
            <w:tcMar>
              <w:left w:w="110" w:type="dxa"/>
              <w:right w:w="110" w:type="dxa"/>
              <w:top w:w="80" w:type="dxa"/>
              <w:bottom w:w="80" w:type="dxa"/>
            </w:tcMar>
            <w:shd w:fill="F3F6F7"/>
          </w:tcPr>
          <w:p>
            <w:pPr>
              <w:spacing w:after="0" w:line="254" w:lineRule="auto"/>
            </w:pPr>
            <w:r>
              <w:rPr>
                <w:rFonts w:ascii="Arial" w:hAnsi="Arial"/>
                <w:b w:val="0"/>
                <w:color w:val="000000"/>
                <w:sz w:val="18"/>
              </w:rPr>
              <w:t>________________</w:t>
              <w:br/>
              <w:t>________________</w:t>
              <w:br/>
              <w:t>________________</w:t>
            </w:r>
          </w:p>
        </w:tc>
        <w:tc>
          <w:tcPr>
            <w:tcW w:type="dxa" w:w="3879"/>
            <w:vAlign w:val="center"/>
            <w:tcMar>
              <w:left w:w="110" w:type="dxa"/>
              <w:right w:w="110" w:type="dxa"/>
              <w:top w:w="80" w:type="dxa"/>
              <w:bottom w:w="80" w:type="dxa"/>
            </w:tcMar>
            <w:shd w:fill="F3F6F7"/>
          </w:tcPr>
          <w:p>
            <w:pPr>
              <w:spacing w:after="0" w:line="254" w:lineRule="auto"/>
            </w:pPr>
            <w:r>
              <w:rPr>
                <w:rFonts w:ascii="Arial" w:hAnsi="Arial"/>
                <w:b w:val="0"/>
                <w:color w:val="000000"/>
                <w:sz w:val="18"/>
              </w:rPr>
              <w:t>________________</w:t>
              <w:br/>
              <w:t>________________</w:t>
              <w:br/>
              <w:t>________________</w:t>
            </w:r>
          </w:p>
        </w:tc>
        <w:tc>
          <w:tcPr>
            <w:tcW w:type="dxa" w:w="1790"/>
            <w:vAlign w:val="center"/>
            <w:tcMar>
              <w:left w:w="110" w:type="dxa"/>
              <w:right w:w="110" w:type="dxa"/>
              <w:top w:w="80" w:type="dxa"/>
              <w:bottom w:w="80" w:type="dxa"/>
            </w:tcMar>
            <w:shd w:fill="F3F6F7"/>
          </w:tcPr>
          <w:p>
            <w:pPr>
              <w:spacing w:after="0" w:line="254" w:lineRule="auto"/>
            </w:pPr>
            <w:r>
              <w:rPr>
                <w:rFonts w:ascii="Arial" w:hAnsi="Arial"/>
                <w:b w:val="0"/>
                <w:color w:val="000000"/>
                <w:sz w:val="18"/>
              </w:rPr>
              <w:t>________</w:t>
              <w:br/>
              <w:t>________</w:t>
            </w:r>
          </w:p>
        </w:tc>
      </w:tr>
      <w:tr>
        <w:trPr>
          <w:cantSplit/>
        </w:trPr>
        <w:tc>
          <w:tcPr>
            <w:tcW w:type="dxa" w:w="1392"/>
            <w:vAlign w:val="center"/>
            <w:tcMar>
              <w:left w:w="110" w:type="dxa"/>
              <w:right w:w="110" w:type="dxa"/>
              <w:top w:w="80" w:type="dxa"/>
              <w:bottom w:w="80" w:type="dxa"/>
            </w:tcMar>
          </w:tcPr>
          <w:p>
            <w:pPr>
              <w:spacing w:after="0" w:line="254" w:lineRule="auto"/>
            </w:pPr>
            <w:r>
              <w:rPr>
                <w:rFonts w:ascii="Arial" w:hAnsi="Arial"/>
                <w:b w:val="0"/>
                <w:color w:val="000000"/>
                <w:sz w:val="18"/>
              </w:rPr>
              <w:t>________</w:t>
            </w:r>
          </w:p>
        </w:tc>
        <w:tc>
          <w:tcPr>
            <w:tcW w:type="dxa" w:w="2884"/>
            <w:vAlign w:val="center"/>
            <w:tcMar>
              <w:left w:w="110" w:type="dxa"/>
              <w:right w:w="110" w:type="dxa"/>
              <w:top w:w="80" w:type="dxa"/>
              <w:bottom w:w="80" w:type="dxa"/>
            </w:tcMar>
          </w:tcPr>
          <w:p>
            <w:pPr>
              <w:spacing w:after="0" w:line="254" w:lineRule="auto"/>
            </w:pPr>
            <w:r>
              <w:rPr>
                <w:rFonts w:ascii="Arial" w:hAnsi="Arial"/>
                <w:b w:val="0"/>
                <w:color w:val="000000"/>
                <w:sz w:val="18"/>
              </w:rPr>
              <w:t>________________</w:t>
              <w:br/>
              <w:t>________________</w:t>
              <w:br/>
              <w:t>________________</w:t>
            </w:r>
          </w:p>
        </w:tc>
        <w:tc>
          <w:tcPr>
            <w:tcW w:type="dxa" w:w="3879"/>
            <w:vAlign w:val="center"/>
            <w:tcMar>
              <w:left w:w="110" w:type="dxa"/>
              <w:right w:w="110" w:type="dxa"/>
              <w:top w:w="80" w:type="dxa"/>
              <w:bottom w:w="80" w:type="dxa"/>
            </w:tcMar>
          </w:tcPr>
          <w:p>
            <w:pPr>
              <w:spacing w:after="0" w:line="254" w:lineRule="auto"/>
            </w:pPr>
            <w:r>
              <w:rPr>
                <w:rFonts w:ascii="Arial" w:hAnsi="Arial"/>
                <w:b w:val="0"/>
                <w:color w:val="000000"/>
                <w:sz w:val="18"/>
              </w:rPr>
              <w:t>________________</w:t>
              <w:br/>
              <w:t>________________</w:t>
              <w:br/>
              <w:t>________________</w:t>
            </w:r>
          </w:p>
        </w:tc>
        <w:tc>
          <w:tcPr>
            <w:tcW w:type="dxa" w:w="1790"/>
            <w:vAlign w:val="center"/>
            <w:tcMar>
              <w:left w:w="110" w:type="dxa"/>
              <w:right w:w="110" w:type="dxa"/>
              <w:top w:w="80" w:type="dxa"/>
              <w:bottom w:w="80" w:type="dxa"/>
            </w:tcMar>
          </w:tcPr>
          <w:p>
            <w:pPr>
              <w:spacing w:after="0" w:line="254" w:lineRule="auto"/>
            </w:pPr>
            <w:r>
              <w:rPr>
                <w:rFonts w:ascii="Arial" w:hAnsi="Arial"/>
                <w:b w:val="0"/>
                <w:color w:val="000000"/>
                <w:sz w:val="18"/>
              </w:rPr>
              <w:t>________</w:t>
              <w:br/>
              <w:t>________</w:t>
            </w:r>
          </w:p>
        </w:tc>
      </w:tr>
      <w:tr>
        <w:trPr>
          <w:cantSplit/>
        </w:trPr>
        <w:tc>
          <w:tcPr>
            <w:tcW w:type="dxa" w:w="1392"/>
            <w:vAlign w:val="center"/>
            <w:tcMar>
              <w:left w:w="110" w:type="dxa"/>
              <w:right w:w="110" w:type="dxa"/>
              <w:top w:w="80" w:type="dxa"/>
              <w:bottom w:w="80" w:type="dxa"/>
            </w:tcMar>
            <w:shd w:fill="F3F6F7"/>
          </w:tcPr>
          <w:p>
            <w:pPr>
              <w:spacing w:after="0" w:line="254" w:lineRule="auto"/>
            </w:pPr>
            <w:r>
              <w:rPr>
                <w:rFonts w:ascii="Arial" w:hAnsi="Arial"/>
                <w:b w:val="0"/>
                <w:color w:val="000000"/>
                <w:sz w:val="18"/>
              </w:rPr>
              <w:t>________</w:t>
            </w:r>
          </w:p>
        </w:tc>
        <w:tc>
          <w:tcPr>
            <w:tcW w:type="dxa" w:w="2884"/>
            <w:vAlign w:val="center"/>
            <w:tcMar>
              <w:left w:w="110" w:type="dxa"/>
              <w:right w:w="110" w:type="dxa"/>
              <w:top w:w="80" w:type="dxa"/>
              <w:bottom w:w="80" w:type="dxa"/>
            </w:tcMar>
            <w:shd w:fill="F3F6F7"/>
          </w:tcPr>
          <w:p>
            <w:pPr>
              <w:spacing w:after="0" w:line="254" w:lineRule="auto"/>
            </w:pPr>
            <w:r>
              <w:rPr>
                <w:rFonts w:ascii="Arial" w:hAnsi="Arial"/>
                <w:b w:val="0"/>
                <w:color w:val="000000"/>
                <w:sz w:val="18"/>
              </w:rPr>
              <w:t>________________</w:t>
              <w:br/>
              <w:t>________________</w:t>
              <w:br/>
              <w:t>________________</w:t>
            </w:r>
          </w:p>
        </w:tc>
        <w:tc>
          <w:tcPr>
            <w:tcW w:type="dxa" w:w="3879"/>
            <w:vAlign w:val="center"/>
            <w:tcMar>
              <w:left w:w="110" w:type="dxa"/>
              <w:right w:w="110" w:type="dxa"/>
              <w:top w:w="80" w:type="dxa"/>
              <w:bottom w:w="80" w:type="dxa"/>
            </w:tcMar>
            <w:shd w:fill="F3F6F7"/>
          </w:tcPr>
          <w:p>
            <w:pPr>
              <w:spacing w:after="0" w:line="254" w:lineRule="auto"/>
            </w:pPr>
            <w:r>
              <w:rPr>
                <w:rFonts w:ascii="Arial" w:hAnsi="Arial"/>
                <w:b w:val="0"/>
                <w:color w:val="000000"/>
                <w:sz w:val="18"/>
              </w:rPr>
              <w:t>________________</w:t>
              <w:br/>
              <w:t>________________</w:t>
              <w:br/>
              <w:t>________________</w:t>
            </w:r>
          </w:p>
        </w:tc>
        <w:tc>
          <w:tcPr>
            <w:tcW w:type="dxa" w:w="1790"/>
            <w:vAlign w:val="center"/>
            <w:tcMar>
              <w:left w:w="110" w:type="dxa"/>
              <w:right w:w="110" w:type="dxa"/>
              <w:top w:w="80" w:type="dxa"/>
              <w:bottom w:w="80" w:type="dxa"/>
            </w:tcMar>
            <w:shd w:fill="F3F6F7"/>
          </w:tcPr>
          <w:p>
            <w:pPr>
              <w:spacing w:after="0" w:line="254" w:lineRule="auto"/>
            </w:pPr>
            <w:r>
              <w:rPr>
                <w:rFonts w:ascii="Arial" w:hAnsi="Arial"/>
                <w:b w:val="0"/>
                <w:color w:val="000000"/>
                <w:sz w:val="18"/>
              </w:rPr>
              <w:t>________</w:t>
              <w:br/>
              <w:t>________</w:t>
            </w:r>
          </w:p>
        </w:tc>
      </w:tr>
      <w:tr>
        <w:trPr>
          <w:cantSplit/>
        </w:trPr>
        <w:tc>
          <w:tcPr>
            <w:tcW w:type="dxa" w:w="1392"/>
            <w:vAlign w:val="center"/>
            <w:tcMar>
              <w:left w:w="110" w:type="dxa"/>
              <w:right w:w="110" w:type="dxa"/>
              <w:top w:w="80" w:type="dxa"/>
              <w:bottom w:w="80" w:type="dxa"/>
            </w:tcMar>
          </w:tcPr>
          <w:p>
            <w:pPr>
              <w:spacing w:after="0" w:line="254" w:lineRule="auto"/>
            </w:pPr>
            <w:r>
              <w:rPr>
                <w:rFonts w:ascii="Arial" w:hAnsi="Arial"/>
                <w:b w:val="0"/>
                <w:color w:val="000000"/>
                <w:sz w:val="18"/>
              </w:rPr>
              <w:t>________</w:t>
            </w:r>
          </w:p>
        </w:tc>
        <w:tc>
          <w:tcPr>
            <w:tcW w:type="dxa" w:w="2884"/>
            <w:vAlign w:val="center"/>
            <w:tcMar>
              <w:left w:w="110" w:type="dxa"/>
              <w:right w:w="110" w:type="dxa"/>
              <w:top w:w="80" w:type="dxa"/>
              <w:bottom w:w="80" w:type="dxa"/>
            </w:tcMar>
          </w:tcPr>
          <w:p>
            <w:pPr>
              <w:spacing w:after="0" w:line="254" w:lineRule="auto"/>
            </w:pPr>
            <w:r>
              <w:rPr>
                <w:rFonts w:ascii="Arial" w:hAnsi="Arial"/>
                <w:b w:val="0"/>
                <w:color w:val="000000"/>
                <w:sz w:val="18"/>
              </w:rPr>
              <w:t>________________</w:t>
              <w:br/>
              <w:t>________________</w:t>
              <w:br/>
              <w:t>________________</w:t>
            </w:r>
          </w:p>
        </w:tc>
        <w:tc>
          <w:tcPr>
            <w:tcW w:type="dxa" w:w="3879"/>
            <w:vAlign w:val="center"/>
            <w:tcMar>
              <w:left w:w="110" w:type="dxa"/>
              <w:right w:w="110" w:type="dxa"/>
              <w:top w:w="80" w:type="dxa"/>
              <w:bottom w:w="80" w:type="dxa"/>
            </w:tcMar>
          </w:tcPr>
          <w:p>
            <w:pPr>
              <w:spacing w:after="0" w:line="254" w:lineRule="auto"/>
            </w:pPr>
            <w:r>
              <w:rPr>
                <w:rFonts w:ascii="Arial" w:hAnsi="Arial"/>
                <w:b w:val="0"/>
                <w:color w:val="000000"/>
                <w:sz w:val="18"/>
              </w:rPr>
              <w:t>________________</w:t>
              <w:br/>
              <w:t>________________</w:t>
              <w:br/>
              <w:t>________________</w:t>
            </w:r>
          </w:p>
        </w:tc>
        <w:tc>
          <w:tcPr>
            <w:tcW w:type="dxa" w:w="1790"/>
            <w:vAlign w:val="center"/>
            <w:tcMar>
              <w:left w:w="110" w:type="dxa"/>
              <w:right w:w="110" w:type="dxa"/>
              <w:top w:w="80" w:type="dxa"/>
              <w:bottom w:w="80" w:type="dxa"/>
            </w:tcMar>
          </w:tcPr>
          <w:p>
            <w:pPr>
              <w:spacing w:after="0" w:line="254" w:lineRule="auto"/>
            </w:pPr>
            <w:r>
              <w:rPr>
                <w:rFonts w:ascii="Arial" w:hAnsi="Arial"/>
                <w:b w:val="0"/>
                <w:color w:val="000000"/>
                <w:sz w:val="18"/>
              </w:rPr>
              <w:t>________</w:t>
              <w:br/>
              <w:t>________</w:t>
            </w:r>
          </w:p>
        </w:tc>
      </w:tr>
      <w:tr>
        <w:trPr>
          <w:cantSplit/>
        </w:trPr>
        <w:tc>
          <w:tcPr>
            <w:tcW w:type="dxa" w:w="1392"/>
            <w:vAlign w:val="center"/>
            <w:tcMar>
              <w:left w:w="110" w:type="dxa"/>
              <w:right w:w="110" w:type="dxa"/>
              <w:top w:w="80" w:type="dxa"/>
              <w:bottom w:w="80" w:type="dxa"/>
            </w:tcMar>
            <w:shd w:fill="F3F6F7"/>
          </w:tcPr>
          <w:p>
            <w:pPr>
              <w:spacing w:after="0" w:line="254" w:lineRule="auto"/>
            </w:pPr>
            <w:r>
              <w:rPr>
                <w:rFonts w:ascii="Arial" w:hAnsi="Arial"/>
                <w:b w:val="0"/>
                <w:color w:val="000000"/>
                <w:sz w:val="18"/>
              </w:rPr>
              <w:t>________</w:t>
            </w:r>
          </w:p>
        </w:tc>
        <w:tc>
          <w:tcPr>
            <w:tcW w:type="dxa" w:w="2884"/>
            <w:vAlign w:val="center"/>
            <w:tcMar>
              <w:left w:w="110" w:type="dxa"/>
              <w:right w:w="110" w:type="dxa"/>
              <w:top w:w="80" w:type="dxa"/>
              <w:bottom w:w="80" w:type="dxa"/>
            </w:tcMar>
            <w:shd w:fill="F3F6F7"/>
          </w:tcPr>
          <w:p>
            <w:pPr>
              <w:spacing w:after="0" w:line="254" w:lineRule="auto"/>
            </w:pPr>
            <w:r>
              <w:rPr>
                <w:rFonts w:ascii="Arial" w:hAnsi="Arial"/>
                <w:b w:val="0"/>
                <w:color w:val="000000"/>
                <w:sz w:val="18"/>
              </w:rPr>
              <w:t>________________</w:t>
              <w:br/>
              <w:t>________________</w:t>
              <w:br/>
              <w:t>________________</w:t>
            </w:r>
          </w:p>
        </w:tc>
        <w:tc>
          <w:tcPr>
            <w:tcW w:type="dxa" w:w="3879"/>
            <w:vAlign w:val="center"/>
            <w:tcMar>
              <w:left w:w="110" w:type="dxa"/>
              <w:right w:w="110" w:type="dxa"/>
              <w:top w:w="80" w:type="dxa"/>
              <w:bottom w:w="80" w:type="dxa"/>
            </w:tcMar>
            <w:shd w:fill="F3F6F7"/>
          </w:tcPr>
          <w:p>
            <w:pPr>
              <w:spacing w:after="0" w:line="254" w:lineRule="auto"/>
            </w:pPr>
            <w:r>
              <w:rPr>
                <w:rFonts w:ascii="Arial" w:hAnsi="Arial"/>
                <w:b w:val="0"/>
                <w:color w:val="000000"/>
                <w:sz w:val="18"/>
              </w:rPr>
              <w:t>________________</w:t>
              <w:br/>
              <w:t>________________</w:t>
              <w:br/>
              <w:t>________________</w:t>
            </w:r>
          </w:p>
        </w:tc>
        <w:tc>
          <w:tcPr>
            <w:tcW w:type="dxa" w:w="1790"/>
            <w:vAlign w:val="center"/>
            <w:tcMar>
              <w:left w:w="110" w:type="dxa"/>
              <w:right w:w="110" w:type="dxa"/>
              <w:top w:w="80" w:type="dxa"/>
              <w:bottom w:w="80" w:type="dxa"/>
            </w:tcMar>
            <w:shd w:fill="F3F6F7"/>
          </w:tcPr>
          <w:p>
            <w:pPr>
              <w:spacing w:after="0" w:line="254" w:lineRule="auto"/>
            </w:pPr>
            <w:r>
              <w:rPr>
                <w:rFonts w:ascii="Arial" w:hAnsi="Arial"/>
                <w:b w:val="0"/>
                <w:color w:val="000000"/>
                <w:sz w:val="18"/>
              </w:rPr>
              <w:t>________</w:t>
              <w:br/>
              <w:t>________</w:t>
            </w:r>
          </w:p>
        </w:tc>
      </w:tr>
    </w:tbl>
    <w:p>
      <w:pPr>
        <w:widowControl/>
        <w:spacing w:before="0" w:after="160" w:line="20" w:lineRule="exact"/>
        <w:ind w:left="0"/>
      </w:pPr>
      <w:r>
        <w:rPr>
          <w:rFonts w:ascii="Arial" w:hAnsi="Arial"/>
          <w:b w:val="0"/>
          <w:color w:val="000000"/>
          <w:sz w:val="2"/>
        </w:rPr>
      </w:r>
    </w:p>
    <w:p>
      <w:pPr>
        <w:widowControl/>
        <w:spacing w:before="0" w:after="340" w:line="276" w:lineRule="auto"/>
        <w:ind w:left="0"/>
      </w:pPr>
      <w:r>
        <w:rPr>
          <w:rFonts w:ascii="Arial" w:hAnsi="Arial"/>
          <w:b w:val="0"/>
          <w:color w:val="000000"/>
          <w:sz w:val="21"/>
        </w:rPr>
        <w:t>Мысал: 2-сынақ, математика, 16-есеп — үйден қашықтықты бүкіл жолмен шатастырдым — қозғалыс бөліктерінің ұзындықтарын қосу — қайта орындау дұрыс шықты.</w:t>
      </w:r>
    </w:p>
    <w:p>
      <w:pPr>
        <w:widowControl/>
        <w:spacing w:before="0" w:after="180" w:line="276" w:lineRule="auto"/>
        <w:ind w:left="0"/>
      </w:pPr>
      <w:r>
        <w:rPr>
          <w:rFonts w:ascii="Arial" w:hAnsi="Arial"/>
          <w:b w:val="0"/>
          <w:color w:val="000000"/>
          <w:sz w:val="22"/>
        </w:rPr>
        <w:t>Жауап алдында шектеулерді, бірліктерді және нәтиже мағынасын тексеріңіз. D үшін екі рұқсат етілген жағдай көрсетіңіз. Минимум не максимум үшін шекараны дәлелдеп, оған жететін мысал келтіріңіз.</w:t>
      </w:r>
    </w:p>
    <w:p>
      <w:pPr>
        <w:pStyle w:val="Heading1"/>
        <w:pageBreakBefore/>
        <w:widowControl/>
        <w:spacing w:before="0" w:after="160" w:line="276" w:lineRule="auto"/>
        <w:ind w:left="0"/>
      </w:pPr>
      <w:r>
        <w:rPr>
          <w:rFonts w:ascii="Arial" w:hAnsi="Arial"/>
          <w:b/>
          <w:color w:val="000000"/>
          <w:sz w:val="42"/>
        </w:rPr>
        <w:t>Дереккөздер және басылым туралы мәлімет</w:t>
      </w:r>
    </w:p>
    <w:p>
      <w:pPr>
        <w:widowControl/>
        <w:spacing w:before="0" w:after="420" w:line="276" w:lineRule="auto"/>
        <w:ind w:left="0"/>
      </w:pPr>
      <w:r>
        <w:rPr>
          <w:rFonts w:ascii="Arial" w:hAnsi="Arial"/>
          <w:b w:val="0"/>
          <w:color w:val="000000"/>
          <w:sz w:val="20"/>
        </w:rPr>
        <w:t>Күрделірек есептермен толықтырылған басылым</w:t>
      </w:r>
    </w:p>
    <w:p>
      <w:pPr>
        <w:widowControl/>
        <w:spacing w:before="0" w:after="240" w:line="276" w:lineRule="auto"/>
        <w:ind w:left="0"/>
      </w:pPr>
      <w:r>
        <w:rPr>
          <w:rFonts w:ascii="Arial" w:hAnsi="Arial"/>
          <w:b w:val="0"/>
          <w:color w:val="000000"/>
          <w:sz w:val="21"/>
        </w:rPr>
        <w:t>Форматты талдауға НЗМ-нің ресми үлгілері мен тестілеу жадынамасы негіз болды. Ұсыну тәсілдерін салыстыру үшін Bolashak School жинағының шешімдері бар ашық жеті беттік үзіндісі және жеке жауап файлы зерттелді. Толық жабық коммерциялық жинақтар пайдаланылған жоқ.</w:t>
      </w:r>
    </w:p>
    <w:p>
      <w:pPr>
        <w:widowControl/>
        <w:spacing w:before="0" w:after="240" w:line="276" w:lineRule="auto"/>
        <w:ind w:left="0"/>
      </w:pPr>
      <w:r>
        <w:rPr>
          <w:rFonts w:ascii="Arial" w:hAnsi="Arial"/>
          <w:b w:val="0"/>
          <w:color w:val="000000"/>
          <w:sz w:val="21"/>
        </w:rPr>
        <w:t>Бұл қазақша басылымда 520 авторлық тапсырма бар. Күрделірек 181–220 блогына 24 математикалық есеп пен 16 салыстыру, жауаптары және толық талдаулары кірген. Орысша нұсқадағы барлық тапсырма, жауап және нөмір сақталған. Мазмұн, бетбелгілер, сурет жазулары қазақ тіліне бейімделген.</w:t>
      </w:r>
    </w:p>
    <w:p>
      <w:pPr>
        <w:widowControl/>
        <w:spacing w:before="0" w:after="280" w:line="276" w:lineRule="auto"/>
        <w:ind w:left="0"/>
      </w:pPr>
      <w:r>
        <w:rPr>
          <w:rFonts w:ascii="Arial" w:hAnsi="Arial"/>
          <w:b w:val="0"/>
          <w:color w:val="000000"/>
          <w:sz w:val="21"/>
        </w:rPr>
        <w:t>Графикалық деректер 32 тапсырмада қолданылады: жеке бөлімде 16, 2 және 3-сынақтардың әрқайсысында 8. Суреттер, графиктер, шарттар және шешімдер осы кітап үшін жасалған. Күрделілік белгілері автор бағасын көрсетеді; емтихандық іріктемеде статистикалық тексеру жүргізілмеген.</w:t>
      </w:r>
    </w:p>
    <w:p>
      <w:pPr>
        <w:widowControl/>
        <w:spacing w:before="0" w:after="100" w:line="276" w:lineRule="auto"/>
        <w:ind w:left="0"/>
      </w:pPr>
      <w:r>
        <w:rPr>
          <w:rFonts w:ascii="Arial" w:hAnsi="Arial"/>
          <w:b w:val="0"/>
          <w:color w:val="000000"/>
          <w:sz w:val="19"/>
        </w:rPr>
        <w:t>1. НЗМ. Кешенді тестілеу жадынамасы. Бөлімдердің форматы мен уақыты.</w:t>
      </w:r>
    </w:p>
    <w:p>
      <w:pPr>
        <w:widowControl/>
        <w:spacing w:before="0" w:after="240" w:line="276" w:lineRule="auto"/>
        <w:ind w:left="0"/>
      </w:pPr>
      <w:r>
        <w:rPr>
          <w:rFonts w:ascii="Arial" w:hAnsi="Arial"/>
          <w:b w:val="0"/>
          <w:color w:val="000000"/>
          <w:sz w:val="17"/>
        </w:rPr>
        <w:t>https://nis.edu.kz/storage/files/01K9E6B9J358W8M3C06ZC40A62.pdf</w:t>
      </w:r>
    </w:p>
    <w:p>
      <w:pPr>
        <w:widowControl/>
        <w:spacing w:before="0" w:after="100" w:line="276" w:lineRule="auto"/>
        <w:ind w:left="0"/>
      </w:pPr>
      <w:r>
        <w:rPr>
          <w:rFonts w:ascii="Arial" w:hAnsi="Arial"/>
          <w:b w:val="0"/>
          <w:color w:val="000000"/>
          <w:sz w:val="19"/>
        </w:rPr>
        <w:t>2. НЗМ. 7-сыныпқа конкурстық іріктеу тест тапсырмаларының үлгілері. 1-күн.</w:t>
      </w:r>
    </w:p>
    <w:p>
      <w:pPr>
        <w:widowControl/>
        <w:spacing w:before="0" w:after="240" w:line="276" w:lineRule="auto"/>
        <w:ind w:left="0"/>
      </w:pPr>
      <w:r>
        <w:rPr>
          <w:rFonts w:ascii="Arial" w:hAnsi="Arial"/>
          <w:b w:val="0"/>
          <w:color w:val="000000"/>
          <w:sz w:val="17"/>
        </w:rPr>
        <w:t>https://www.nis.edu.kz/storage/files/01JSJ1FMQBQMCEGGVJ7ZTC4ESA.pdf</w:t>
      </w:r>
    </w:p>
    <w:p>
      <w:pPr>
        <w:widowControl/>
        <w:spacing w:before="0" w:after="100" w:line="276" w:lineRule="auto"/>
        <w:ind w:left="0"/>
      </w:pPr>
      <w:r>
        <w:rPr>
          <w:rFonts w:ascii="Arial" w:hAnsi="Arial"/>
          <w:b w:val="0"/>
          <w:color w:val="000000"/>
          <w:sz w:val="19"/>
        </w:rPr>
        <w:t>3. Нажмадинова Әлия, Есіркенов Алмат, Бегман Диас. НЗМ, БИЛ, РФМШ-ға математика мен логикадан дайындалуға арналған шешімдері бар тест жинағы. Алматы, 2021. Ашық үзінді, 7 бет.</w:t>
      </w:r>
    </w:p>
    <w:p>
      <w:pPr>
        <w:widowControl/>
        <w:spacing w:before="0" w:after="240" w:line="276" w:lineRule="auto"/>
        <w:ind w:left="0"/>
      </w:pPr>
      <w:r>
        <w:rPr>
          <w:rFonts w:ascii="Arial" w:hAnsi="Arial"/>
          <w:b w:val="0"/>
          <w:color w:val="000000"/>
          <w:sz w:val="17"/>
        </w:rPr>
        <w:t>https://schoolbolashak.kz/img/otdv/msr.pdf</w:t>
      </w:r>
    </w:p>
    <w:p>
      <w:pPr>
        <w:widowControl/>
        <w:spacing w:before="0" w:after="100" w:line="276" w:lineRule="auto"/>
        <w:ind w:left="0"/>
      </w:pPr>
      <w:r>
        <w:rPr>
          <w:rFonts w:ascii="Arial" w:hAnsi="Arial"/>
          <w:b w:val="0"/>
          <w:color w:val="000000"/>
          <w:sz w:val="19"/>
        </w:rPr>
        <w:t>4. Bolashak School. НЗМ-ге түсуге арналған тест жинағы. Жарияланған жауап файлы. Файл атауындағы жыл — 2017; тек жауаптарды ұйымдастыру тәсілін талдауға қолданылды.</w:t>
      </w:r>
    </w:p>
    <w:p>
      <w:pPr>
        <w:widowControl/>
        <w:spacing w:before="0" w:after="240" w:line="276" w:lineRule="auto"/>
        <w:ind w:left="0"/>
      </w:pPr>
      <w:r>
        <w:rPr>
          <w:rFonts w:ascii="Arial" w:hAnsi="Arial"/>
          <w:b w:val="0"/>
          <w:color w:val="000000"/>
          <w:sz w:val="17"/>
        </w:rPr>
        <w:t>https://schoolbolashak.kz/img/otvety/nish-otvety-2017.pdf</w:t>
      </w:r>
    </w:p>
    <w:p>
      <w:pPr>
        <w:widowControl/>
        <w:spacing w:before="0" w:after="180" w:line="276" w:lineRule="auto"/>
        <w:ind w:left="0"/>
      </w:pPr>
      <w:r>
        <w:rPr>
          <w:rFonts w:ascii="Arial" w:hAnsi="Arial"/>
          <w:b w:val="0"/>
          <w:color w:val="000000"/>
          <w:sz w:val="19"/>
        </w:rPr>
        <w:t>Қаралған күн: 2026 жылғы 19 қазан. Емтихан алдында nis.edu.kz сайтындағы қолданыстағы нұсқауларды тексеріңіз.</w:t>
      </w:r>
    </w:p>
    <w:sectPr w:rsidR="00FC693F" w:rsidRPr="0006063C" w:rsidSect="00034616">
      <w:headerReference w:type="default" r:id="rId9"/>
      <w:footerReference w:type="default" r:id="rId10"/>
      <w:headerReference w:type="first" r:id="rId28"/>
      <w:headerReference w:type="even" r:id="rId29"/>
      <w:pgSz w:w="11906" w:h="16838"/>
      <w:pgMar w:top="1040" w:right="980" w:bottom="1000" w:left="980" w:header="420" w:footer="4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946" w:val="right"/>
      </w:tabs>
    </w:pPr>
    <w:r>
      <w:rPr>
        <w:rFonts w:ascii="Arial" w:hAnsi="Arial"/>
        <w:color w:val="64727A"/>
        <w:sz w:val="16"/>
      </w:rPr>
      <w:t>ОҚУ ЖИНАҒЫ  ·  2026</w:t>
      <w:tab/>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466" w:val="right"/>
      </w:tabs>
    </w:pPr>
    <w:r>
      <w:rPr>
        <w:rFonts w:ascii="Arial" w:hAnsi="Arial"/>
        <w:sz w:val="16"/>
      </w:rPr>
      <w:t>НЗМ  /  МАТЕМАТИКА ЖӘНЕ САНДЫҚ СИПАТТАМАЛАР</w:t>
    </w: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v:textpath on="t" fitshape="t"/>
          <v:handles>
            <v:h position="#0,bottomRight" xrange="6629,14971"/>
          </v:handles>
          <o:lock v:ext="edit" text="t" shapetype="t"/>
        </v:shapetype>
        <v:shape id="ZiyatAcademyWatermark" type="#_x0000_t136" style="position:absolute;margin-left:0;margin-top:0;width:430pt;height:66pt;rotation:315;z-index:251654144;mso-position-horizontal:center;mso-position-horizontal-relative:page;mso-position-vertical:center;mso-position-vertical-relative:page" o:allowincell="f" fillcolor="#264257" stroked="f">
          <v:fill opacity="0.085"/>
          <v:textpath style="font-family:Arial;font-size:64pt" string="Ziyat Academy"/>
          <o:lock v:ext="edit" rotation="t"/>
        </v:shape>
      </w:pict>
    </w:r>
    <w:r>
      <w:rPr>
        <w:rFonts w:ascii="Arial" w:hAnsi="Arial"/>
        <w:b/>
        <w:color w:val="14572E"/>
        <w:sz w:val="16"/>
      </w:rPr>
      <w:tab/>
      <w:t>Ziyat Academy</w:t>
    </w:r>
    <w:r>
      <w:drawing>
        <wp:anchor distT="0" distB="0" distL="0" distR="0" simplePos="0" relativeHeight="251660288" behindDoc="0" locked="0" layoutInCell="1" allowOverlap="1">
          <wp:simplePos x="0" y="0"/>
          <wp:positionH relativeFrom="page">
            <wp:posOffset>6683705</wp:posOffset>
          </wp:positionH>
          <wp:positionV relativeFrom="page">
            <wp:posOffset>190500</wp:posOffset>
          </wp:positionV>
          <wp:extent cx="254000" cy="254000"/>
          <wp:effectExtent l="0" t="0" r="0" b="0"/>
          <wp:wrapNone/>
          <wp:docPr id="1001" name="Ziyat Academy logo" descr="Ziyat Academy school logo supplied by the us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ziyat_academy_logo.png"/>
                  <pic:cNvPicPr/>
                </pic:nvPicPr>
                <pic:blipFill>
                  <a:blip r:embed="rId1"/>
                  <a:stretch>
                    <a:fillRect/>
                  </a:stretch>
                </pic:blipFill>
                <pic:spPr>
                  <a:xfrm>
                    <a:off x="0" y="0"/>
                    <a:ext cx="254000" cy="254000"/>
                  </a:xfrm>
                  <a:prstGeom prst="rect"/>
                </pic:spPr>
              </pic:pic>
            </a:graphicData>
          </a:graphic>
        </wp:anchor>
      </w:drawing>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before="0" w:after="0"/>
      <w:ind w:right="1000"/>
      <w:jc w:val="right"/>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v:textpath on="t" fitshape="t"/>
          <v:handles>
            <v:h position="#0,bottomRight" xrange="6629,14971"/>
          </v:handles>
          <o:lock v:ext="edit" text="t" shapetype="t"/>
        </v:shapetype>
        <v:shape id="ZiyatAcademyWatermark" type="#_x0000_t136" style="position:absolute;margin-left:0;margin-top:620pt;width:270pt;height:44pt;rotation:315;z-index:251654144;mso-position-horizontal:center;mso-position-horizontal-relative:page;mso-position-vertical:absolute;mso-position-vertical-relative:page" o:allowincell="f" fillcolor="#264257" stroked="f">
          <v:fill opacity="0.085"/>
          <v:textpath style="font-family:Arial;font-size:38pt" string="Ziyat Academy"/>
          <o:lock v:ext="edit" rotation="t"/>
        </v:shape>
      </w:pict>
    </w:r>
    <w:r>
      <w:rPr>
        <w:rFonts w:ascii="Arial" w:hAnsi="Arial"/>
        <w:b/>
        <w:color w:val="14572E"/>
        <w:sz w:val="28"/>
      </w:rPr>
      <w:t>Ziyat Academy</w:t>
    </w:r>
    <w:r>
      <w:drawing>
        <wp:anchor distT="0" distB="0" distL="0" distR="0" simplePos="0" relativeHeight="251660288" behindDoc="0" locked="0" layoutInCell="1" allowOverlap="1">
          <wp:simplePos x="0" y="0"/>
          <wp:positionH relativeFrom="page">
            <wp:posOffset>6378905</wp:posOffset>
          </wp:positionH>
          <wp:positionV relativeFrom="page">
            <wp:posOffset>114300</wp:posOffset>
          </wp:positionV>
          <wp:extent cx="558800" cy="558800"/>
          <wp:effectExtent l="0" t="0" r="0" b="0"/>
          <wp:wrapNone/>
          <wp:docPr id="1002" name="Ziyat Academy logo" descr="Ziyat Academy school logo supplied by the us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ziyat_academy_logo.png"/>
                  <pic:cNvPicPr/>
                </pic:nvPicPr>
                <pic:blipFill>
                  <a:blip r:embed="rId1"/>
                  <a:stretch>
                    <a:fillRect/>
                  </a:stretch>
                </pic:blipFill>
                <pic:spPr>
                  <a:xfrm>
                    <a:off x="0" y="0"/>
                    <a:ext cx="558800" cy="558800"/>
                  </a:xfrm>
                  <a:prstGeom prst="rect"/>
                </pic:spPr>
              </pic:pic>
            </a:graphicData>
          </a:graphic>
        </wp:anchor>
      </w:drawing>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466" w:val="right"/>
      </w:tabs>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v:textpath on="t" fitshape="t"/>
          <v:handles>
            <v:h position="#0,bottomRight" xrange="6629,14971"/>
          </v:handles>
          <o:lock v:ext="edit" text="t" shapetype="t"/>
        </v:shapetype>
        <v:shape id="ZiyatAcademyWatermark" type="#_x0000_t136" style="position:absolute;margin-left:0;margin-top:0;width:430pt;height:66pt;rotation:315;z-index:251654144;mso-position-horizontal:center;mso-position-horizontal-relative:page;mso-position-vertical:center;mso-position-vertical-relative:page" o:allowincell="f" fillcolor="#264257" stroked="f">
          <v:fill opacity="0.085"/>
          <v:textpath style="font-family:Arial;font-size:64pt" string="Ziyat Academy"/>
          <o:lock v:ext="edit" rotation="t"/>
        </v:shape>
      </w:pict>
    </w:r>
    <w:r>
      <w:rPr>
        <w:rFonts w:ascii="Arial" w:hAnsi="Arial"/>
        <w:b/>
        <w:color w:val="14572E"/>
        <w:sz w:val="16"/>
      </w:rPr>
      <w:tab/>
      <w:t>Ziyat Academy</w:t>
    </w:r>
    <w:r>
      <w:drawing>
        <wp:anchor distT="0" distB="0" distL="0" distR="0" simplePos="0" relativeHeight="251660288" behindDoc="0" locked="0" layoutInCell="1" allowOverlap="1">
          <wp:simplePos x="0" y="0"/>
          <wp:positionH relativeFrom="page">
            <wp:posOffset>6683705</wp:posOffset>
          </wp:positionH>
          <wp:positionV relativeFrom="page">
            <wp:posOffset>190500</wp:posOffset>
          </wp:positionV>
          <wp:extent cx="254000" cy="254000"/>
          <wp:effectExtent l="0" t="0" r="0" b="0"/>
          <wp:wrapNone/>
          <wp:docPr id="1003" name="Ziyat Academy logo" descr="Ziyat Academy school logo supplied by the us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ziyat_academy_logo.png"/>
                  <pic:cNvPicPr/>
                </pic:nvPicPr>
                <pic:blipFill>
                  <a:blip r:embed="rId1"/>
                  <a:stretch>
                    <a:fillRect/>
                  </a:stretch>
                </pic:blipFill>
                <pic:spPr>
                  <a:xfrm>
                    <a:off x="0" y="0"/>
                    <a:ext cx="254000" cy="254000"/>
                  </a:xfrm>
                  <a:prstGeom prst="rect"/>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000000"/>
      <w:sz w:val="21"/>
      <w:lang w:val="kk-KZ"/>
    </w:rPr>
  </w:style>
  <w:style w:type="paragraph" w:styleId="Header">
    <w:name w:val="header"/>
    <w:basedOn w:val="Normal"/>
    <w:link w:val="HeaderChar"/>
    <w:uiPriority w:val="99"/>
    <w:unhideWhenUsed/>
    <w:rsid w:val="00E618BF"/>
    <w:pPr>
      <w:spacing w:after="0" w:line="240" w:lineRule="auto"/>
    </w:pPr>
    <w:rPr>
      <w:lang w:val="kk-KZ"/>
    </w:rPr>
  </w:style>
  <w:style w:type="character" w:customStyle="1" w:styleId="HeaderChar">
    <w:name w:val="Header Char"/>
    <w:basedOn w:val="DefaultParagraphFont"/>
    <w:link w:val="Header"/>
    <w:uiPriority w:val="99"/>
    <w:rsid w:val="00E618BF"/>
    <w:rPr>
      <w:lang w:val="kk-KZ"/>
    </w:rPr>
  </w:style>
  <w:style w:type="paragraph" w:styleId="Footer">
    <w:name w:val="footer"/>
    <w:basedOn w:val="Normal"/>
    <w:link w:val="FooterChar"/>
    <w:uiPriority w:val="99"/>
    <w:unhideWhenUsed/>
    <w:rsid w:val="00E618BF"/>
    <w:pPr>
      <w:tabs>
        <w:tab w:val="center" w:pos="4680"/>
        <w:tab w:val="right" w:pos="9360"/>
      </w:tabs>
      <w:spacing w:after="0" w:line="240" w:lineRule="auto"/>
    </w:pPr>
    <w:rPr>
      <w:lang w:val="kk-KZ"/>
    </w:rPr>
  </w:style>
  <w:style w:type="character" w:customStyle="1" w:styleId="FooterChar">
    <w:name w:val="Footer Char"/>
    <w:basedOn w:val="DefaultParagraphFont"/>
    <w:link w:val="Footer"/>
    <w:uiPriority w:val="99"/>
    <w:rsid w:val="00E618BF"/>
    <w:rPr>
      <w:lang w:val="kk-KZ"/>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lang w:val="kk-KZ"/>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lang w:val="kk-KZ"/>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lang w:val="kk-KZ"/>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lang w:val="kk-KZ"/>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lang w:val="kk-KZ"/>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lang w:val="kk-KZ"/>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lang w:val="kk-KZ"/>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lang w:val="kk-KZ"/>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lang w:val="kk-KZ"/>
    </w:rPr>
  </w:style>
  <w:style w:type="character" w:default="1" w:styleId="DefaultParagraphFont">
    <w:name w:val="Default Paragraph Font"/>
    <w:uiPriority w:val="1"/>
    <w:semiHidden/>
    <w:unhideWhenUsed/>
    <w:rPr>
      <w:lang w:val="kk-KZ"/>
    </w:rPr>
  </w:style>
  <w:style w:type="table" w:default="1" w:styleId="TableNormal">
    <w:name w:val="Normal Table"/>
    <w:uiPriority w:val="99"/>
    <w:semiHidden/>
    <w:unhideWhenUsed/>
    <w:tblPr>
      <w:tblInd w:w="0" w:type="dxa"/>
      <w:tblCellMar>
        <w:top w:w="0" w:type="dxa"/>
        <w:left w:w="108" w:type="dxa"/>
        <w:bottom w:w="0" w:type="dxa"/>
        <w:right w:w="108" w:type="dxa"/>
      </w:tblCellMar>
    </w:tblPr>
    <w:rPr>
      <w:lang w:val="kk-KZ"/>
    </w:rPr>
  </w:style>
  <w:style w:type="numbering" w:default="1" w:styleId="NoList">
    <w:name w:val="No List"/>
    <w:uiPriority w:val="99"/>
    <w:semiHidden/>
    <w:unhideWhenUsed/>
    <w:rPr>
      <w:lang w:val="kk-KZ"/>
    </w:rPr>
  </w:style>
  <w:style w:type="paragraph" w:styleId="NoSpacing">
    <w:name w:val="No Spacing"/>
    <w:uiPriority w:val="1"/>
    <w:qFormat/>
    <w:rsid w:val="00FC693F"/>
    <w:pPr>
      <w:spacing w:after="0" w:line="240" w:lineRule="auto"/>
    </w:pPr>
    <w:rPr>
      <w:lang w:val="kk-KZ"/>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lang w:val="kk-KZ"/>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lang w:val="kk-KZ"/>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lang w:val="kk-KZ"/>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52"/>
      <w:szCs w:val="52"/>
      <w:lang w:val="kk-KZ"/>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lang w:val="kk-KZ"/>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lang w:val="kk-KZ"/>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lang w:val="kk-KZ"/>
    </w:rPr>
  </w:style>
  <w:style w:type="paragraph" w:styleId="ListParagraph">
    <w:name w:val="List Paragraph"/>
    <w:basedOn w:val="Normal"/>
    <w:uiPriority w:val="34"/>
    <w:qFormat/>
    <w:rsid w:val="00FC693F"/>
    <w:pPr>
      <w:ind w:left="720"/>
      <w:contextualSpacing/>
    </w:pPr>
    <w:rPr>
      <w:lang w:val="kk-KZ"/>
    </w:rPr>
  </w:style>
  <w:style w:type="paragraph" w:styleId="BodyText">
    <w:name w:val="Body Text"/>
    <w:basedOn w:val="Normal"/>
    <w:link w:val="BodyTextChar"/>
    <w:uiPriority w:val="99"/>
    <w:unhideWhenUsed/>
    <w:rsid w:val="00AA1D8D"/>
    <w:pPr>
      <w:spacing w:after="120"/>
    </w:pPr>
    <w:rPr>
      <w:lang w:val="kk-KZ"/>
    </w:rPr>
  </w:style>
  <w:style w:type="character" w:customStyle="1" w:styleId="BodyTextChar">
    <w:name w:val="Body Text Char"/>
    <w:basedOn w:val="DefaultParagraphFont"/>
    <w:link w:val="BodyText"/>
    <w:uiPriority w:val="99"/>
    <w:rsid w:val="00AA1D8D"/>
    <w:rPr>
      <w:lang w:val="kk-KZ"/>
    </w:rPr>
  </w:style>
  <w:style w:type="paragraph" w:styleId="BodyText2">
    <w:name w:val="Body Text 2"/>
    <w:basedOn w:val="Normal"/>
    <w:link w:val="BodyText2Char"/>
    <w:uiPriority w:val="99"/>
    <w:unhideWhenUsed/>
    <w:rsid w:val="00AA1D8D"/>
    <w:pPr>
      <w:spacing w:after="120" w:line="480" w:lineRule="auto"/>
    </w:pPr>
    <w:rPr>
      <w:lang w:val="kk-KZ"/>
    </w:rPr>
  </w:style>
  <w:style w:type="character" w:customStyle="1" w:styleId="BodyText2Char">
    <w:name w:val="Body Text 2 Char"/>
    <w:basedOn w:val="DefaultParagraphFont"/>
    <w:link w:val="BodyText2"/>
    <w:uiPriority w:val="99"/>
    <w:rsid w:val="00AA1D8D"/>
    <w:rPr>
      <w:lang w:val="kk-KZ"/>
    </w:rPr>
  </w:style>
  <w:style w:type="paragraph" w:styleId="BodyText3">
    <w:name w:val="Body Text 3"/>
    <w:basedOn w:val="Normal"/>
    <w:link w:val="BodyText3Char"/>
    <w:uiPriority w:val="99"/>
    <w:unhideWhenUsed/>
    <w:rsid w:val="00AA1D8D"/>
    <w:pPr>
      <w:spacing w:after="120"/>
    </w:pPr>
    <w:rPr>
      <w:sz w:val="16"/>
      <w:szCs w:val="16"/>
      <w:lang w:val="kk-KZ"/>
    </w:rPr>
  </w:style>
  <w:style w:type="character" w:customStyle="1" w:styleId="BodyText3Char">
    <w:name w:val="Body Text 3 Char"/>
    <w:basedOn w:val="DefaultParagraphFont"/>
    <w:link w:val="BodyText3"/>
    <w:uiPriority w:val="99"/>
    <w:rsid w:val="00AA1D8D"/>
    <w:rPr>
      <w:sz w:val="16"/>
      <w:szCs w:val="16"/>
      <w:lang w:val="kk-KZ"/>
    </w:rPr>
  </w:style>
  <w:style w:type="paragraph" w:styleId="List">
    <w:name w:val="List"/>
    <w:basedOn w:val="Normal"/>
    <w:uiPriority w:val="99"/>
    <w:unhideWhenUsed/>
    <w:rsid w:val="00AA1D8D"/>
    <w:pPr>
      <w:ind w:left="360" w:hanging="360"/>
      <w:contextualSpacing/>
    </w:pPr>
    <w:rPr>
      <w:lang w:val="kk-KZ"/>
    </w:rPr>
  </w:style>
  <w:style w:type="paragraph" w:styleId="List2">
    <w:name w:val="List 2"/>
    <w:basedOn w:val="Normal"/>
    <w:uiPriority w:val="99"/>
    <w:unhideWhenUsed/>
    <w:rsid w:val="00326F90"/>
    <w:pPr>
      <w:ind w:left="720" w:hanging="360"/>
      <w:contextualSpacing/>
    </w:pPr>
    <w:rPr>
      <w:lang w:val="kk-KZ"/>
    </w:rPr>
  </w:style>
  <w:style w:type="paragraph" w:styleId="List3">
    <w:name w:val="List 3"/>
    <w:basedOn w:val="Normal"/>
    <w:uiPriority w:val="99"/>
    <w:unhideWhenUsed/>
    <w:rsid w:val="00326F90"/>
    <w:pPr>
      <w:ind w:left="1080" w:hanging="360"/>
      <w:contextualSpacing/>
    </w:pPr>
    <w:rPr>
      <w:lang w:val="kk-KZ"/>
    </w:rPr>
  </w:style>
  <w:style w:type="paragraph" w:styleId="ListBullet">
    <w:name w:val="List Bullet"/>
    <w:basedOn w:val="Normal"/>
    <w:uiPriority w:val="99"/>
    <w:unhideWhenUsed/>
    <w:rsid w:val="00326F90"/>
    <w:pPr>
      <w:numPr>
        <w:numId w:val="1"/>
      </w:numPr>
      <w:contextualSpacing/>
    </w:pPr>
    <w:rPr>
      <w:lang w:val="kk-KZ"/>
    </w:rPr>
  </w:style>
  <w:style w:type="paragraph" w:styleId="ListBullet2">
    <w:name w:val="List Bullet 2"/>
    <w:basedOn w:val="Normal"/>
    <w:uiPriority w:val="99"/>
    <w:unhideWhenUsed/>
    <w:rsid w:val="00326F90"/>
    <w:pPr>
      <w:numPr>
        <w:numId w:val="2"/>
      </w:numPr>
      <w:contextualSpacing/>
    </w:pPr>
    <w:rPr>
      <w:lang w:val="kk-KZ"/>
    </w:rPr>
  </w:style>
  <w:style w:type="paragraph" w:styleId="ListBullet3">
    <w:name w:val="List Bullet 3"/>
    <w:basedOn w:val="Normal"/>
    <w:uiPriority w:val="99"/>
    <w:unhideWhenUsed/>
    <w:rsid w:val="00326F90"/>
    <w:pPr>
      <w:numPr>
        <w:numId w:val="3"/>
      </w:numPr>
      <w:contextualSpacing/>
    </w:pPr>
    <w:rPr>
      <w:lang w:val="kk-KZ"/>
    </w:rPr>
  </w:style>
  <w:style w:type="paragraph" w:styleId="ListNumber">
    <w:name w:val="List Number"/>
    <w:basedOn w:val="Normal"/>
    <w:uiPriority w:val="99"/>
    <w:unhideWhenUsed/>
    <w:rsid w:val="00326F90"/>
    <w:pPr>
      <w:numPr>
        <w:numId w:val="5"/>
      </w:numPr>
      <w:contextualSpacing/>
    </w:pPr>
    <w:rPr>
      <w:lang w:val="kk-KZ"/>
    </w:rPr>
  </w:style>
  <w:style w:type="paragraph" w:styleId="ListNumber2">
    <w:name w:val="List Number 2"/>
    <w:basedOn w:val="Normal"/>
    <w:uiPriority w:val="99"/>
    <w:unhideWhenUsed/>
    <w:rsid w:val="0029639D"/>
    <w:pPr>
      <w:numPr>
        <w:numId w:val="6"/>
      </w:numPr>
      <w:contextualSpacing/>
    </w:pPr>
    <w:rPr>
      <w:lang w:val="kk-KZ"/>
    </w:rPr>
  </w:style>
  <w:style w:type="paragraph" w:styleId="ListNumber3">
    <w:name w:val="List Number 3"/>
    <w:basedOn w:val="Normal"/>
    <w:uiPriority w:val="99"/>
    <w:unhideWhenUsed/>
    <w:rsid w:val="0029639D"/>
    <w:pPr>
      <w:numPr>
        <w:numId w:val="7"/>
      </w:numPr>
      <w:contextualSpacing/>
    </w:pPr>
    <w:rPr>
      <w:lang w:val="kk-KZ"/>
    </w:rPr>
  </w:style>
  <w:style w:type="paragraph" w:styleId="ListContinue">
    <w:name w:val="List Continue"/>
    <w:basedOn w:val="Normal"/>
    <w:uiPriority w:val="99"/>
    <w:unhideWhenUsed/>
    <w:rsid w:val="0029639D"/>
    <w:pPr>
      <w:spacing w:after="120"/>
      <w:ind w:left="360"/>
      <w:contextualSpacing/>
    </w:pPr>
    <w:rPr>
      <w:lang w:val="kk-KZ"/>
    </w:rPr>
  </w:style>
  <w:style w:type="paragraph" w:styleId="ListContinue2">
    <w:name w:val="List Continue 2"/>
    <w:basedOn w:val="Normal"/>
    <w:uiPriority w:val="99"/>
    <w:unhideWhenUsed/>
    <w:rsid w:val="0029639D"/>
    <w:pPr>
      <w:spacing w:after="120"/>
      <w:ind w:left="720"/>
      <w:contextualSpacing/>
    </w:pPr>
    <w:rPr>
      <w:lang w:val="kk-KZ"/>
    </w:rPr>
  </w:style>
  <w:style w:type="paragraph" w:styleId="ListContinue3">
    <w:name w:val="List Continue 3"/>
    <w:basedOn w:val="Normal"/>
    <w:uiPriority w:val="99"/>
    <w:unhideWhenUsed/>
    <w:rsid w:val="0029639D"/>
    <w:pPr>
      <w:spacing w:after="120"/>
      <w:ind w:left="1080"/>
      <w:contextualSpacing/>
    </w:pPr>
    <w:rPr>
      <w:lang w:val="kk-KZ"/>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lang w:val="kk-KZ"/>
    </w:rPr>
  </w:style>
  <w:style w:type="character" w:customStyle="1" w:styleId="MacroTextChar">
    <w:name w:val="Macro Text Char"/>
    <w:basedOn w:val="DefaultParagraphFont"/>
    <w:link w:val="MacroText"/>
    <w:uiPriority w:val="99"/>
    <w:rsid w:val="0029639D"/>
    <w:rPr>
      <w:rFonts w:ascii="Courier" w:hAnsi="Courier"/>
      <w:sz w:val="20"/>
      <w:szCs w:val="20"/>
      <w:lang w:val="kk-KZ"/>
    </w:rPr>
  </w:style>
  <w:style w:type="paragraph" w:styleId="Quote">
    <w:name w:val="Quote"/>
    <w:basedOn w:val="Normal"/>
    <w:next w:val="Normal"/>
    <w:link w:val="QuoteChar"/>
    <w:uiPriority w:val="29"/>
    <w:qFormat/>
    <w:rsid w:val="00FC693F"/>
    <w:rPr>
      <w:i/>
      <w:iCs/>
      <w:color w:val="000000" w:themeColor="text1"/>
      <w:lang w:val="kk-KZ"/>
    </w:rPr>
  </w:style>
  <w:style w:type="character" w:customStyle="1" w:styleId="QuoteChar">
    <w:name w:val="Quote Char"/>
    <w:basedOn w:val="DefaultParagraphFont"/>
    <w:link w:val="Quote"/>
    <w:uiPriority w:val="29"/>
    <w:rsid w:val="00FC693F"/>
    <w:rPr>
      <w:i/>
      <w:iCs/>
      <w:color w:val="000000" w:themeColor="text1"/>
      <w:lang w:val="kk-KZ"/>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lang w:val="kk-KZ"/>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lang w:val="kk-KZ"/>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lang w:val="kk-KZ"/>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lang w:val="kk-KZ"/>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lang w:val="kk-KZ"/>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lang w:val="kk-KZ"/>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lang w:val="kk-KZ"/>
    </w:rPr>
  </w:style>
  <w:style w:type="character" w:styleId="Strong">
    <w:name w:val="Strong"/>
    <w:basedOn w:val="DefaultParagraphFont"/>
    <w:uiPriority w:val="22"/>
    <w:qFormat/>
    <w:rsid w:val="00FC693F"/>
    <w:rPr>
      <w:b/>
      <w:bCs/>
      <w:lang w:val="kk-KZ"/>
    </w:rPr>
  </w:style>
  <w:style w:type="character" w:styleId="Emphasis">
    <w:name w:val="Emphasis"/>
    <w:basedOn w:val="DefaultParagraphFont"/>
    <w:uiPriority w:val="20"/>
    <w:qFormat/>
    <w:rsid w:val="00FC693F"/>
    <w:rPr>
      <w:i/>
      <w:iCs/>
      <w:lang w:val="kk-KZ"/>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lang w:val="kk-KZ"/>
    </w:rPr>
  </w:style>
  <w:style w:type="character" w:customStyle="1" w:styleId="IntenseQuoteChar">
    <w:name w:val="Intense Quote Char"/>
    <w:basedOn w:val="DefaultParagraphFont"/>
    <w:link w:val="IntenseQuote"/>
    <w:uiPriority w:val="30"/>
    <w:rsid w:val="00FC693F"/>
    <w:rPr>
      <w:b/>
      <w:bCs/>
      <w:i/>
      <w:iCs/>
      <w:color w:val="4F81BD" w:themeColor="accent1"/>
      <w:lang w:val="kk-KZ"/>
    </w:rPr>
  </w:style>
  <w:style w:type="character" w:styleId="SubtleEmphasis">
    <w:name w:val="Subtle Emphasis"/>
    <w:basedOn w:val="DefaultParagraphFont"/>
    <w:uiPriority w:val="19"/>
    <w:qFormat/>
    <w:rsid w:val="00FC693F"/>
    <w:rPr>
      <w:i/>
      <w:iCs/>
      <w:color w:val="808080" w:themeColor="text1" w:themeTint="7F"/>
      <w:lang w:val="kk-KZ"/>
    </w:rPr>
  </w:style>
  <w:style w:type="character" w:styleId="IntenseEmphasis">
    <w:name w:val="Intense Emphasis"/>
    <w:basedOn w:val="DefaultParagraphFont"/>
    <w:uiPriority w:val="21"/>
    <w:qFormat/>
    <w:rsid w:val="00FC693F"/>
    <w:rPr>
      <w:b/>
      <w:bCs/>
      <w:i/>
      <w:iCs/>
      <w:color w:val="4F81BD" w:themeColor="accent1"/>
      <w:lang w:val="kk-KZ"/>
    </w:rPr>
  </w:style>
  <w:style w:type="character" w:styleId="SubtleReference">
    <w:name w:val="Subtle Reference"/>
    <w:basedOn w:val="DefaultParagraphFont"/>
    <w:uiPriority w:val="31"/>
    <w:qFormat/>
    <w:rsid w:val="00FC693F"/>
    <w:rPr>
      <w:smallCaps/>
      <w:color w:val="C0504D" w:themeColor="accent2"/>
      <w:u w:val="single"/>
      <w:lang w:val="kk-KZ"/>
    </w:rPr>
  </w:style>
  <w:style w:type="character" w:styleId="IntenseReference">
    <w:name w:val="Intense Reference"/>
    <w:basedOn w:val="DefaultParagraphFont"/>
    <w:uiPriority w:val="32"/>
    <w:qFormat/>
    <w:rsid w:val="00FC693F"/>
    <w:rPr>
      <w:b/>
      <w:bCs/>
      <w:smallCaps/>
      <w:color w:val="C0504D" w:themeColor="accent2"/>
      <w:spacing w:val="5"/>
      <w:u w:val="single"/>
      <w:lang w:val="kk-KZ"/>
    </w:rPr>
  </w:style>
  <w:style w:type="character" w:styleId="BookTitle">
    <w:name w:val="Book Title"/>
    <w:basedOn w:val="DefaultParagraphFont"/>
    <w:uiPriority w:val="33"/>
    <w:qFormat/>
    <w:rsid w:val="00FC693F"/>
    <w:rPr>
      <w:b/>
      <w:bCs/>
      <w:smallCaps/>
      <w:spacing w:val="5"/>
      <w:lang w:val="kk-KZ"/>
    </w:rPr>
  </w:style>
  <w:style w:type="paragraph" w:styleId="TOCHeading">
    <w:name w:val="TOC Heading"/>
    <w:basedOn w:val="Heading1"/>
    <w:next w:val="Normal"/>
    <w:uiPriority w:val="39"/>
    <w:semiHidden/>
    <w:unhideWhenUsed/>
    <w:qFormat/>
    <w:rsid w:val="00FC693F"/>
    <w:pPr>
      <w:outlineLvl w:val="9"/>
    </w:pPr>
    <w:rPr>
      <w:lang w:val="kk-KZ"/>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rPr>
      <w:lang w:val="kk-KZ"/>
    </w:rPr>
  </w:style>
  <w:style w:type="table" w:styleId="LightShading">
    <w:name w:val="Light Shading"/>
    <w:basedOn w:val="TableNormal"/>
    <w:uiPriority w:val="60"/>
    <w:rsid w:val="00FC693F"/>
    <w:pPr>
      <w:spacing w:after="0" w:line="240" w:lineRule="auto"/>
    </w:pPr>
    <w:rPr>
      <w:color w:val="000000" w:themeColor="text1" w:themeShade="BF"/>
      <w:lang w:val="kk-KZ"/>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lang w:val="kk-KZ"/>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lang w:val="kk-KZ"/>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lang w:val="kk-KZ"/>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lang w:val="kk-KZ"/>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lang w:val="kk-KZ"/>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lang w:val="kk-KZ"/>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rPr>
      <w:lang w:val="kk-KZ"/>
    </w:r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rPr>
      <w:lang w:val="kk-KZ"/>
    </w:r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rPr>
      <w:lang w:val="kk-KZ"/>
    </w:r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rPr>
      <w:lang w:val="kk-KZ"/>
    </w:r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rPr>
      <w:lang w:val="kk-KZ"/>
    </w:r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rPr>
      <w:lang w:val="kk-KZ"/>
    </w:r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rPr>
      <w:lang w:val="kk-KZ"/>
    </w:r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rPr>
      <w:lang w:val="kk-KZ"/>
    </w:r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rPr>
      <w:lang w:val="kk-KZ"/>
    </w:r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rPr>
      <w:lang w:val="kk-KZ"/>
    </w:r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rPr>
      <w:lang w:val="kk-KZ"/>
    </w:r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rPr>
      <w:lang w:val="kk-KZ"/>
    </w:r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rPr>
      <w:lang w:val="kk-KZ"/>
    </w:r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rPr>
      <w:lang w:val="kk-KZ"/>
    </w:r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rPr>
      <w:lang w:val="kk-KZ"/>
    </w:r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rPr>
      <w:lang w:val="kk-KZ"/>
    </w:r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rPr>
      <w:lang w:val="kk-KZ"/>
    </w:r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rPr>
      <w:lang w:val="kk-KZ"/>
    </w:r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rPr>
      <w:lang w:val="kk-KZ"/>
    </w:r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rPr>
      <w:lang w:val="kk-KZ"/>
    </w:r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rPr>
      <w:lang w:val="kk-KZ"/>
    </w:r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rPr>
      <w:lang w:val="kk-KZ"/>
    </w:r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rPr>
      <w:lang w:val="kk-KZ"/>
    </w:r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rPr>
      <w:lang w:val="kk-KZ"/>
    </w:r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rPr>
      <w:lang w:val="kk-KZ"/>
    </w:r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rPr>
      <w:lang w:val="kk-KZ"/>
    </w:r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rPr>
      <w:lang w:val="kk-KZ"/>
    </w:r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rPr>
      <w:lang w:val="kk-KZ"/>
    </w:rPr>
  </w:style>
  <w:style w:type="table" w:styleId="MediumList1">
    <w:name w:val="Medium List 1"/>
    <w:basedOn w:val="TableNormal"/>
    <w:uiPriority w:val="65"/>
    <w:rsid w:val="00CB0664"/>
    <w:pPr>
      <w:spacing w:after="0" w:line="240" w:lineRule="auto"/>
    </w:pPr>
    <w:rPr>
      <w:color w:val="000000" w:themeColor="text1"/>
      <w:lang w:val="kk-KZ"/>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lang w:val="kk-KZ"/>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lang w:val="kk-KZ"/>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lang w:val="kk-KZ"/>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lang w:val="kk-KZ"/>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lang w:val="kk-KZ"/>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lang w:val="kk-KZ"/>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lang w:val="kk-KZ"/>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lang w:val="kk-KZ"/>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lang w:val="kk-KZ"/>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lang w:val="kk-KZ"/>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lang w:val="kk-KZ"/>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lang w:val="kk-KZ"/>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lang w:val="kk-KZ"/>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rPr>
      <w:lang w:val="kk-KZ"/>
    </w:r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rPr>
      <w:lang w:val="kk-KZ"/>
    </w:r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rPr>
      <w:lang w:val="kk-KZ"/>
    </w:r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rPr>
      <w:lang w:val="kk-KZ"/>
    </w:r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rPr>
      <w:lang w:val="kk-KZ"/>
    </w:r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rPr>
      <w:lang w:val="kk-KZ"/>
    </w:r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rPr>
      <w:lang w:val="kk-KZ"/>
    </w:r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lang w:val="kk-KZ"/>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lang w:val="kk-KZ"/>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lang w:val="kk-KZ"/>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lang w:val="kk-KZ"/>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lang w:val="kk-KZ"/>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lang w:val="kk-KZ"/>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lang w:val="kk-KZ"/>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rPr>
      <w:lang w:val="kk-KZ"/>
    </w:r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rPr>
      <w:lang w:val="kk-KZ"/>
    </w:r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rPr>
      <w:lang w:val="kk-KZ"/>
    </w:r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rPr>
      <w:lang w:val="kk-KZ"/>
    </w:r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rPr>
      <w:lang w:val="kk-KZ"/>
    </w:r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rPr>
      <w:lang w:val="kk-KZ"/>
    </w:r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rPr>
      <w:lang w:val="kk-KZ"/>
    </w:rPr>
  </w:style>
  <w:style w:type="table" w:styleId="DarkList">
    <w:name w:val="Dark List"/>
    <w:basedOn w:val="TableNormal"/>
    <w:uiPriority w:val="70"/>
    <w:rsid w:val="00CB0664"/>
    <w:pPr>
      <w:spacing w:after="0" w:line="240" w:lineRule="auto"/>
    </w:pPr>
    <w:rPr>
      <w:color w:val="FFFFFF" w:themeColor="background1"/>
      <w:lang w:val="kk-KZ"/>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lang w:val="kk-KZ"/>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lang w:val="kk-KZ"/>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lang w:val="kk-KZ"/>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lang w:val="kk-KZ"/>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lang w:val="kk-KZ"/>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lang w:val="kk-KZ"/>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lang w:val="kk-KZ"/>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lang w:val="kk-KZ"/>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lang w:val="kk-KZ"/>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lang w:val="kk-KZ"/>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lang w:val="kk-KZ"/>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lang w:val="kk-KZ"/>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lang w:val="kk-KZ"/>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lang w:val="kk-KZ"/>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lang w:val="kk-KZ"/>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lang w:val="kk-KZ"/>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lang w:val="kk-KZ"/>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lang w:val="kk-KZ"/>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lang w:val="kk-KZ"/>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lang w:val="kk-KZ"/>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lang w:val="kk-KZ"/>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lang w:val="kk-KZ"/>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lang w:val="kk-KZ"/>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lang w:val="kk-KZ"/>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lang w:val="kk-KZ"/>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lang w:val="kk-KZ"/>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lang w:val="kk-KZ"/>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 Id="rId24" Type="http://schemas.openxmlformats.org/officeDocument/2006/relationships/image" Target="media/image14.png"/><Relationship Id="rId25" Type="http://schemas.openxmlformats.org/officeDocument/2006/relationships/image" Target="media/image15.png"/><Relationship Id="rId26" Type="http://schemas.openxmlformats.org/officeDocument/2006/relationships/image" Target="media/image16.png"/><Relationship Id="rId27" Type="http://schemas.openxmlformats.org/officeDocument/2006/relationships/image" Target="media/image17.png"/><Relationship Id="rId28" Type="http://schemas.openxmlformats.org/officeDocument/2006/relationships/header" Target="header2.xml"/><Relationship Id="rId2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8.png"/></Relationships>
</file>

<file path=word/_rels/header2.xml.rels><?xml version='1.0' encoding='UTF-8' standalone='yes'?>
<Relationships xmlns="http://schemas.openxmlformats.org/package/2006/relationships"><Relationship Id="rId1" Type="http://schemas.openxmlformats.org/officeDocument/2006/relationships/image" Target="media/image18.png"/></Relationships>
</file>

<file path=word/_rels/header3.xml.rels><?xml version='1.0' encoding='UTF-8' standalone='yes'?>
<Relationships xmlns="http://schemas.openxmlformats.org/package/2006/relationships"><Relationship Id="rId1"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НЗМ-ге дайындық · Ziyat Academy</dc:title>
  <dc:subject>Ziyat Academy · Қазақша нұсқа</dc:subject>
  <dc:creator>Ziyat Academy</dc:creator>
  <cp:keywords/>
  <dc:description>generated by python-docx</dc:description>
  <cp:lastModifiedBy/>
  <cp:revision>1</cp:revision>
  <dcterms:created xsi:type="dcterms:W3CDTF">2013-12-23T23:15:00Z</dcterms:created>
  <dcterms:modified xsi:type="dcterms:W3CDTF">2013-12-23T23:15:00Z</dcterms:modified>
  <cp:category/>
</cp:coreProperties>
</file>